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164" w:type="dxa"/>
        <w:jc w:val="center"/>
        <w:tblBorders>
          <w:top w:val="nil"/>
          <w:left w:val="nil"/>
          <w:bottom w:val="nil"/>
          <w:right w:val="nil"/>
          <w:insideH w:val="nil"/>
          <w:insideV w:val="nil"/>
        </w:tblBorders>
        <w:tblLook w:val="04A0" w:firstRow="1" w:lastRow="0" w:firstColumn="1" w:lastColumn="0" w:noHBand="0" w:noVBand="1"/>
      </w:tblPr>
      <w:tblGrid>
        <w:gridCol w:w="3760"/>
        <w:gridCol w:w="6404"/>
      </w:tblGrid>
      <w:tr w:rsidR="00FC3BAF" w:rsidRPr="009C3767" w14:paraId="1CB636F5" w14:textId="77777777" w:rsidTr="00701E6D">
        <w:trPr>
          <w:jc w:val="center"/>
        </w:trPr>
        <w:tc>
          <w:tcPr>
            <w:tcW w:w="3760" w:type="dxa"/>
            <w:vAlign w:val="center"/>
          </w:tcPr>
          <w:p w14:paraId="76351704" w14:textId="496A8D94" w:rsidR="00FC3BAF" w:rsidRPr="009C3767" w:rsidRDefault="00FC3BAF" w:rsidP="00CC23C0">
            <w:pPr>
              <w:spacing w:after="0" w:line="240" w:lineRule="auto"/>
              <w:jc w:val="center"/>
            </w:pPr>
            <w:bookmarkStart w:id="0" w:name="_GoBack"/>
            <w:bookmarkEnd w:id="0"/>
            <w:r w:rsidRPr="009C3767">
              <w:rPr>
                <w:b/>
              </w:rPr>
              <w:t>ỦY BAN NHÂN DÂN</w:t>
            </w:r>
            <w:r w:rsidRPr="009C3767">
              <w:rPr>
                <w:b/>
              </w:rPr>
              <w:br/>
              <w:t>PHƯỜNG YÊN SỞ</w:t>
            </w:r>
          </w:p>
        </w:tc>
        <w:tc>
          <w:tcPr>
            <w:tcW w:w="6404" w:type="dxa"/>
            <w:vAlign w:val="center"/>
          </w:tcPr>
          <w:p w14:paraId="6DC0E8F7" w14:textId="110BE489" w:rsidR="00FC3BAF" w:rsidRPr="009C3767" w:rsidRDefault="00FC3BAF" w:rsidP="00CC23C0">
            <w:pPr>
              <w:spacing w:after="0" w:line="240" w:lineRule="auto"/>
              <w:jc w:val="center"/>
            </w:pPr>
            <w:r w:rsidRPr="009C3767">
              <w:rPr>
                <w:b/>
              </w:rPr>
              <w:t>CỘNG HÒA XÃ HỘI CHỦ NGHĨA VIỆT NAM</w:t>
            </w:r>
            <w:r w:rsidRPr="009C3767">
              <w:rPr>
                <w:b/>
              </w:rPr>
              <w:br/>
            </w:r>
            <w:r w:rsidRPr="009C3767">
              <w:rPr>
                <w:b/>
                <w:sz w:val="28"/>
                <w:szCs w:val="28"/>
              </w:rPr>
              <w:t>Độc lập - Tự do - Hạnh phúc</w:t>
            </w:r>
          </w:p>
        </w:tc>
      </w:tr>
      <w:tr w:rsidR="00FC3BAF" w:rsidRPr="009C3767" w14:paraId="741D6ED4" w14:textId="77777777" w:rsidTr="00701E6D">
        <w:trPr>
          <w:trHeight w:val="816"/>
          <w:jc w:val="center"/>
        </w:trPr>
        <w:tc>
          <w:tcPr>
            <w:tcW w:w="3760" w:type="dxa"/>
            <w:vAlign w:val="center"/>
          </w:tcPr>
          <w:p w14:paraId="156705C9" w14:textId="17C6325F" w:rsidR="00FC3BAF" w:rsidRPr="009C3767" w:rsidRDefault="00701E6D" w:rsidP="00CC23C0">
            <w:pPr>
              <w:spacing w:after="0" w:line="240" w:lineRule="auto"/>
              <w:jc w:val="center"/>
            </w:pPr>
            <w:r w:rsidRPr="009C3767">
              <w:rPr>
                <w:b/>
                <w:noProof/>
              </w:rPr>
              <mc:AlternateContent>
                <mc:Choice Requires="wps">
                  <w:drawing>
                    <wp:anchor distT="0" distB="0" distL="114300" distR="114300" simplePos="0" relativeHeight="251659264" behindDoc="0" locked="0" layoutInCell="1" allowOverlap="1" wp14:anchorId="02736D9E" wp14:editId="27C9E24D">
                      <wp:simplePos x="0" y="0"/>
                      <wp:positionH relativeFrom="column">
                        <wp:posOffset>687705</wp:posOffset>
                      </wp:positionH>
                      <wp:positionV relativeFrom="paragraph">
                        <wp:posOffset>-36830</wp:posOffset>
                      </wp:positionV>
                      <wp:extent cx="871855" cy="0"/>
                      <wp:effectExtent l="0" t="0" r="0" b="0"/>
                      <wp:wrapNone/>
                      <wp:docPr id="903789305" name="Straight Connector 2"/>
                      <wp:cNvGraphicFramePr/>
                      <a:graphic xmlns:a="http://schemas.openxmlformats.org/drawingml/2006/main">
                        <a:graphicData uri="http://schemas.microsoft.com/office/word/2010/wordprocessingShape">
                          <wps:wsp>
                            <wps:cNvCnPr/>
                            <wps:spPr>
                              <a:xfrm>
                                <a:off x="0" y="0"/>
                                <a:ext cx="871855"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8D047B"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15pt,-2.9pt" to="122.8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" strokecolor="black [3213]"/>
                  </w:pict>
                </mc:Fallback>
              </mc:AlternateContent>
            </w:r>
          </w:p>
          <w:p w14:paraId="2C55AD03" w14:textId="77777777" w:rsidR="00FC3BAF" w:rsidRPr="009C3767" w:rsidRDefault="00FC3BAF" w:rsidP="00CC23C0">
            <w:pPr>
              <w:spacing w:after="0" w:line="240" w:lineRule="auto"/>
              <w:jc w:val="center"/>
            </w:pPr>
            <w:r w:rsidRPr="009C3767">
              <w:t>Số:        /ĐA-UBND</w:t>
            </w:r>
          </w:p>
        </w:tc>
        <w:tc>
          <w:tcPr>
            <w:tcW w:w="6404" w:type="dxa"/>
            <w:vAlign w:val="center"/>
          </w:tcPr>
          <w:p w14:paraId="6DDB2062" w14:textId="16176C9D" w:rsidR="00FC3BAF" w:rsidRPr="009C3767" w:rsidRDefault="00701E6D" w:rsidP="00CC23C0">
            <w:pPr>
              <w:spacing w:after="0" w:line="240" w:lineRule="auto"/>
              <w:jc w:val="center"/>
              <w:rPr>
                <w:i/>
                <w:iCs/>
              </w:rPr>
            </w:pPr>
            <w:r w:rsidRPr="009C3767">
              <w:rPr>
                <w:i/>
                <w:iCs/>
                <w:noProof/>
              </w:rPr>
              <mc:AlternateContent>
                <mc:Choice Requires="wps">
                  <w:drawing>
                    <wp:anchor distT="0" distB="0" distL="114300" distR="114300" simplePos="0" relativeHeight="251661312" behindDoc="0" locked="0" layoutInCell="1" allowOverlap="1" wp14:anchorId="1BAE7A43" wp14:editId="74467E8E">
                      <wp:simplePos x="0" y="0"/>
                      <wp:positionH relativeFrom="column">
                        <wp:posOffset>899795</wp:posOffset>
                      </wp:positionH>
                      <wp:positionV relativeFrom="paragraph">
                        <wp:posOffset>-22860</wp:posOffset>
                      </wp:positionV>
                      <wp:extent cx="212471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1247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D9A23F"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85pt,-1.8pt" to="238.1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" strokecolor="black [3040]"/>
                  </w:pict>
                </mc:Fallback>
              </mc:AlternateContent>
            </w:r>
          </w:p>
          <w:p w14:paraId="0A7636B5" w14:textId="77777777" w:rsidR="00FC3BAF" w:rsidRPr="009C3767" w:rsidRDefault="00FC3BAF" w:rsidP="00CC23C0">
            <w:pPr>
              <w:spacing w:after="0" w:line="240" w:lineRule="auto"/>
              <w:jc w:val="center"/>
              <w:rPr>
                <w:i/>
                <w:iCs/>
                <w:sz w:val="28"/>
                <w:szCs w:val="28"/>
              </w:rPr>
            </w:pPr>
            <w:r w:rsidRPr="009C3767">
              <w:rPr>
                <w:i/>
                <w:iCs/>
                <w:sz w:val="28"/>
                <w:szCs w:val="28"/>
              </w:rPr>
              <w:t>Yên Sở, ngày       tháng        năm 2026</w:t>
            </w:r>
          </w:p>
        </w:tc>
      </w:tr>
    </w:tbl>
    <w:p w14:paraId="2831BA3F" w14:textId="77777777" w:rsidR="00FC3BAF" w:rsidRPr="009C3767" w:rsidRDefault="00FC3BAF" w:rsidP="00CC23C0">
      <w:pPr>
        <w:spacing w:after="0" w:line="240" w:lineRule="auto"/>
        <w:jc w:val="center"/>
        <w:rPr>
          <w:b/>
          <w:caps/>
          <w:sz w:val="28"/>
        </w:rPr>
      </w:pPr>
    </w:p>
    <w:p w14:paraId="16C2C6D9" w14:textId="77777777" w:rsidR="00FC3BAF" w:rsidRPr="009C3767" w:rsidRDefault="00FC3BAF" w:rsidP="00CC23C0">
      <w:pPr>
        <w:spacing w:after="0" w:line="240" w:lineRule="auto"/>
        <w:jc w:val="center"/>
      </w:pPr>
      <w:r w:rsidRPr="009C3767">
        <w:rPr>
          <w:b/>
          <w:caps/>
          <w:sz w:val="28"/>
        </w:rPr>
        <w:t>ĐỀ ÁN</w:t>
      </w:r>
    </w:p>
    <w:p w14:paraId="49534301" w14:textId="43DDB612" w:rsidR="00FC3BAF" w:rsidRPr="009C3767" w:rsidRDefault="00701E6D" w:rsidP="00701E6D">
      <w:pPr>
        <w:spacing w:after="0" w:line="240" w:lineRule="auto"/>
        <w:jc w:val="center"/>
        <w:rPr>
          <w:b/>
          <w:caps/>
          <w:sz w:val="28"/>
          <w:lang w:val="vi-VN"/>
        </w:rPr>
      </w:pPr>
      <w:r w:rsidRPr="009C3767">
        <w:rPr>
          <w:b/>
          <w:sz w:val="28"/>
        </w:rPr>
        <w:t>Sắp xếp tổ dân phố trên địa bàn phường Yên Sở, thành phố Hà Nội</w:t>
      </w:r>
    </w:p>
    <w:p w14:paraId="1A3E64D8" w14:textId="10B47AA5" w:rsidR="00FC3BAF" w:rsidRPr="009C3767" w:rsidRDefault="009E0487" w:rsidP="00CC23C0">
      <w:pPr>
        <w:spacing w:after="0" w:line="240" w:lineRule="auto"/>
        <w:ind w:firstLine="567"/>
        <w:jc w:val="both"/>
        <w:rPr>
          <w:b/>
          <w:caps/>
        </w:rPr>
      </w:pPr>
      <w:r w:rsidRPr="009C3767">
        <w:rPr>
          <w:b/>
          <w:caps/>
          <w:noProof/>
        </w:rPr>
        <mc:AlternateContent>
          <mc:Choice Requires="wps">
            <w:drawing>
              <wp:anchor distT="0" distB="0" distL="114300" distR="114300" simplePos="0" relativeHeight="251656704" behindDoc="0" locked="0" layoutInCell="1" allowOverlap="1" wp14:anchorId="76D1CAA7" wp14:editId="5F3065A9">
                <wp:simplePos x="0" y="0"/>
                <wp:positionH relativeFrom="column">
                  <wp:posOffset>2391199</wp:posOffset>
                </wp:positionH>
                <wp:positionV relativeFrom="paragraph">
                  <wp:posOffset>38735</wp:posOffset>
                </wp:positionV>
                <wp:extent cx="1236134" cy="0"/>
                <wp:effectExtent l="0" t="0" r="0" b="0"/>
                <wp:wrapNone/>
                <wp:docPr id="2046916923" name="Straight Connector 1"/>
                <wp:cNvGraphicFramePr/>
                <a:graphic xmlns:a="http://schemas.openxmlformats.org/drawingml/2006/main">
                  <a:graphicData uri="http://schemas.microsoft.com/office/word/2010/wordprocessingShape">
                    <wps:wsp>
                      <wps:cNvCnPr/>
                      <wps:spPr>
                        <a:xfrm>
                          <a:off x="0" y="0"/>
                          <a:ext cx="1236134"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4F8AD4" id="Straight Connector 1"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8.3pt,3.05pt" to="285.6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" strokecolor="black [3213]"/>
            </w:pict>
          </mc:Fallback>
        </mc:AlternateContent>
      </w:r>
    </w:p>
    <w:p w14:paraId="40A42A36" w14:textId="77777777" w:rsidR="000A3BCB" w:rsidRPr="009C3767" w:rsidRDefault="000A3BCB" w:rsidP="0045062A">
      <w:pPr>
        <w:spacing w:before="60" w:after="60"/>
        <w:ind w:firstLine="720"/>
        <w:jc w:val="both"/>
        <w:rPr>
          <w:b/>
          <w:caps/>
          <w:sz w:val="12"/>
          <w:szCs w:val="12"/>
        </w:rPr>
      </w:pPr>
    </w:p>
    <w:p w14:paraId="66AF6006" w14:textId="26E52AB5" w:rsidR="00FC3BAF" w:rsidRPr="009C3767" w:rsidRDefault="00FC3BAF" w:rsidP="000A3BCB">
      <w:pPr>
        <w:spacing w:after="0"/>
        <w:ind w:firstLine="720"/>
        <w:jc w:val="both"/>
        <w:rPr>
          <w:sz w:val="28"/>
          <w:szCs w:val="28"/>
        </w:rPr>
      </w:pPr>
      <w:r w:rsidRPr="009C3767">
        <w:rPr>
          <w:b/>
          <w:caps/>
          <w:sz w:val="28"/>
          <w:szCs w:val="28"/>
        </w:rPr>
        <w:t>I. SỰ CẦN THIẾT XÂY DỰNG ĐỀ ÁN</w:t>
      </w:r>
    </w:p>
    <w:p w14:paraId="35A29485" w14:textId="77777777" w:rsidR="00FC3BAF" w:rsidRPr="009C3767" w:rsidRDefault="00FC3BAF" w:rsidP="000A3BCB">
      <w:pPr>
        <w:spacing w:after="0"/>
        <w:ind w:firstLine="720"/>
        <w:jc w:val="both"/>
        <w:rPr>
          <w:sz w:val="28"/>
          <w:szCs w:val="28"/>
        </w:rPr>
      </w:pPr>
      <w:r w:rsidRPr="009C3767">
        <w:rPr>
          <w:sz w:val="28"/>
          <w:szCs w:val="28"/>
        </w:rPr>
        <w:t>Phường Yên Sở là đơn vị hành chính cấp phường của thành phố Hà Nội, chính thức được thành lập và đi vào hoạt động từ ngày 01/7/2025 trên cơ sở thực hiện chủ trương sắp xếp đơn vị hành chính cấp xã theo mô hình chính quyền địa phương 02 cấp. Theo Nghị quyết số 1656/NQ-UBTVQH15 ngày 16/6/2025 của Ủy ban Thường vụ Quốc hội, phường Yên Sở được hình thành trên cơ sở sáp nhập một phần diện tích tự nhiên, quy mô dân số của phường Thịnh Liệt, phường Yên Sở, xã Tứ Hiệp, phường Hoàng Liệt và một phần diện tích tự nhiên của phường Trần Phú.</w:t>
      </w:r>
    </w:p>
    <w:p w14:paraId="39288975" w14:textId="77777777" w:rsidR="00FC3BAF" w:rsidRPr="009C3767" w:rsidRDefault="00FC3BAF" w:rsidP="000A3BCB">
      <w:pPr>
        <w:spacing w:after="0"/>
        <w:ind w:firstLine="720"/>
        <w:jc w:val="both"/>
        <w:rPr>
          <w:spacing w:val="-6"/>
          <w:sz w:val="28"/>
          <w:szCs w:val="28"/>
        </w:rPr>
      </w:pPr>
      <w:r w:rsidRPr="009C3767">
        <w:rPr>
          <w:sz w:val="28"/>
          <w:szCs w:val="28"/>
        </w:rPr>
        <w:t xml:space="preserve">Địa bàn phường Yên Sở hiện nay là sự kết nối giữa các khu dân cư truyền thống với các khu vực đô thị hóa nhanh. Trên địa bàn hiện hữu đồng thời các khu dân cư lâu đời, khu chung cư, khu đô thị, khu nhà ở cao tầng, khu biệt thự và hệ thống hạ tầng kỹ thuật, hạ tầng xã hội đang từng bước được đầu tư, hoàn thiện. Đây là điều kiện thuận lợi để phát triển kinh tế - xã hội, đồng thời cũng đặt ra yêu cầu cao đối với công tác quản lý dân cư, quản lý đất đai, trật tự xây dựng, trật tự đô thị, </w:t>
      </w:r>
      <w:r w:rsidRPr="009C3767">
        <w:rPr>
          <w:spacing w:val="-6"/>
          <w:sz w:val="28"/>
          <w:szCs w:val="28"/>
        </w:rPr>
        <w:t>bảo vệ môi trường, bảo đảm an ninh trật tự, phòng cháy chữa cháy và an sinh xã hội.</w:t>
      </w:r>
    </w:p>
    <w:p w14:paraId="632E30DB" w14:textId="77777777" w:rsidR="00FC3BAF" w:rsidRPr="009C3767" w:rsidRDefault="00FC3BAF" w:rsidP="000A3BCB">
      <w:pPr>
        <w:spacing w:after="0"/>
        <w:ind w:firstLine="720"/>
        <w:jc w:val="both"/>
        <w:rPr>
          <w:sz w:val="28"/>
          <w:szCs w:val="28"/>
        </w:rPr>
      </w:pPr>
      <w:r w:rsidRPr="009C3767">
        <w:rPr>
          <w:sz w:val="28"/>
          <w:szCs w:val="28"/>
        </w:rPr>
        <w:t>Qua rà soát, một số tổ dân phố có quy mô số hộ chưa bảo đảm tiêu chuẩn theo quy định; một số tổ dân phố có quy mô dân cư lớn, mật độ dân cư cao, liên quan đến khu chung cư, khu đô thị, khu dân cư mới, cần được điều chỉnh, chia tách hoặc thành lập tổ dân phố phù hợp. Một số tổ dân phố đã đạt tiêu chuẩn về quy mô số hộ nhưng cần đổi tên để phù hợp với địa danh, truyền thống, nhận diện cộng đồng dân cư và yêu cầu quản lý sau sắp xếp.</w:t>
      </w:r>
    </w:p>
    <w:p w14:paraId="7E153C36" w14:textId="77777777" w:rsidR="00FC3BAF" w:rsidRPr="009C3767" w:rsidRDefault="00FC3BAF" w:rsidP="000A3BCB">
      <w:pPr>
        <w:spacing w:after="0"/>
        <w:ind w:firstLine="720"/>
        <w:jc w:val="both"/>
        <w:rPr>
          <w:spacing w:val="-6"/>
          <w:sz w:val="28"/>
          <w:szCs w:val="28"/>
        </w:rPr>
      </w:pPr>
      <w:r w:rsidRPr="009C3767">
        <w:rPr>
          <w:sz w:val="28"/>
          <w:szCs w:val="28"/>
        </w:rPr>
        <w:t xml:space="preserve">Việc xây dựng Đề án sắp xếp tổ dân phố trên địa bàn phường Yên Sở là cần thiết nhằm tổ chức lại các tổ dân phố theo hướng tinh gọn, hợp lý, phù hợp tiêu chuẩn, điều kiện tổ chức; bảo đảm tính liền kề về địa bàn, thuận lợi về giao thông, </w:t>
      </w:r>
      <w:r w:rsidRPr="009C3767">
        <w:rPr>
          <w:spacing w:val="-6"/>
          <w:sz w:val="28"/>
          <w:szCs w:val="28"/>
        </w:rPr>
        <w:t>ranh giới, sinh hoạt cộng đồng; phù hợp với thực tiễn dân cư, hạ tầng, thiết chế văn hóa, tổ chức hệ thống chính trị ở cơ sở và yêu cầu quản lý nhà nước trong giai đoạn mới.</w:t>
      </w:r>
    </w:p>
    <w:p w14:paraId="0FB3F116" w14:textId="77777777" w:rsidR="00FC3BAF" w:rsidRPr="009C3767" w:rsidRDefault="00FC3BAF" w:rsidP="000A3BCB">
      <w:pPr>
        <w:spacing w:after="0"/>
        <w:ind w:firstLine="720"/>
        <w:jc w:val="both"/>
        <w:rPr>
          <w:spacing w:val="-6"/>
          <w:sz w:val="28"/>
          <w:szCs w:val="28"/>
        </w:rPr>
      </w:pPr>
      <w:r w:rsidRPr="009C3767">
        <w:rPr>
          <w:sz w:val="28"/>
          <w:szCs w:val="28"/>
        </w:rPr>
        <w:t xml:space="preserve">Đề án này là cơ sở để UBND phường Yên Sở trình HĐND phường Yên Sở xem xét, quyết định việc thành lập, tổ chức lại, đổi tên, điều chỉnh tổ dân phố theo </w:t>
      </w:r>
      <w:r w:rsidRPr="009C3767">
        <w:rPr>
          <w:spacing w:val="-6"/>
          <w:sz w:val="28"/>
          <w:szCs w:val="28"/>
        </w:rPr>
        <w:lastRenderedPageBreak/>
        <w:t>thẩm quyền; đồng thời làm căn cứ kiện toàn chi bộ, Ban công tác Mặt trận, các chi hội đoàn thể và đội ngũ người hoạt động không chuyên trách ở tổ dân phố sau sắp xếp.</w:t>
      </w:r>
    </w:p>
    <w:p w14:paraId="05348A13" w14:textId="67F919FE" w:rsidR="00FC3BAF" w:rsidRPr="009C3767" w:rsidRDefault="00FC3BAF" w:rsidP="000A3BCB">
      <w:pPr>
        <w:spacing w:after="0"/>
        <w:ind w:firstLine="720"/>
        <w:jc w:val="both"/>
        <w:rPr>
          <w:sz w:val="28"/>
          <w:szCs w:val="28"/>
        </w:rPr>
      </w:pPr>
      <w:r w:rsidRPr="009C3767">
        <w:rPr>
          <w:b/>
          <w:caps/>
          <w:sz w:val="28"/>
          <w:szCs w:val="28"/>
        </w:rPr>
        <w:t>II. CĂN CỨ XÂY DỰNG ĐỀ ÁN</w:t>
      </w:r>
    </w:p>
    <w:p w14:paraId="4BA1AD67" w14:textId="77777777" w:rsidR="00FC3BAF" w:rsidRPr="009C3767" w:rsidRDefault="00FC3BAF" w:rsidP="000A3BCB">
      <w:pPr>
        <w:spacing w:after="0"/>
        <w:ind w:left="567" w:firstLine="153"/>
        <w:jc w:val="both"/>
        <w:rPr>
          <w:sz w:val="28"/>
          <w:szCs w:val="28"/>
        </w:rPr>
      </w:pPr>
      <w:r w:rsidRPr="009C3767">
        <w:rPr>
          <w:sz w:val="28"/>
          <w:szCs w:val="28"/>
        </w:rPr>
        <w:t>1. Luật Tổ chức chính quyền địa phương số 72/2025/QH15;</w:t>
      </w:r>
    </w:p>
    <w:p w14:paraId="14863298" w14:textId="77777777" w:rsidR="00FC3BAF" w:rsidRPr="009C3767" w:rsidRDefault="00FC3BAF" w:rsidP="000A3BCB">
      <w:pPr>
        <w:spacing w:after="0"/>
        <w:ind w:left="567" w:firstLine="153"/>
        <w:jc w:val="both"/>
        <w:rPr>
          <w:sz w:val="28"/>
          <w:szCs w:val="28"/>
        </w:rPr>
      </w:pPr>
      <w:r w:rsidRPr="009C3767">
        <w:rPr>
          <w:sz w:val="28"/>
          <w:szCs w:val="28"/>
        </w:rPr>
        <w:t>2. Luật Thủ đô năm 2024;</w:t>
      </w:r>
    </w:p>
    <w:p w14:paraId="7B4FB374" w14:textId="77777777" w:rsidR="00FC3BAF" w:rsidRPr="009C3767" w:rsidRDefault="00FC3BAF" w:rsidP="000A3BCB">
      <w:pPr>
        <w:spacing w:after="0"/>
        <w:ind w:firstLine="720"/>
        <w:jc w:val="both"/>
        <w:rPr>
          <w:sz w:val="28"/>
          <w:szCs w:val="28"/>
        </w:rPr>
      </w:pPr>
      <w:r w:rsidRPr="009C3767">
        <w:rPr>
          <w:sz w:val="28"/>
          <w:szCs w:val="28"/>
        </w:rPr>
        <w:t>3. Luật Thực hiện dân chủ ở cơ sở số 10/2022/QH15 và các văn bản sửa đổi, bổ sung có liên quan;</w:t>
      </w:r>
    </w:p>
    <w:p w14:paraId="3BA458DC" w14:textId="77777777" w:rsidR="00FC3BAF" w:rsidRPr="009C3767" w:rsidRDefault="00FC3BAF" w:rsidP="000A3BCB">
      <w:pPr>
        <w:spacing w:after="0"/>
        <w:ind w:firstLine="720"/>
        <w:jc w:val="both"/>
        <w:rPr>
          <w:sz w:val="28"/>
          <w:szCs w:val="28"/>
        </w:rPr>
      </w:pPr>
      <w:r w:rsidRPr="009C3767">
        <w:rPr>
          <w:sz w:val="28"/>
          <w:szCs w:val="28"/>
        </w:rPr>
        <w:t>4. Nghị định số 59/2023/NĐ-CP ngày 14/8/2023 của Chính phủ quy định chi tiết một số điều của Luật Thực hiện dân chủ ở cơ sở;</w:t>
      </w:r>
    </w:p>
    <w:p w14:paraId="2AF1C32B" w14:textId="77777777" w:rsidR="00FC3BAF" w:rsidRPr="009C3767" w:rsidRDefault="00FC3BAF" w:rsidP="000A3BCB">
      <w:pPr>
        <w:spacing w:after="0"/>
        <w:ind w:firstLine="720"/>
        <w:jc w:val="both"/>
        <w:rPr>
          <w:spacing w:val="-6"/>
          <w:sz w:val="28"/>
          <w:szCs w:val="28"/>
        </w:rPr>
      </w:pPr>
      <w:r w:rsidRPr="009C3767">
        <w:rPr>
          <w:spacing w:val="-6"/>
          <w:sz w:val="28"/>
          <w:szCs w:val="28"/>
        </w:rPr>
        <w:t>5. Nghị quyết số 1656/NQ-UBTVQH15 ngày 16/6/2025 của Ủy ban Thường vụ Quốc hội về việc sắp xếp các đơn vị hành chính cấp xã của thành phố Hà Nội năm 2025;</w:t>
      </w:r>
    </w:p>
    <w:p w14:paraId="17D91AE5" w14:textId="77777777" w:rsidR="00FC3BAF" w:rsidRPr="009C3767" w:rsidRDefault="00FC3BAF" w:rsidP="000A3BCB">
      <w:pPr>
        <w:spacing w:after="0"/>
        <w:ind w:firstLine="720"/>
        <w:jc w:val="both"/>
        <w:rPr>
          <w:sz w:val="28"/>
          <w:szCs w:val="28"/>
        </w:rPr>
      </w:pPr>
      <w:r w:rsidRPr="009C3767">
        <w:rPr>
          <w:sz w:val="28"/>
          <w:szCs w:val="28"/>
        </w:rPr>
        <w:t>6. Nghị định số 150/2025/NĐ-CP ngày 12/6/2025 của Chính phủ quy định tổ chức các cơ quan chuyên môn thuộc Ủy ban nhân dân tỉnh, thành phố trực thuộc trung ương và Ủy ban nhân dân xã, phường, đặc khu thuộc tỉnh, thành phố trực thuộc trung ương;</w:t>
      </w:r>
    </w:p>
    <w:p w14:paraId="7EE98799" w14:textId="77777777" w:rsidR="00FC3BAF" w:rsidRPr="009C3767" w:rsidRDefault="00FC3BAF" w:rsidP="000A3BCB">
      <w:pPr>
        <w:spacing w:after="0"/>
        <w:ind w:firstLine="720"/>
        <w:jc w:val="both"/>
        <w:rPr>
          <w:sz w:val="28"/>
          <w:szCs w:val="28"/>
        </w:rPr>
      </w:pPr>
      <w:r w:rsidRPr="009C3767">
        <w:rPr>
          <w:sz w:val="28"/>
          <w:szCs w:val="28"/>
        </w:rPr>
        <w:t>7. Nghị định số 370/2025/NĐ-CP ngày 31/12/2025 của Chính phủ sửa đổi, bổ sung một số điều của Nghị định số 150/2025/NĐ-CP;</w:t>
      </w:r>
    </w:p>
    <w:p w14:paraId="6003F290" w14:textId="77777777" w:rsidR="00FC3BAF" w:rsidRPr="009C3767" w:rsidRDefault="00FC3BAF" w:rsidP="000A3BCB">
      <w:pPr>
        <w:spacing w:after="0"/>
        <w:ind w:firstLine="720"/>
        <w:jc w:val="both"/>
        <w:rPr>
          <w:sz w:val="28"/>
          <w:szCs w:val="28"/>
        </w:rPr>
      </w:pPr>
      <w:r w:rsidRPr="009C3767">
        <w:rPr>
          <w:sz w:val="28"/>
          <w:szCs w:val="28"/>
        </w:rPr>
        <w:t>8. Nghị định số 185/2026/NĐ-CP ngày 26/5/2026 của Chính phủ quy định về tổ chức, hoạt động của thôn, tổ dân phố và chế độ, chính sách đối với người hoạt động không chuyên trách ở thôn, tổ dân phố;</w:t>
      </w:r>
    </w:p>
    <w:p w14:paraId="127D736E" w14:textId="77777777" w:rsidR="00FC3BAF" w:rsidRPr="009C3767" w:rsidRDefault="00FC3BAF" w:rsidP="000A3BCB">
      <w:pPr>
        <w:spacing w:after="0"/>
        <w:ind w:firstLine="720"/>
        <w:jc w:val="both"/>
        <w:rPr>
          <w:sz w:val="28"/>
          <w:szCs w:val="28"/>
        </w:rPr>
      </w:pPr>
      <w:r w:rsidRPr="009C3767">
        <w:rPr>
          <w:sz w:val="28"/>
          <w:szCs w:val="28"/>
        </w:rPr>
        <w:t>9. Chỉ thị số 21/CT-TTg ngày 20/5/2026 của Thủ tướng Chính phủ về việc sắp xếp thôn, tổ dân phố và bố trí, sử dụng, chế độ, chính sách đối với người hoạt động không chuyên trách ở cấp xã, ở thôn, tổ dân phố;</w:t>
      </w:r>
    </w:p>
    <w:p w14:paraId="3C9BBF64" w14:textId="3FDA3288" w:rsidR="003A1541" w:rsidRPr="009C3767" w:rsidRDefault="00FC3BAF" w:rsidP="000A3BCB">
      <w:pPr>
        <w:spacing w:after="0"/>
        <w:ind w:firstLine="720"/>
        <w:jc w:val="both"/>
        <w:rPr>
          <w:b/>
          <w:bCs/>
          <w:sz w:val="28"/>
          <w:szCs w:val="28"/>
        </w:rPr>
      </w:pPr>
      <w:r w:rsidRPr="009C3767">
        <w:rPr>
          <w:sz w:val="28"/>
          <w:szCs w:val="28"/>
        </w:rPr>
        <w:t xml:space="preserve">10. Nghị quyết </w:t>
      </w:r>
      <w:r w:rsidR="003A1541" w:rsidRPr="009C3767">
        <w:rPr>
          <w:sz w:val="28"/>
          <w:szCs w:val="28"/>
        </w:rPr>
        <w:t xml:space="preserve">số 21/2026/NQ-HĐND  ngày 02/6/2026 </w:t>
      </w:r>
      <w:r w:rsidRPr="009C3767">
        <w:rPr>
          <w:sz w:val="28"/>
          <w:szCs w:val="28"/>
        </w:rPr>
        <w:t>của HĐND thành phố Hà Nội quy định về tổ chức và hoạt động của thôn, tổ dân phố; chức danh, số lượng, chế độ, chính sách đối với người hoạt động không chuyên trách ở thôn, tổ dân phố trên địa bàn thành phố Hà Nội</w:t>
      </w:r>
      <w:r w:rsidR="003A1541" w:rsidRPr="009C3767">
        <w:rPr>
          <w:sz w:val="28"/>
          <w:szCs w:val="28"/>
        </w:rPr>
        <w:t xml:space="preserve"> (thực hiện điểm c khoản 1 Điều 7 Luật Thủ đô số 02/2026/QH16)</w:t>
      </w:r>
      <w:r w:rsidRPr="009C3767">
        <w:rPr>
          <w:sz w:val="28"/>
          <w:szCs w:val="28"/>
        </w:rPr>
        <w:t>;</w:t>
      </w:r>
      <w:r w:rsidR="009E0487" w:rsidRPr="009C3767">
        <w:rPr>
          <w:sz w:val="28"/>
          <w:szCs w:val="28"/>
          <w:lang w:val="vi-VN"/>
        </w:rPr>
        <w:t xml:space="preserve"> </w:t>
      </w:r>
    </w:p>
    <w:p w14:paraId="543611B9" w14:textId="314EF1B7" w:rsidR="00FC3BAF" w:rsidRPr="009C3767" w:rsidRDefault="009E0487" w:rsidP="000A3BCB">
      <w:pPr>
        <w:spacing w:after="0"/>
        <w:ind w:firstLine="720"/>
        <w:jc w:val="both"/>
        <w:rPr>
          <w:spacing w:val="-6"/>
          <w:sz w:val="28"/>
          <w:szCs w:val="28"/>
        </w:rPr>
      </w:pPr>
      <w:r w:rsidRPr="009C3767">
        <w:rPr>
          <w:sz w:val="28"/>
          <w:szCs w:val="28"/>
        </w:rPr>
        <w:t>11</w:t>
      </w:r>
      <w:r w:rsidR="00FC3BAF" w:rsidRPr="009C3767">
        <w:rPr>
          <w:sz w:val="28"/>
          <w:szCs w:val="28"/>
        </w:rPr>
        <w:t xml:space="preserve">. Tình hình thực tiễn về dân số, số hộ, ranh giới, hạ tầng kỹ thuật, thiết chế </w:t>
      </w:r>
      <w:r w:rsidR="00FC3BAF" w:rsidRPr="009C3767">
        <w:rPr>
          <w:spacing w:val="-6"/>
          <w:sz w:val="28"/>
          <w:szCs w:val="28"/>
        </w:rPr>
        <w:t>văn hóa, tổ chức đảng, Mặt trận Tổ quốc, các tổ chức chính trị - xã hội, an ninh trật tự, phòng cháy chữa cháy và yêu cầu quản lý nhà nước trên địa bàn phường Yên Sở.</w:t>
      </w:r>
    </w:p>
    <w:p w14:paraId="36C0DC7B" w14:textId="2C79D4A0" w:rsidR="00FC3BAF" w:rsidRPr="009C3767" w:rsidRDefault="00FC3BAF" w:rsidP="000A3BCB">
      <w:pPr>
        <w:spacing w:after="0"/>
        <w:ind w:firstLine="720"/>
        <w:jc w:val="both"/>
        <w:rPr>
          <w:sz w:val="28"/>
          <w:szCs w:val="28"/>
        </w:rPr>
      </w:pPr>
      <w:r w:rsidRPr="009C3767">
        <w:rPr>
          <w:b/>
          <w:caps/>
          <w:sz w:val="28"/>
          <w:szCs w:val="28"/>
        </w:rPr>
        <w:t>III. MỤC ĐÍCH, YÊU CẦU</w:t>
      </w:r>
    </w:p>
    <w:p w14:paraId="1FD728FC" w14:textId="77777777" w:rsidR="00FC3BAF" w:rsidRPr="009C3767" w:rsidRDefault="00FC3BAF" w:rsidP="000A3BCB">
      <w:pPr>
        <w:spacing w:after="0"/>
        <w:ind w:firstLine="720"/>
        <w:rPr>
          <w:sz w:val="28"/>
          <w:szCs w:val="28"/>
        </w:rPr>
      </w:pPr>
      <w:r w:rsidRPr="009C3767">
        <w:rPr>
          <w:b/>
          <w:sz w:val="28"/>
          <w:szCs w:val="28"/>
        </w:rPr>
        <w:t>1. Mục đích</w:t>
      </w:r>
    </w:p>
    <w:p w14:paraId="1C4C1E45" w14:textId="77777777" w:rsidR="00FC3BAF" w:rsidRPr="009C3767" w:rsidRDefault="00FC3BAF" w:rsidP="000A3BCB">
      <w:pPr>
        <w:spacing w:after="0"/>
        <w:ind w:firstLine="720"/>
        <w:jc w:val="both"/>
        <w:rPr>
          <w:sz w:val="28"/>
          <w:szCs w:val="28"/>
        </w:rPr>
      </w:pPr>
      <w:r w:rsidRPr="009C3767">
        <w:rPr>
          <w:sz w:val="28"/>
          <w:szCs w:val="28"/>
        </w:rPr>
        <w:t>Sắp xếp tổ dân phố trên địa bàn phường Yên Sở theo hướng tinh gọn, hợp lý, phù hợp tiêu chuẩn, điều kiện tổ chức theo quy định; phù hợp quy mô dân cư, ranh giới, hạ tầng, truyền thống cộng đồng và yêu cầu quản lý nhà nước ở cơ sở.</w:t>
      </w:r>
    </w:p>
    <w:p w14:paraId="2F3204ED" w14:textId="77777777" w:rsidR="00FC3BAF" w:rsidRPr="009C3767" w:rsidRDefault="00FC3BAF" w:rsidP="000A3BCB">
      <w:pPr>
        <w:spacing w:after="0"/>
        <w:ind w:firstLine="720"/>
        <w:jc w:val="both"/>
        <w:rPr>
          <w:sz w:val="28"/>
          <w:szCs w:val="28"/>
        </w:rPr>
      </w:pPr>
      <w:r w:rsidRPr="009C3767">
        <w:rPr>
          <w:sz w:val="28"/>
          <w:szCs w:val="28"/>
        </w:rPr>
        <w:lastRenderedPageBreak/>
        <w:t>Tổ chức lại các tổ dân phố có quy mô số hộ chưa bảo đảm tiêu chuẩn theo quy định; điều chỉnh, chia tách, thành lập mới tổ dân phố tại các khu vực có quy mô dân cư lớn, khu chung cư, khu đô thị, khu dân cư mới, bảo đảm thuận lợi trong quản lý dân cư và sinh hoạt cộng đồng.</w:t>
      </w:r>
    </w:p>
    <w:p w14:paraId="2CF3B2FE" w14:textId="77777777" w:rsidR="00FC3BAF" w:rsidRPr="009C3767" w:rsidRDefault="00FC3BAF" w:rsidP="000A3BCB">
      <w:pPr>
        <w:spacing w:after="0"/>
        <w:ind w:firstLine="720"/>
        <w:jc w:val="both"/>
        <w:rPr>
          <w:sz w:val="28"/>
          <w:szCs w:val="28"/>
        </w:rPr>
      </w:pPr>
      <w:r w:rsidRPr="009C3767">
        <w:rPr>
          <w:sz w:val="28"/>
          <w:szCs w:val="28"/>
        </w:rPr>
        <w:t>Nâng cao hiệu quả hoạt động tự quản của cộng đồng dân cư; tạo thuận lợi trong tuyên truyền, vận động Nhân dân, thực hiện dân chủ ở cơ sở, bảo đảm an ninh, trật tự, phòng cháy chữa cháy, vệ sinh môi trường, nếp sống văn minh đô thị và chuyển đổi số ở cơ sở.</w:t>
      </w:r>
    </w:p>
    <w:p w14:paraId="1C268B46" w14:textId="77777777" w:rsidR="00FC3BAF" w:rsidRPr="009C3767" w:rsidRDefault="00FC3BAF" w:rsidP="000A3BCB">
      <w:pPr>
        <w:spacing w:after="0"/>
        <w:ind w:firstLine="720"/>
        <w:jc w:val="both"/>
        <w:rPr>
          <w:sz w:val="28"/>
          <w:szCs w:val="28"/>
        </w:rPr>
      </w:pPr>
      <w:r w:rsidRPr="009C3767">
        <w:rPr>
          <w:sz w:val="28"/>
          <w:szCs w:val="28"/>
        </w:rPr>
        <w:t>Tạo cơ sở kiện toàn tổ chức đảng, Ban công tác Mặt trận, các chi hội đoàn thể và đội ngũ người hoạt động không chuyên trách ở tổ dân phố sau sắp xếp; bảo đảm không bỏ trống địa bàn, không gián đoạn công tác lãnh đạo, quản lý, vận động Nhân dân tại cơ sở.</w:t>
      </w:r>
    </w:p>
    <w:p w14:paraId="0DB9BD79" w14:textId="77777777" w:rsidR="00FC3BAF" w:rsidRPr="009C3767" w:rsidRDefault="00FC3BAF" w:rsidP="000A3BCB">
      <w:pPr>
        <w:spacing w:after="0"/>
        <w:ind w:firstLine="720"/>
        <w:rPr>
          <w:sz w:val="28"/>
          <w:szCs w:val="28"/>
        </w:rPr>
      </w:pPr>
      <w:r w:rsidRPr="009C3767">
        <w:rPr>
          <w:b/>
          <w:sz w:val="28"/>
          <w:szCs w:val="28"/>
        </w:rPr>
        <w:t>2. Yêu cầu</w:t>
      </w:r>
    </w:p>
    <w:p w14:paraId="29A6718C" w14:textId="77777777" w:rsidR="00FC3BAF" w:rsidRPr="009C3767" w:rsidRDefault="00FC3BAF" w:rsidP="000A3BCB">
      <w:pPr>
        <w:spacing w:after="0"/>
        <w:ind w:firstLine="720"/>
        <w:jc w:val="both"/>
        <w:rPr>
          <w:sz w:val="28"/>
          <w:szCs w:val="28"/>
        </w:rPr>
      </w:pPr>
      <w:r w:rsidRPr="009C3767">
        <w:rPr>
          <w:sz w:val="28"/>
          <w:szCs w:val="28"/>
        </w:rPr>
        <w:t>Việc sắp xếp tổ dân phố phải bám sát quy định của pháp luật, chỉ đạo của Trung ương, Thành phố và tình hình thực tiễn của phường Yên Sở; bảo đảm công khai, dân chủ, thận trọng, khách quan, tạo sự đồng thuận trong Nhân dân.</w:t>
      </w:r>
    </w:p>
    <w:p w14:paraId="715ED03D" w14:textId="77777777" w:rsidR="00FC3BAF" w:rsidRPr="009C3767" w:rsidRDefault="00FC3BAF" w:rsidP="000A3BCB">
      <w:pPr>
        <w:spacing w:after="0"/>
        <w:ind w:firstLine="720"/>
        <w:jc w:val="both"/>
        <w:rPr>
          <w:sz w:val="28"/>
          <w:szCs w:val="28"/>
        </w:rPr>
      </w:pPr>
      <w:r w:rsidRPr="009C3767">
        <w:rPr>
          <w:sz w:val="28"/>
          <w:szCs w:val="28"/>
        </w:rPr>
        <w:t>Không sắp xếp cơ học, không chỉ căn cứ vào số hộ dân mà phải xem xét đồng thời các yếu tố về ranh giới, tính liền kề, khoảng cách địa lý, giao thông, hạ tầng kỹ thuật, khu đô thị, khu chung cư, khu dân cư mới, thiết chế văn hóa, tổ chức đảng, Mặt trận, đoàn thể, an ninh trật tự, phòng cháy chữa cháy, phong tục, tập quán, tín ngưỡng, tôn giáo và lịch sử cộng đồng dân cư.</w:t>
      </w:r>
    </w:p>
    <w:p w14:paraId="5D679FD5" w14:textId="77777777" w:rsidR="00FC3BAF" w:rsidRPr="009C3767" w:rsidRDefault="00FC3BAF" w:rsidP="000A3BCB">
      <w:pPr>
        <w:spacing w:after="0"/>
        <w:ind w:firstLine="720"/>
        <w:jc w:val="both"/>
        <w:rPr>
          <w:sz w:val="28"/>
          <w:szCs w:val="28"/>
        </w:rPr>
      </w:pPr>
      <w:r w:rsidRPr="009C3767">
        <w:rPr>
          <w:sz w:val="28"/>
          <w:szCs w:val="28"/>
        </w:rPr>
        <w:t>Việc đặt tên, đổi tên tổ dân phố sau sắp xếp phải bảo đảm ngắn gọn, dễ nhớ, phù hợp địa danh, truyền thống lịch sử, văn hóa, không trùng lặp trong cùng địa bàn phường, không gây nhầm lẫn trong quản lý.</w:t>
      </w:r>
    </w:p>
    <w:p w14:paraId="6B6B88F7" w14:textId="77777777" w:rsidR="00FC3BAF" w:rsidRPr="009C3767" w:rsidRDefault="00FC3BAF" w:rsidP="000A3BCB">
      <w:pPr>
        <w:spacing w:after="0"/>
        <w:ind w:firstLine="720"/>
        <w:jc w:val="both"/>
        <w:rPr>
          <w:sz w:val="28"/>
          <w:szCs w:val="28"/>
        </w:rPr>
      </w:pPr>
      <w:r w:rsidRPr="009C3767">
        <w:rPr>
          <w:sz w:val="28"/>
          <w:szCs w:val="28"/>
        </w:rPr>
        <w:t>Việc sắp xếp tổ dân phố phải gắn với phương án bố trí, kiện toàn người hoạt động không chuyên trách; giải quyết chế độ, chính sách đối với người không tiếp tục tham gia theo quy định; hạn chế phát sinh khiếu nại, kiến nghị phức tạp.</w:t>
      </w:r>
    </w:p>
    <w:p w14:paraId="17725CBA" w14:textId="77777777" w:rsidR="00FC3BAF" w:rsidRPr="009C3767" w:rsidRDefault="00FC3BAF" w:rsidP="000A3BCB">
      <w:pPr>
        <w:spacing w:after="0"/>
        <w:ind w:firstLine="720"/>
        <w:jc w:val="both"/>
        <w:rPr>
          <w:sz w:val="28"/>
          <w:szCs w:val="28"/>
        </w:rPr>
      </w:pPr>
      <w:r w:rsidRPr="009C3767">
        <w:rPr>
          <w:sz w:val="28"/>
          <w:szCs w:val="28"/>
        </w:rPr>
        <w:t>Hồ sơ Đề án phải bảo đảm đầy đủ số liệu, bảng biểu, bản đồ/sơ đồ ranh giới, phụ lục danh sách tổ dân phố trước và sau sắp xếp, phương án nhân sự, hồ sơ lấy ý kiến Nhân dân và các tài liệu liên quan trước khi trình HĐND phường Yên Sở xem xét, quyết định.</w:t>
      </w:r>
    </w:p>
    <w:p w14:paraId="195BFBC0" w14:textId="77777777" w:rsidR="00FC3BAF" w:rsidRPr="009C3767" w:rsidRDefault="00FC3BAF" w:rsidP="000A3BCB">
      <w:pPr>
        <w:spacing w:after="0"/>
        <w:ind w:firstLine="720"/>
        <w:jc w:val="both"/>
        <w:rPr>
          <w:sz w:val="28"/>
          <w:szCs w:val="28"/>
        </w:rPr>
      </w:pPr>
      <w:r w:rsidRPr="009C3767">
        <w:rPr>
          <w:b/>
          <w:caps/>
          <w:sz w:val="28"/>
          <w:szCs w:val="28"/>
        </w:rPr>
        <w:t>IV. NGUYÊN TẮC SẮP XẾP</w:t>
      </w:r>
    </w:p>
    <w:p w14:paraId="1559BF60" w14:textId="77777777" w:rsidR="009E0487" w:rsidRPr="009C3767" w:rsidRDefault="00FC3BAF" w:rsidP="000A3BCB">
      <w:pPr>
        <w:spacing w:after="0"/>
        <w:ind w:firstLine="720"/>
        <w:jc w:val="both"/>
        <w:rPr>
          <w:sz w:val="28"/>
          <w:szCs w:val="28"/>
          <w:lang w:val="vi-VN"/>
        </w:rPr>
      </w:pPr>
      <w:r w:rsidRPr="009C3767">
        <w:rPr>
          <w:sz w:val="28"/>
          <w:szCs w:val="28"/>
        </w:rPr>
        <w:t>1. Việc sắp xếp tổ dân phố được thực hiện căn cứ vào hiện trạng tổ chức cộng đồng dân cư, quy mô số hộ, dân số, ranh giới, điều kiện hạ tầng và yêu cầu quản lý thực tế.</w:t>
      </w:r>
    </w:p>
    <w:p w14:paraId="00E89546" w14:textId="77777777" w:rsidR="009E0487" w:rsidRPr="009C3767" w:rsidRDefault="00FC3BAF" w:rsidP="000A3BCB">
      <w:pPr>
        <w:spacing w:after="0"/>
        <w:ind w:firstLine="720"/>
        <w:jc w:val="both"/>
        <w:rPr>
          <w:sz w:val="28"/>
          <w:szCs w:val="28"/>
          <w:lang w:val="vi-VN"/>
        </w:rPr>
      </w:pPr>
      <w:r w:rsidRPr="009C3767">
        <w:rPr>
          <w:sz w:val="28"/>
          <w:szCs w:val="28"/>
        </w:rPr>
        <w:lastRenderedPageBreak/>
        <w:t>2. Đối với thành phố Hà Nội, việc đối chiếu tiêu chuẩn quy mô số hộ gia đình thực hiện theo quy định: tổ dân phố phải có từ 700 hộ gia đình trở lên, trừ trường hợp có yếu tố đặc thù được xem xét, thuyết minh theo quy định và hướng dẫn của cơ quan có thẩm quyền.</w:t>
      </w:r>
    </w:p>
    <w:p w14:paraId="60855602" w14:textId="77777777" w:rsidR="009E0487" w:rsidRPr="009C3767" w:rsidRDefault="00FC3BAF" w:rsidP="000A3BCB">
      <w:pPr>
        <w:spacing w:after="0"/>
        <w:ind w:firstLine="720"/>
        <w:jc w:val="both"/>
        <w:rPr>
          <w:spacing w:val="-8"/>
          <w:sz w:val="28"/>
          <w:szCs w:val="28"/>
          <w:lang w:val="vi-VN"/>
        </w:rPr>
      </w:pPr>
      <w:r w:rsidRPr="009C3767">
        <w:rPr>
          <w:sz w:val="28"/>
          <w:szCs w:val="28"/>
        </w:rPr>
        <w:t xml:space="preserve">3. Việc sắp xếp tổ dân phố là sắp xếp tổ chức tự quản của cộng đồng dân cư, không làm thay đổi địa giới hành chính phường; không làm thay đổi thẩm quyền quản lý nhà nước của UBND phường; không làm phát sinh thủ tục bắt buộc điều </w:t>
      </w:r>
      <w:r w:rsidRPr="009C3767">
        <w:rPr>
          <w:spacing w:val="-8"/>
          <w:sz w:val="28"/>
          <w:szCs w:val="28"/>
        </w:rPr>
        <w:t>chỉnh giấy tờ của cá nhân, hộ gia đình, tổ chức, trừ trường hợp pháp luật có quy định khác.</w:t>
      </w:r>
    </w:p>
    <w:p w14:paraId="76CF81E0" w14:textId="77777777" w:rsidR="009E0487" w:rsidRPr="009C3767" w:rsidRDefault="00FC3BAF" w:rsidP="000A3BCB">
      <w:pPr>
        <w:spacing w:after="0"/>
        <w:ind w:firstLine="720"/>
        <w:jc w:val="both"/>
        <w:rPr>
          <w:sz w:val="28"/>
          <w:szCs w:val="28"/>
          <w:lang w:val="vi-VN"/>
        </w:rPr>
      </w:pPr>
      <w:r w:rsidRPr="009C3767">
        <w:rPr>
          <w:sz w:val="28"/>
          <w:szCs w:val="28"/>
        </w:rPr>
        <w:t>4. Ưu tiên sáp nhập các tổ dân phố liền kề, có ranh giới tiếp giáp, giao thông thuận lợi, dân cư có sự gắn kết về lịch sử, văn hóa, phong tục, tập quán, sinh hoạt cộng đồng.</w:t>
      </w:r>
    </w:p>
    <w:p w14:paraId="430E5F6A" w14:textId="77777777" w:rsidR="009E0487" w:rsidRPr="009C3767" w:rsidRDefault="00FC3BAF" w:rsidP="000A3BCB">
      <w:pPr>
        <w:spacing w:after="0"/>
        <w:ind w:firstLine="720"/>
        <w:jc w:val="both"/>
        <w:rPr>
          <w:sz w:val="28"/>
          <w:szCs w:val="28"/>
          <w:lang w:val="vi-VN"/>
        </w:rPr>
      </w:pPr>
      <w:r w:rsidRPr="009C3767">
        <w:rPr>
          <w:sz w:val="28"/>
          <w:szCs w:val="28"/>
        </w:rPr>
        <w:t>5. Đối với các khu vực có yếu tố đặc thù về lịch sử, văn hóa, tín ngưỡng, tôn giáo, an ninh trật tự hoặc bị chia cắt bởi tuyến giao thông lớn, sông, hồ, khu đô thị, khu chung cư, việc sắp xếp phải được đánh giá kỹ để không làm giảm hiệu quả quản lý và tự quản cộng đồng.</w:t>
      </w:r>
    </w:p>
    <w:p w14:paraId="314C70C9" w14:textId="77777777" w:rsidR="009E0487" w:rsidRPr="009C3767" w:rsidRDefault="00FC3BAF" w:rsidP="000A3BCB">
      <w:pPr>
        <w:spacing w:after="0"/>
        <w:ind w:firstLine="720"/>
        <w:jc w:val="both"/>
        <w:rPr>
          <w:sz w:val="28"/>
          <w:szCs w:val="28"/>
          <w:lang w:val="vi-VN"/>
        </w:rPr>
      </w:pPr>
      <w:r w:rsidRPr="009C3767">
        <w:rPr>
          <w:sz w:val="28"/>
          <w:szCs w:val="28"/>
        </w:rPr>
        <w:t>6. Đối với khu đô thị, chung cư, khu dân cư mới, việc thành lập hoặc điều chỉnh tổ dân phố căn cứ vào số hộ thực tế đã cư trú ổn định, số dân, ranh giới quản lý, điều kiện hạ tầng, điểm sinh hoạt cộng đồng và khả năng tổ chức hoạt động sau sắp xếp.</w:t>
      </w:r>
    </w:p>
    <w:p w14:paraId="5A8DAAB7" w14:textId="77777777" w:rsidR="009E0487" w:rsidRPr="009C3767" w:rsidRDefault="00FC3BAF" w:rsidP="000A3BCB">
      <w:pPr>
        <w:spacing w:after="0"/>
        <w:ind w:firstLine="720"/>
        <w:jc w:val="both"/>
        <w:rPr>
          <w:sz w:val="28"/>
          <w:szCs w:val="28"/>
          <w:lang w:val="vi-VN"/>
        </w:rPr>
      </w:pPr>
      <w:r w:rsidRPr="009C3767">
        <w:rPr>
          <w:sz w:val="28"/>
          <w:szCs w:val="28"/>
        </w:rPr>
        <w:t>7. Tên gọi tổ dân phố sau sắp xếp phải phù hợp địa danh, truyền thống, lịch sử, văn hóa; không trùng lặp trong cùng phường; bảo đảm thuận lợi trong quản lý, tuyên truyền, giao dịch hành chính và sinh hoạt cộng đồng.</w:t>
      </w:r>
    </w:p>
    <w:p w14:paraId="37B30EC6" w14:textId="0D92FA01" w:rsidR="00FC3BAF" w:rsidRPr="009C3767" w:rsidRDefault="00FC3BAF" w:rsidP="000A3BCB">
      <w:pPr>
        <w:spacing w:after="0"/>
        <w:ind w:firstLine="720"/>
        <w:jc w:val="both"/>
        <w:rPr>
          <w:sz w:val="28"/>
          <w:szCs w:val="28"/>
        </w:rPr>
      </w:pPr>
      <w:r w:rsidRPr="009C3767">
        <w:rPr>
          <w:sz w:val="28"/>
          <w:szCs w:val="28"/>
        </w:rPr>
        <w:t>8. Việc sắp xếp tổ dân phố phải được lấy ý kiến Nhân dân tại các tổ dân phố chịu tác động trực tiếp; kết quả lấy ý kiến phải được tổng hợp đầy đủ, công khai, tiếp thu, giải trình rõ ràng.</w:t>
      </w:r>
    </w:p>
    <w:p w14:paraId="4DEDDBC2" w14:textId="77777777" w:rsidR="009E0487" w:rsidRPr="009C3767" w:rsidRDefault="00FC3BAF" w:rsidP="000A3BCB">
      <w:pPr>
        <w:spacing w:after="0"/>
        <w:ind w:firstLine="720"/>
        <w:jc w:val="both"/>
        <w:rPr>
          <w:sz w:val="28"/>
          <w:szCs w:val="28"/>
          <w:lang w:val="vi-VN"/>
        </w:rPr>
      </w:pPr>
      <w:r w:rsidRPr="009C3767">
        <w:rPr>
          <w:b/>
          <w:caps/>
          <w:sz w:val="28"/>
          <w:szCs w:val="28"/>
        </w:rPr>
        <w:t>V. ĐÁNH GIÁ HIỆN TRẠNG TỔ DÂN PHỐ</w:t>
      </w:r>
    </w:p>
    <w:p w14:paraId="27D3AB6A" w14:textId="7936FF52" w:rsidR="00FC3BAF" w:rsidRPr="009C3767" w:rsidRDefault="00FC3BAF" w:rsidP="000A3BCB">
      <w:pPr>
        <w:spacing w:after="0"/>
        <w:ind w:firstLine="720"/>
        <w:jc w:val="both"/>
        <w:rPr>
          <w:sz w:val="28"/>
          <w:szCs w:val="28"/>
        </w:rPr>
      </w:pPr>
      <w:r w:rsidRPr="009C3767">
        <w:rPr>
          <w:b/>
          <w:sz w:val="28"/>
          <w:szCs w:val="28"/>
        </w:rPr>
        <w:t>1. Khái quát đặc điểm địa bàn phường Yên Sở</w:t>
      </w:r>
    </w:p>
    <w:p w14:paraId="7E63C012" w14:textId="77777777" w:rsidR="00FC3BAF" w:rsidRPr="009C3767" w:rsidRDefault="00FC3BAF" w:rsidP="000A3BCB">
      <w:pPr>
        <w:spacing w:after="0"/>
        <w:ind w:firstLine="720"/>
        <w:jc w:val="both"/>
        <w:rPr>
          <w:sz w:val="28"/>
          <w:szCs w:val="28"/>
        </w:rPr>
      </w:pPr>
      <w:r w:rsidRPr="009C3767">
        <w:rPr>
          <w:sz w:val="28"/>
          <w:szCs w:val="28"/>
        </w:rPr>
        <w:t>Phường có diện tích tự nhiên 5,62 km²; tính đến thời điểm 15/5/2026, phường Yên Sở có dân số là 34.957 người; có 15 tổ dân phố; 10.357 hộ gia đình.</w:t>
      </w:r>
    </w:p>
    <w:p w14:paraId="53CC6614" w14:textId="77777777" w:rsidR="00FC3BAF" w:rsidRPr="009C3767" w:rsidRDefault="00FC3BAF" w:rsidP="000A3BCB">
      <w:pPr>
        <w:spacing w:after="0"/>
        <w:ind w:firstLine="720"/>
        <w:jc w:val="both"/>
        <w:rPr>
          <w:sz w:val="28"/>
          <w:szCs w:val="28"/>
        </w:rPr>
      </w:pPr>
      <w:r w:rsidRPr="009C3767">
        <w:rPr>
          <w:sz w:val="28"/>
          <w:szCs w:val="28"/>
        </w:rPr>
        <w:t>Về vị trí địa lý, phường Yên Sở nằm ở cửa ngõ phía Nam của thành phố Hà Nội; phía Đông giáp phường Lĩnh Nam và xã Thanh Trì; phía Tây giáp phường Hoàng Liệt; phía Nam giáp xã Thanh Trì; phía Bắc giáp phường Hoàng Mai. Vị trí này tạo điều kiện thuận lợi cho phường trong kết nối giao thông, giao thương, phát triển đô thị, thương mại, dịch vụ; đồng thời đặt ra yêu cầu cao trong quản lý dân cư, quản lý đô thị, bảo đảm an ninh trật tự và phát triển hạ tầng xã hội.</w:t>
      </w:r>
    </w:p>
    <w:p w14:paraId="6374EAB3" w14:textId="77777777" w:rsidR="00FC3BAF" w:rsidRPr="009C3767" w:rsidRDefault="00FC3BAF" w:rsidP="000A3BCB">
      <w:pPr>
        <w:spacing w:after="0"/>
        <w:ind w:firstLine="720"/>
        <w:jc w:val="both"/>
        <w:rPr>
          <w:sz w:val="28"/>
          <w:szCs w:val="28"/>
        </w:rPr>
      </w:pPr>
      <w:r w:rsidRPr="009C3767">
        <w:rPr>
          <w:sz w:val="28"/>
          <w:szCs w:val="28"/>
        </w:rPr>
        <w:lastRenderedPageBreak/>
        <w:t>Địa bàn phường có đặc điểm đan xen giữa khu dân cư truyền thống và khu vực đô thị hóa nhanh; có các khu chung cư, khu đô thị, khu dân cư mới, khu biệt thự, nhà ở cao tầng và các khu vực có biến động dân cư lớn. Do đó, việc sắp xếp tổ dân phố trên địa bàn phường Yên Sở không chỉ căn cứ vào tiêu chuẩn số hộ mà còn phải tính đến ranh giới địa bàn, tính liền kề, khoảng cách địa lý, tuyến giao thông, hạ tầng kỹ thuật, điểm sinh hoạt cộng đồng, tổ chức đảng, Ban công tác Mặt trận, các chi hội đoàn thể, an ninh trật tự, phòng cháy chữa cháy, quản lý cư trú và khả năng phát triển dân số trong giai đoạn tới.</w:t>
      </w:r>
    </w:p>
    <w:p w14:paraId="175CC247" w14:textId="77777777" w:rsidR="00FC3BAF" w:rsidRPr="009C3767" w:rsidRDefault="00FC3BAF" w:rsidP="000A3BCB">
      <w:pPr>
        <w:spacing w:after="0"/>
        <w:ind w:firstLine="720"/>
        <w:jc w:val="both"/>
        <w:rPr>
          <w:sz w:val="28"/>
          <w:szCs w:val="28"/>
        </w:rPr>
      </w:pPr>
      <w:r w:rsidRPr="009C3767">
        <w:rPr>
          <w:sz w:val="28"/>
          <w:szCs w:val="28"/>
        </w:rPr>
        <w:t>Ngay sau khi đi vào hoạt động, Đảng bộ, chính quyền và hệ thống chính trị của phường Yên Sở đã được kiện toàn. Đảng bộ phường hiện có 43 tổ chức cơ sở đảng trực thuộc với 1.743 đảng viên; Ban Chấp hành Đảng bộ phường có 21 đồng chí, Ban Thường vụ có 09 đồng chí. Đây là cơ sở chính trị quan trọng để lãnh đạo, chỉ đạo việc sắp xếp tổ dân phố, kiện toàn tổ chức ở cơ sở, tạo sự đồng thuận trong Nhân dân và bảo đảm ổn định địa bàn sau sắp xếp.</w:t>
      </w:r>
    </w:p>
    <w:p w14:paraId="741026AD" w14:textId="72F9CAFC" w:rsidR="00E42E79" w:rsidRPr="009C3767" w:rsidRDefault="00723C88" w:rsidP="000A3BCB">
      <w:pPr>
        <w:spacing w:after="0"/>
        <w:ind w:firstLine="720"/>
        <w:rPr>
          <w:b/>
          <w:sz w:val="28"/>
          <w:szCs w:val="28"/>
        </w:rPr>
      </w:pPr>
      <w:r w:rsidRPr="009C3767">
        <w:rPr>
          <w:b/>
          <w:sz w:val="28"/>
          <w:szCs w:val="28"/>
        </w:rPr>
        <w:t>2. Hiện trạng số lượng, quy mô</w:t>
      </w:r>
    </w:p>
    <w:tbl>
      <w:tblPr>
        <w:tblW w:w="100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9"/>
        <w:gridCol w:w="2156"/>
        <w:gridCol w:w="1062"/>
        <w:gridCol w:w="917"/>
        <w:gridCol w:w="1176"/>
        <w:gridCol w:w="1176"/>
        <w:gridCol w:w="1818"/>
        <w:gridCol w:w="1209"/>
      </w:tblGrid>
      <w:tr w:rsidR="00A730A0" w:rsidRPr="009C3767" w14:paraId="15733832" w14:textId="77777777" w:rsidTr="00E42E79">
        <w:trPr>
          <w:jc w:val="center"/>
        </w:trPr>
        <w:tc>
          <w:tcPr>
            <w:tcW w:w="569" w:type="dxa"/>
            <w:tcMar>
              <w:top w:w="80" w:type="dxa"/>
              <w:left w:w="80" w:type="dxa"/>
              <w:bottom w:w="80" w:type="dxa"/>
              <w:right w:w="80" w:type="dxa"/>
            </w:tcMar>
            <w:vAlign w:val="center"/>
          </w:tcPr>
          <w:p w14:paraId="7AE74D4F" w14:textId="327582DC" w:rsidR="00A730A0" w:rsidRPr="009C3767" w:rsidRDefault="00A730A0" w:rsidP="0045062A">
            <w:pPr>
              <w:spacing w:after="0"/>
              <w:jc w:val="center"/>
              <w:rPr>
                <w:rFonts w:cs="Times New Roman"/>
                <w:sz w:val="28"/>
                <w:szCs w:val="28"/>
              </w:rPr>
            </w:pPr>
            <w:r w:rsidRPr="009C3767">
              <w:rPr>
                <w:rFonts w:cs="Times New Roman"/>
                <w:b/>
                <w:sz w:val="28"/>
                <w:szCs w:val="28"/>
              </w:rPr>
              <w:t>TT</w:t>
            </w:r>
          </w:p>
        </w:tc>
        <w:tc>
          <w:tcPr>
            <w:tcW w:w="2156" w:type="dxa"/>
            <w:tcMar>
              <w:top w:w="80" w:type="dxa"/>
              <w:left w:w="80" w:type="dxa"/>
              <w:bottom w:w="80" w:type="dxa"/>
              <w:right w:w="80" w:type="dxa"/>
            </w:tcMar>
            <w:vAlign w:val="center"/>
          </w:tcPr>
          <w:p w14:paraId="168DB8D4" w14:textId="612A0504" w:rsidR="00A730A0" w:rsidRPr="009C3767" w:rsidRDefault="00A730A0" w:rsidP="0045062A">
            <w:pPr>
              <w:spacing w:after="0"/>
              <w:jc w:val="center"/>
              <w:rPr>
                <w:rFonts w:cs="Times New Roman"/>
                <w:sz w:val="28"/>
                <w:szCs w:val="28"/>
              </w:rPr>
            </w:pPr>
            <w:r w:rsidRPr="009C3767">
              <w:rPr>
                <w:rFonts w:cs="Times New Roman"/>
                <w:b/>
                <w:sz w:val="28"/>
                <w:szCs w:val="28"/>
              </w:rPr>
              <w:t>Tên thôn/TDP</w:t>
            </w:r>
          </w:p>
        </w:tc>
        <w:tc>
          <w:tcPr>
            <w:tcW w:w="1062" w:type="dxa"/>
            <w:tcMar>
              <w:top w:w="80" w:type="dxa"/>
              <w:left w:w="80" w:type="dxa"/>
              <w:bottom w:w="80" w:type="dxa"/>
              <w:right w:w="80" w:type="dxa"/>
            </w:tcMar>
            <w:vAlign w:val="center"/>
          </w:tcPr>
          <w:p w14:paraId="55F84A7F" w14:textId="240F5527" w:rsidR="00A730A0" w:rsidRPr="009C3767" w:rsidRDefault="00A730A0" w:rsidP="0045062A">
            <w:pPr>
              <w:spacing w:after="0"/>
              <w:jc w:val="center"/>
              <w:rPr>
                <w:rFonts w:cs="Times New Roman"/>
                <w:sz w:val="28"/>
                <w:szCs w:val="28"/>
                <w:lang w:val="vi-VN"/>
              </w:rPr>
            </w:pPr>
            <w:r w:rsidRPr="009C3767">
              <w:rPr>
                <w:rFonts w:cs="Times New Roman"/>
                <w:b/>
                <w:sz w:val="28"/>
                <w:szCs w:val="28"/>
              </w:rPr>
              <w:t>Loại hình</w:t>
            </w:r>
          </w:p>
        </w:tc>
        <w:tc>
          <w:tcPr>
            <w:tcW w:w="917" w:type="dxa"/>
            <w:tcMar>
              <w:top w:w="80" w:type="dxa"/>
              <w:left w:w="80" w:type="dxa"/>
              <w:bottom w:w="80" w:type="dxa"/>
              <w:right w:w="80" w:type="dxa"/>
            </w:tcMar>
            <w:vAlign w:val="center"/>
          </w:tcPr>
          <w:p w14:paraId="314ECDCB" w14:textId="7B4285D1" w:rsidR="00A730A0" w:rsidRPr="009C3767" w:rsidRDefault="00A730A0" w:rsidP="0045062A">
            <w:pPr>
              <w:spacing w:after="0"/>
              <w:jc w:val="center"/>
              <w:rPr>
                <w:rFonts w:cs="Times New Roman"/>
                <w:sz w:val="28"/>
                <w:szCs w:val="28"/>
                <w:lang w:val="vi-VN"/>
              </w:rPr>
            </w:pPr>
            <w:r w:rsidRPr="009C3767">
              <w:rPr>
                <w:rFonts w:cs="Times New Roman"/>
                <w:b/>
                <w:sz w:val="28"/>
                <w:szCs w:val="28"/>
              </w:rPr>
              <w:t>Số hộ</w:t>
            </w:r>
          </w:p>
        </w:tc>
        <w:tc>
          <w:tcPr>
            <w:tcW w:w="1176" w:type="dxa"/>
            <w:tcMar>
              <w:top w:w="80" w:type="dxa"/>
              <w:left w:w="80" w:type="dxa"/>
              <w:bottom w:w="80" w:type="dxa"/>
              <w:right w:w="80" w:type="dxa"/>
            </w:tcMar>
            <w:vAlign w:val="center"/>
          </w:tcPr>
          <w:p w14:paraId="3739AE8D" w14:textId="42149C29" w:rsidR="00A730A0" w:rsidRPr="009C3767" w:rsidRDefault="00A730A0" w:rsidP="0045062A">
            <w:pPr>
              <w:spacing w:after="0"/>
              <w:jc w:val="center"/>
              <w:rPr>
                <w:rFonts w:cs="Times New Roman"/>
                <w:sz w:val="28"/>
                <w:szCs w:val="28"/>
                <w:lang w:val="vi-VN"/>
              </w:rPr>
            </w:pPr>
            <w:r w:rsidRPr="009C3767">
              <w:rPr>
                <w:rFonts w:cs="Times New Roman"/>
                <w:b/>
                <w:sz w:val="28"/>
                <w:szCs w:val="28"/>
              </w:rPr>
              <w:t>Dân số</w:t>
            </w:r>
          </w:p>
        </w:tc>
        <w:tc>
          <w:tcPr>
            <w:tcW w:w="1176" w:type="dxa"/>
            <w:tcMar>
              <w:top w:w="80" w:type="dxa"/>
              <w:left w:w="80" w:type="dxa"/>
              <w:bottom w:w="80" w:type="dxa"/>
              <w:right w:w="80" w:type="dxa"/>
            </w:tcMar>
            <w:vAlign w:val="center"/>
          </w:tcPr>
          <w:p w14:paraId="3AEA2DD7" w14:textId="2BB7A6D7" w:rsidR="00A730A0" w:rsidRPr="009C3767" w:rsidRDefault="00A730A0" w:rsidP="0045062A">
            <w:pPr>
              <w:spacing w:after="0"/>
              <w:jc w:val="center"/>
              <w:rPr>
                <w:rFonts w:cs="Times New Roman"/>
                <w:sz w:val="28"/>
                <w:szCs w:val="28"/>
              </w:rPr>
            </w:pPr>
            <w:r w:rsidRPr="009C3767">
              <w:rPr>
                <w:rFonts w:cs="Times New Roman"/>
                <w:b/>
                <w:sz w:val="28"/>
                <w:szCs w:val="28"/>
              </w:rPr>
              <w:t>Diện tích (km²)</w:t>
            </w:r>
          </w:p>
        </w:tc>
        <w:tc>
          <w:tcPr>
            <w:tcW w:w="1818" w:type="dxa"/>
            <w:tcMar>
              <w:top w:w="80" w:type="dxa"/>
              <w:left w:w="80" w:type="dxa"/>
              <w:bottom w:w="80" w:type="dxa"/>
              <w:right w:w="80" w:type="dxa"/>
            </w:tcMar>
            <w:vAlign w:val="center"/>
          </w:tcPr>
          <w:p w14:paraId="15889482" w14:textId="77777777" w:rsidR="00526446" w:rsidRPr="009C3767" w:rsidRDefault="00A730A0" w:rsidP="0045062A">
            <w:pPr>
              <w:spacing w:after="0"/>
              <w:jc w:val="center"/>
              <w:rPr>
                <w:rFonts w:cs="Times New Roman"/>
                <w:b/>
                <w:sz w:val="28"/>
                <w:szCs w:val="28"/>
              </w:rPr>
            </w:pPr>
            <w:r w:rsidRPr="009C3767">
              <w:rPr>
                <w:rFonts w:cs="Times New Roman"/>
                <w:b/>
                <w:sz w:val="28"/>
                <w:szCs w:val="28"/>
              </w:rPr>
              <w:t xml:space="preserve">Đặc điểm </w:t>
            </w:r>
          </w:p>
          <w:p w14:paraId="44ED6A0C" w14:textId="5769EBD1" w:rsidR="00A730A0" w:rsidRPr="009C3767" w:rsidRDefault="00A730A0" w:rsidP="0045062A">
            <w:pPr>
              <w:spacing w:after="0"/>
              <w:jc w:val="center"/>
              <w:rPr>
                <w:rFonts w:cs="Times New Roman"/>
                <w:sz w:val="28"/>
                <w:szCs w:val="28"/>
              </w:rPr>
            </w:pPr>
            <w:r w:rsidRPr="009C3767">
              <w:rPr>
                <w:rFonts w:cs="Times New Roman"/>
                <w:b/>
                <w:sz w:val="28"/>
                <w:szCs w:val="28"/>
              </w:rPr>
              <w:t>địa bàn</w:t>
            </w:r>
          </w:p>
        </w:tc>
        <w:tc>
          <w:tcPr>
            <w:tcW w:w="1209" w:type="dxa"/>
            <w:tcMar>
              <w:top w:w="80" w:type="dxa"/>
              <w:left w:w="80" w:type="dxa"/>
              <w:bottom w:w="80" w:type="dxa"/>
              <w:right w:w="80" w:type="dxa"/>
            </w:tcMar>
            <w:vAlign w:val="center"/>
          </w:tcPr>
          <w:p w14:paraId="630A1923" w14:textId="6A0CE42B" w:rsidR="00A730A0" w:rsidRPr="009C3767" w:rsidRDefault="00A730A0" w:rsidP="0045062A">
            <w:pPr>
              <w:spacing w:after="0"/>
              <w:jc w:val="center"/>
              <w:rPr>
                <w:rFonts w:cs="Times New Roman"/>
                <w:sz w:val="28"/>
                <w:szCs w:val="28"/>
              </w:rPr>
            </w:pPr>
            <w:r w:rsidRPr="009C3767">
              <w:rPr>
                <w:rFonts w:cs="Times New Roman"/>
                <w:b/>
                <w:sz w:val="28"/>
                <w:szCs w:val="28"/>
              </w:rPr>
              <w:t>Định hướng</w:t>
            </w:r>
          </w:p>
        </w:tc>
      </w:tr>
      <w:tr w:rsidR="00A730A0" w:rsidRPr="009C3767" w14:paraId="25767381" w14:textId="77777777" w:rsidTr="00E42E79">
        <w:trPr>
          <w:jc w:val="center"/>
        </w:trPr>
        <w:tc>
          <w:tcPr>
            <w:tcW w:w="569" w:type="dxa"/>
            <w:tcMar>
              <w:top w:w="80" w:type="dxa"/>
              <w:left w:w="80" w:type="dxa"/>
              <w:bottom w:w="80" w:type="dxa"/>
              <w:right w:w="80" w:type="dxa"/>
            </w:tcMar>
          </w:tcPr>
          <w:p w14:paraId="5B7AF56B" w14:textId="0B7850F4" w:rsidR="00A730A0" w:rsidRPr="009C3767" w:rsidRDefault="00A730A0" w:rsidP="0045062A">
            <w:pPr>
              <w:spacing w:after="0"/>
              <w:jc w:val="center"/>
              <w:rPr>
                <w:rFonts w:cs="Times New Roman"/>
                <w:sz w:val="28"/>
                <w:szCs w:val="28"/>
              </w:rPr>
            </w:pPr>
            <w:r w:rsidRPr="009C3767">
              <w:rPr>
                <w:rFonts w:cs="Times New Roman"/>
                <w:sz w:val="28"/>
                <w:szCs w:val="28"/>
              </w:rPr>
              <w:t>1</w:t>
            </w:r>
          </w:p>
        </w:tc>
        <w:tc>
          <w:tcPr>
            <w:tcW w:w="2156" w:type="dxa"/>
            <w:tcMar>
              <w:top w:w="80" w:type="dxa"/>
              <w:left w:w="80" w:type="dxa"/>
              <w:bottom w:w="80" w:type="dxa"/>
              <w:right w:w="80" w:type="dxa"/>
            </w:tcMar>
          </w:tcPr>
          <w:p w14:paraId="172603B5" w14:textId="21C64B21" w:rsidR="00A730A0" w:rsidRPr="009C3767" w:rsidRDefault="00A730A0" w:rsidP="0045062A">
            <w:pPr>
              <w:spacing w:after="0"/>
              <w:jc w:val="center"/>
              <w:rPr>
                <w:rFonts w:cs="Times New Roman"/>
                <w:spacing w:val="-8"/>
                <w:sz w:val="28"/>
                <w:szCs w:val="28"/>
              </w:rPr>
            </w:pPr>
            <w:r w:rsidRPr="009C3767">
              <w:rPr>
                <w:rFonts w:cs="Times New Roman"/>
                <w:spacing w:val="-8"/>
                <w:sz w:val="28"/>
                <w:szCs w:val="28"/>
              </w:rPr>
              <w:t>Tổ dân phố số 1</w:t>
            </w:r>
          </w:p>
        </w:tc>
        <w:tc>
          <w:tcPr>
            <w:tcW w:w="1062" w:type="dxa"/>
            <w:tcMar>
              <w:top w:w="80" w:type="dxa"/>
              <w:left w:w="80" w:type="dxa"/>
              <w:bottom w:w="80" w:type="dxa"/>
              <w:right w:w="80" w:type="dxa"/>
            </w:tcMar>
          </w:tcPr>
          <w:p w14:paraId="2868F792" w14:textId="4F3CE417"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TDP</w:t>
            </w:r>
          </w:p>
        </w:tc>
        <w:tc>
          <w:tcPr>
            <w:tcW w:w="917" w:type="dxa"/>
            <w:tcMar>
              <w:top w:w="80" w:type="dxa"/>
              <w:left w:w="80" w:type="dxa"/>
              <w:bottom w:w="80" w:type="dxa"/>
              <w:right w:w="80" w:type="dxa"/>
            </w:tcMar>
          </w:tcPr>
          <w:p w14:paraId="5DEE5415" w14:textId="6E071B8C"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575</w:t>
            </w:r>
          </w:p>
        </w:tc>
        <w:tc>
          <w:tcPr>
            <w:tcW w:w="1176" w:type="dxa"/>
            <w:tcMar>
              <w:top w:w="80" w:type="dxa"/>
              <w:left w:w="80" w:type="dxa"/>
              <w:bottom w:w="80" w:type="dxa"/>
              <w:right w:w="80" w:type="dxa"/>
            </w:tcMar>
          </w:tcPr>
          <w:p w14:paraId="1B1CA4BD" w14:textId="21B8B7DB"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1788</w:t>
            </w:r>
          </w:p>
        </w:tc>
        <w:tc>
          <w:tcPr>
            <w:tcW w:w="1176" w:type="dxa"/>
            <w:tcMar>
              <w:top w:w="80" w:type="dxa"/>
              <w:left w:w="80" w:type="dxa"/>
              <w:bottom w:w="80" w:type="dxa"/>
              <w:right w:w="80" w:type="dxa"/>
            </w:tcMar>
            <w:vAlign w:val="center"/>
          </w:tcPr>
          <w:p w14:paraId="34E8AAD9" w14:textId="467218E9" w:rsidR="00A730A0" w:rsidRPr="009C3767" w:rsidRDefault="00A730A0" w:rsidP="0045062A">
            <w:pPr>
              <w:spacing w:after="0"/>
              <w:jc w:val="center"/>
              <w:rPr>
                <w:rFonts w:cs="Times New Roman"/>
                <w:sz w:val="28"/>
                <w:szCs w:val="28"/>
              </w:rPr>
            </w:pPr>
            <w:r w:rsidRPr="009C3767">
              <w:rPr>
                <w:rFonts w:cs="Times New Roman"/>
                <w:sz w:val="28"/>
                <w:szCs w:val="28"/>
              </w:rPr>
              <w:t>0.9</w:t>
            </w:r>
          </w:p>
        </w:tc>
        <w:tc>
          <w:tcPr>
            <w:tcW w:w="1818" w:type="dxa"/>
            <w:tcMar>
              <w:top w:w="80" w:type="dxa"/>
              <w:left w:w="80" w:type="dxa"/>
              <w:bottom w:w="80" w:type="dxa"/>
              <w:right w:w="80" w:type="dxa"/>
            </w:tcMar>
          </w:tcPr>
          <w:p w14:paraId="4C78F55E" w14:textId="77777777" w:rsidR="00526446" w:rsidRPr="009C3767" w:rsidRDefault="00A730A0" w:rsidP="0045062A">
            <w:pPr>
              <w:spacing w:after="0"/>
              <w:jc w:val="center"/>
              <w:rPr>
                <w:rFonts w:cs="Times New Roman"/>
                <w:sz w:val="28"/>
                <w:szCs w:val="28"/>
              </w:rPr>
            </w:pPr>
            <w:r w:rsidRPr="009C3767">
              <w:rPr>
                <w:rFonts w:cs="Times New Roman"/>
                <w:sz w:val="28"/>
                <w:szCs w:val="28"/>
              </w:rPr>
              <w:t xml:space="preserve">Dân cư </w:t>
            </w:r>
          </w:p>
          <w:p w14:paraId="5CEF058C" w14:textId="156E888B" w:rsidR="00A730A0" w:rsidRPr="009C3767" w:rsidRDefault="00A730A0" w:rsidP="0045062A">
            <w:pPr>
              <w:spacing w:after="0"/>
              <w:jc w:val="center"/>
              <w:rPr>
                <w:rFonts w:cs="Times New Roman"/>
                <w:sz w:val="28"/>
                <w:szCs w:val="28"/>
                <w:lang w:val="vi-VN"/>
              </w:rPr>
            </w:pPr>
            <w:r w:rsidRPr="009C3767">
              <w:rPr>
                <w:rFonts w:cs="Times New Roman"/>
                <w:sz w:val="28"/>
                <w:szCs w:val="28"/>
              </w:rPr>
              <w:t>truyền thống</w:t>
            </w:r>
          </w:p>
        </w:tc>
        <w:tc>
          <w:tcPr>
            <w:tcW w:w="1209" w:type="dxa"/>
            <w:tcMar>
              <w:top w:w="80" w:type="dxa"/>
              <w:left w:w="80" w:type="dxa"/>
              <w:bottom w:w="80" w:type="dxa"/>
              <w:right w:w="80" w:type="dxa"/>
            </w:tcMar>
          </w:tcPr>
          <w:p w14:paraId="58B4A6F9" w14:textId="1CCFD2AF" w:rsidR="00A730A0" w:rsidRPr="009C3767" w:rsidRDefault="00526446" w:rsidP="0045062A">
            <w:pPr>
              <w:spacing w:after="0"/>
              <w:jc w:val="center"/>
              <w:rPr>
                <w:rFonts w:cs="Times New Roman"/>
                <w:sz w:val="28"/>
                <w:szCs w:val="28"/>
              </w:rPr>
            </w:pPr>
            <w:r w:rsidRPr="009C3767">
              <w:rPr>
                <w:rFonts w:cs="Times New Roman"/>
                <w:sz w:val="28"/>
                <w:szCs w:val="28"/>
              </w:rPr>
              <w:t>S</w:t>
            </w:r>
            <w:r w:rsidR="00A730A0" w:rsidRPr="009C3767">
              <w:rPr>
                <w:rFonts w:cs="Times New Roman"/>
                <w:sz w:val="28"/>
                <w:szCs w:val="28"/>
              </w:rPr>
              <w:t>ắp xếp</w:t>
            </w:r>
          </w:p>
        </w:tc>
      </w:tr>
      <w:tr w:rsidR="00A730A0" w:rsidRPr="009C3767" w14:paraId="66E5E672" w14:textId="77777777" w:rsidTr="00E42E79">
        <w:trPr>
          <w:jc w:val="center"/>
        </w:trPr>
        <w:tc>
          <w:tcPr>
            <w:tcW w:w="569" w:type="dxa"/>
            <w:tcMar>
              <w:top w:w="80" w:type="dxa"/>
              <w:left w:w="80" w:type="dxa"/>
              <w:bottom w:w="80" w:type="dxa"/>
              <w:right w:w="80" w:type="dxa"/>
            </w:tcMar>
          </w:tcPr>
          <w:p w14:paraId="003F9FE6" w14:textId="77777777" w:rsidR="00A730A0" w:rsidRPr="009C3767" w:rsidRDefault="00A730A0" w:rsidP="0045062A">
            <w:pPr>
              <w:spacing w:after="0"/>
              <w:jc w:val="center"/>
              <w:rPr>
                <w:rFonts w:cs="Times New Roman"/>
                <w:sz w:val="28"/>
                <w:szCs w:val="28"/>
              </w:rPr>
            </w:pPr>
            <w:r w:rsidRPr="009C3767">
              <w:rPr>
                <w:rFonts w:cs="Times New Roman"/>
                <w:sz w:val="28"/>
                <w:szCs w:val="28"/>
              </w:rPr>
              <w:t>2</w:t>
            </w:r>
          </w:p>
        </w:tc>
        <w:tc>
          <w:tcPr>
            <w:tcW w:w="2156" w:type="dxa"/>
            <w:tcMar>
              <w:top w:w="80" w:type="dxa"/>
              <w:left w:w="80" w:type="dxa"/>
              <w:bottom w:w="80" w:type="dxa"/>
              <w:right w:w="80" w:type="dxa"/>
            </w:tcMar>
          </w:tcPr>
          <w:p w14:paraId="23E5E3D8" w14:textId="154B4318" w:rsidR="00A730A0" w:rsidRPr="009C3767" w:rsidRDefault="00A730A0" w:rsidP="0045062A">
            <w:pPr>
              <w:spacing w:after="0"/>
              <w:jc w:val="center"/>
              <w:rPr>
                <w:rFonts w:cs="Times New Roman"/>
                <w:spacing w:val="-8"/>
                <w:sz w:val="28"/>
                <w:szCs w:val="28"/>
              </w:rPr>
            </w:pPr>
            <w:r w:rsidRPr="009C3767">
              <w:rPr>
                <w:rFonts w:cs="Times New Roman"/>
                <w:spacing w:val="-8"/>
                <w:sz w:val="28"/>
                <w:szCs w:val="28"/>
              </w:rPr>
              <w:t>Tổ dân phố số 2</w:t>
            </w:r>
          </w:p>
        </w:tc>
        <w:tc>
          <w:tcPr>
            <w:tcW w:w="1062" w:type="dxa"/>
            <w:tcMar>
              <w:top w:w="80" w:type="dxa"/>
              <w:left w:w="80" w:type="dxa"/>
              <w:bottom w:w="80" w:type="dxa"/>
              <w:right w:w="80" w:type="dxa"/>
            </w:tcMar>
          </w:tcPr>
          <w:p w14:paraId="45628C2B" w14:textId="290FB2A1" w:rsidR="00A730A0" w:rsidRPr="009C3767" w:rsidRDefault="00A730A0"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70A82669" w14:textId="2B539BE7"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523</w:t>
            </w:r>
          </w:p>
        </w:tc>
        <w:tc>
          <w:tcPr>
            <w:tcW w:w="1176" w:type="dxa"/>
            <w:tcMar>
              <w:top w:w="80" w:type="dxa"/>
              <w:left w:w="80" w:type="dxa"/>
              <w:bottom w:w="80" w:type="dxa"/>
              <w:right w:w="80" w:type="dxa"/>
            </w:tcMar>
          </w:tcPr>
          <w:p w14:paraId="7DD66D59" w14:textId="0C8B6CEC"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2123</w:t>
            </w:r>
          </w:p>
        </w:tc>
        <w:tc>
          <w:tcPr>
            <w:tcW w:w="1176" w:type="dxa"/>
            <w:tcMar>
              <w:top w:w="80" w:type="dxa"/>
              <w:left w:w="80" w:type="dxa"/>
              <w:bottom w:w="80" w:type="dxa"/>
              <w:right w:w="80" w:type="dxa"/>
            </w:tcMar>
            <w:vAlign w:val="center"/>
          </w:tcPr>
          <w:p w14:paraId="262DDC0E" w14:textId="787420B0" w:rsidR="00A730A0" w:rsidRPr="009C3767" w:rsidRDefault="00A730A0" w:rsidP="0045062A">
            <w:pPr>
              <w:spacing w:after="0"/>
              <w:jc w:val="center"/>
              <w:rPr>
                <w:rFonts w:cs="Times New Roman"/>
                <w:sz w:val="28"/>
                <w:szCs w:val="28"/>
              </w:rPr>
            </w:pPr>
            <w:r w:rsidRPr="009C3767">
              <w:rPr>
                <w:rFonts w:cs="Times New Roman"/>
                <w:sz w:val="28"/>
                <w:szCs w:val="28"/>
              </w:rPr>
              <w:t>0.001</w:t>
            </w:r>
          </w:p>
        </w:tc>
        <w:tc>
          <w:tcPr>
            <w:tcW w:w="1818" w:type="dxa"/>
            <w:tcMar>
              <w:top w:w="80" w:type="dxa"/>
              <w:left w:w="80" w:type="dxa"/>
              <w:bottom w:w="80" w:type="dxa"/>
              <w:right w:w="80" w:type="dxa"/>
            </w:tcMar>
          </w:tcPr>
          <w:p w14:paraId="485FCE24" w14:textId="3DCEAF06" w:rsidR="00A730A0" w:rsidRPr="009C3767" w:rsidRDefault="00A730A0" w:rsidP="0045062A">
            <w:pPr>
              <w:spacing w:after="0"/>
              <w:jc w:val="center"/>
              <w:rPr>
                <w:rFonts w:cs="Times New Roman"/>
                <w:sz w:val="28"/>
                <w:szCs w:val="28"/>
                <w:lang w:val="vi-VN"/>
              </w:rPr>
            </w:pPr>
            <w:r w:rsidRPr="009C3767">
              <w:rPr>
                <w:rFonts w:cs="Times New Roman"/>
                <w:sz w:val="28"/>
                <w:szCs w:val="28"/>
              </w:rPr>
              <w:t>Chung</w:t>
            </w:r>
            <w:r w:rsidRPr="009C3767">
              <w:rPr>
                <w:rFonts w:cs="Times New Roman"/>
                <w:sz w:val="28"/>
                <w:szCs w:val="28"/>
                <w:lang w:val="vi-VN"/>
              </w:rPr>
              <w:t xml:space="preserve"> cư</w:t>
            </w:r>
          </w:p>
        </w:tc>
        <w:tc>
          <w:tcPr>
            <w:tcW w:w="1209" w:type="dxa"/>
            <w:tcMar>
              <w:top w:w="80" w:type="dxa"/>
              <w:left w:w="80" w:type="dxa"/>
              <w:bottom w:w="80" w:type="dxa"/>
              <w:right w:w="80" w:type="dxa"/>
            </w:tcMar>
          </w:tcPr>
          <w:p w14:paraId="1E7418BE" w14:textId="7F456976" w:rsidR="00A730A0" w:rsidRPr="009C3767" w:rsidRDefault="00526446" w:rsidP="0045062A">
            <w:pPr>
              <w:spacing w:after="0"/>
              <w:jc w:val="center"/>
              <w:rPr>
                <w:rFonts w:cs="Times New Roman"/>
                <w:sz w:val="28"/>
                <w:szCs w:val="28"/>
              </w:rPr>
            </w:pPr>
            <w:r w:rsidRPr="009C3767">
              <w:rPr>
                <w:rFonts w:cs="Times New Roman"/>
                <w:sz w:val="28"/>
                <w:szCs w:val="28"/>
              </w:rPr>
              <w:t>S</w:t>
            </w:r>
            <w:r w:rsidR="00A730A0" w:rsidRPr="009C3767">
              <w:rPr>
                <w:rFonts w:cs="Times New Roman"/>
                <w:sz w:val="28"/>
                <w:szCs w:val="28"/>
              </w:rPr>
              <w:t>ắp xếp</w:t>
            </w:r>
          </w:p>
        </w:tc>
      </w:tr>
      <w:tr w:rsidR="00A730A0" w:rsidRPr="009C3767" w14:paraId="411B5C25" w14:textId="77777777" w:rsidTr="00E42E79">
        <w:trPr>
          <w:jc w:val="center"/>
        </w:trPr>
        <w:tc>
          <w:tcPr>
            <w:tcW w:w="569" w:type="dxa"/>
            <w:tcMar>
              <w:top w:w="80" w:type="dxa"/>
              <w:left w:w="80" w:type="dxa"/>
              <w:bottom w:w="80" w:type="dxa"/>
              <w:right w:w="80" w:type="dxa"/>
            </w:tcMar>
          </w:tcPr>
          <w:p w14:paraId="1C184019" w14:textId="10755242" w:rsidR="00A730A0" w:rsidRPr="009C3767" w:rsidRDefault="00A730A0" w:rsidP="0045062A">
            <w:pPr>
              <w:spacing w:after="0"/>
              <w:jc w:val="center"/>
              <w:rPr>
                <w:rFonts w:cs="Times New Roman"/>
                <w:sz w:val="28"/>
                <w:szCs w:val="28"/>
              </w:rPr>
            </w:pPr>
            <w:r w:rsidRPr="009C3767">
              <w:rPr>
                <w:rFonts w:cs="Times New Roman"/>
                <w:sz w:val="28"/>
                <w:szCs w:val="28"/>
              </w:rPr>
              <w:t>3</w:t>
            </w:r>
          </w:p>
        </w:tc>
        <w:tc>
          <w:tcPr>
            <w:tcW w:w="2156" w:type="dxa"/>
            <w:tcMar>
              <w:top w:w="80" w:type="dxa"/>
              <w:left w:w="80" w:type="dxa"/>
              <w:bottom w:w="80" w:type="dxa"/>
              <w:right w:w="80" w:type="dxa"/>
            </w:tcMar>
          </w:tcPr>
          <w:p w14:paraId="695FC703" w14:textId="1F8915D7" w:rsidR="00A730A0" w:rsidRPr="009C3767" w:rsidRDefault="00A730A0" w:rsidP="0045062A">
            <w:pPr>
              <w:spacing w:after="0"/>
              <w:jc w:val="center"/>
              <w:rPr>
                <w:rFonts w:cs="Times New Roman"/>
                <w:spacing w:val="-8"/>
                <w:sz w:val="28"/>
                <w:szCs w:val="28"/>
              </w:rPr>
            </w:pPr>
            <w:r w:rsidRPr="009C3767">
              <w:rPr>
                <w:rFonts w:cs="Times New Roman"/>
                <w:spacing w:val="-8"/>
                <w:sz w:val="28"/>
                <w:szCs w:val="28"/>
              </w:rPr>
              <w:t>Tổ dân phố số 3</w:t>
            </w:r>
          </w:p>
        </w:tc>
        <w:tc>
          <w:tcPr>
            <w:tcW w:w="1062" w:type="dxa"/>
            <w:tcMar>
              <w:top w:w="80" w:type="dxa"/>
              <w:left w:w="80" w:type="dxa"/>
              <w:bottom w:w="80" w:type="dxa"/>
              <w:right w:w="80" w:type="dxa"/>
            </w:tcMar>
          </w:tcPr>
          <w:p w14:paraId="1A62A651" w14:textId="112E1812" w:rsidR="00A730A0" w:rsidRPr="009C3767" w:rsidRDefault="00A730A0"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55933E4D" w14:textId="18D4BD8A"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705</w:t>
            </w:r>
          </w:p>
        </w:tc>
        <w:tc>
          <w:tcPr>
            <w:tcW w:w="1176" w:type="dxa"/>
            <w:tcMar>
              <w:top w:w="80" w:type="dxa"/>
              <w:left w:w="80" w:type="dxa"/>
              <w:bottom w:w="80" w:type="dxa"/>
              <w:right w:w="80" w:type="dxa"/>
            </w:tcMar>
          </w:tcPr>
          <w:p w14:paraId="0CC9F7C0" w14:textId="77AB6CC7"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2764</w:t>
            </w:r>
          </w:p>
        </w:tc>
        <w:tc>
          <w:tcPr>
            <w:tcW w:w="1176" w:type="dxa"/>
            <w:tcMar>
              <w:top w:w="80" w:type="dxa"/>
              <w:left w:w="80" w:type="dxa"/>
              <w:bottom w:w="80" w:type="dxa"/>
              <w:right w:w="80" w:type="dxa"/>
            </w:tcMar>
            <w:vAlign w:val="center"/>
          </w:tcPr>
          <w:p w14:paraId="3B324A2E" w14:textId="7BD84000" w:rsidR="00A730A0" w:rsidRPr="009C3767" w:rsidRDefault="00A730A0" w:rsidP="0045062A">
            <w:pPr>
              <w:spacing w:after="0"/>
              <w:jc w:val="center"/>
              <w:rPr>
                <w:rFonts w:cs="Times New Roman"/>
                <w:sz w:val="28"/>
                <w:szCs w:val="28"/>
              </w:rPr>
            </w:pPr>
            <w:r w:rsidRPr="009C3767">
              <w:rPr>
                <w:rFonts w:cs="Times New Roman"/>
                <w:sz w:val="28"/>
                <w:szCs w:val="28"/>
              </w:rPr>
              <w:t>0.001</w:t>
            </w:r>
          </w:p>
        </w:tc>
        <w:tc>
          <w:tcPr>
            <w:tcW w:w="1818" w:type="dxa"/>
            <w:tcMar>
              <w:top w:w="80" w:type="dxa"/>
              <w:left w:w="80" w:type="dxa"/>
              <w:bottom w:w="80" w:type="dxa"/>
              <w:right w:w="80" w:type="dxa"/>
            </w:tcMar>
          </w:tcPr>
          <w:p w14:paraId="1354A0DA" w14:textId="784DDA80" w:rsidR="00A730A0" w:rsidRPr="009C3767" w:rsidRDefault="00A730A0" w:rsidP="0045062A">
            <w:pPr>
              <w:spacing w:after="0"/>
              <w:jc w:val="center"/>
              <w:rPr>
                <w:rFonts w:cs="Times New Roman"/>
                <w:sz w:val="28"/>
                <w:szCs w:val="28"/>
                <w:lang w:val="vi-VN"/>
              </w:rPr>
            </w:pPr>
            <w:r w:rsidRPr="009C3767">
              <w:rPr>
                <w:rFonts w:cs="Times New Roman"/>
                <w:sz w:val="28"/>
                <w:szCs w:val="28"/>
              </w:rPr>
              <w:t>Chung</w:t>
            </w:r>
            <w:r w:rsidRPr="009C3767">
              <w:rPr>
                <w:rFonts w:cs="Times New Roman"/>
                <w:sz w:val="28"/>
                <w:szCs w:val="28"/>
                <w:lang w:val="vi-VN"/>
              </w:rPr>
              <w:t xml:space="preserve"> cư</w:t>
            </w:r>
          </w:p>
        </w:tc>
        <w:tc>
          <w:tcPr>
            <w:tcW w:w="1209" w:type="dxa"/>
            <w:tcMar>
              <w:top w:w="80" w:type="dxa"/>
              <w:left w:w="80" w:type="dxa"/>
              <w:bottom w:w="80" w:type="dxa"/>
              <w:right w:w="80" w:type="dxa"/>
            </w:tcMar>
          </w:tcPr>
          <w:p w14:paraId="30AB9261" w14:textId="7C6DABF1" w:rsidR="00A730A0" w:rsidRPr="009C3767" w:rsidRDefault="00A730A0" w:rsidP="0045062A">
            <w:pPr>
              <w:spacing w:after="0"/>
              <w:jc w:val="center"/>
              <w:rPr>
                <w:rFonts w:cs="Times New Roman"/>
                <w:sz w:val="28"/>
                <w:szCs w:val="28"/>
                <w:lang w:val="vi-VN"/>
              </w:rPr>
            </w:pPr>
            <w:r w:rsidRPr="009C3767">
              <w:rPr>
                <w:rFonts w:cs="Times New Roman"/>
                <w:sz w:val="28"/>
                <w:szCs w:val="28"/>
                <w:lang w:val="vi-VN"/>
              </w:rPr>
              <w:t>Giữ nguyên</w:t>
            </w:r>
          </w:p>
        </w:tc>
      </w:tr>
      <w:tr w:rsidR="00526446" w:rsidRPr="009C3767" w14:paraId="172563E0" w14:textId="77777777" w:rsidTr="00E42E79">
        <w:trPr>
          <w:jc w:val="center"/>
        </w:trPr>
        <w:tc>
          <w:tcPr>
            <w:tcW w:w="569" w:type="dxa"/>
            <w:tcMar>
              <w:top w:w="80" w:type="dxa"/>
              <w:left w:w="80" w:type="dxa"/>
              <w:bottom w:w="80" w:type="dxa"/>
              <w:right w:w="80" w:type="dxa"/>
            </w:tcMar>
          </w:tcPr>
          <w:p w14:paraId="5129C7CD" w14:textId="7FE16532" w:rsidR="00526446" w:rsidRPr="009C3767" w:rsidRDefault="00526446" w:rsidP="0045062A">
            <w:pPr>
              <w:spacing w:after="0"/>
              <w:jc w:val="center"/>
              <w:rPr>
                <w:rFonts w:cs="Times New Roman"/>
                <w:sz w:val="28"/>
                <w:szCs w:val="28"/>
              </w:rPr>
            </w:pPr>
            <w:r w:rsidRPr="009C3767">
              <w:rPr>
                <w:rFonts w:cs="Times New Roman"/>
                <w:sz w:val="28"/>
                <w:szCs w:val="28"/>
              </w:rPr>
              <w:t>4</w:t>
            </w:r>
          </w:p>
        </w:tc>
        <w:tc>
          <w:tcPr>
            <w:tcW w:w="2156" w:type="dxa"/>
            <w:tcMar>
              <w:top w:w="80" w:type="dxa"/>
              <w:left w:w="80" w:type="dxa"/>
              <w:bottom w:w="80" w:type="dxa"/>
              <w:right w:w="80" w:type="dxa"/>
            </w:tcMar>
          </w:tcPr>
          <w:p w14:paraId="4AE2E1CF" w14:textId="4A0E240E"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4</w:t>
            </w:r>
          </w:p>
        </w:tc>
        <w:tc>
          <w:tcPr>
            <w:tcW w:w="1062" w:type="dxa"/>
            <w:tcMar>
              <w:top w:w="80" w:type="dxa"/>
              <w:left w:w="80" w:type="dxa"/>
              <w:bottom w:w="80" w:type="dxa"/>
              <w:right w:w="80" w:type="dxa"/>
            </w:tcMar>
          </w:tcPr>
          <w:p w14:paraId="7CFD8FF9" w14:textId="241D035D"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26893221" w14:textId="28B2EF8B"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506</w:t>
            </w:r>
          </w:p>
        </w:tc>
        <w:tc>
          <w:tcPr>
            <w:tcW w:w="1176" w:type="dxa"/>
            <w:tcMar>
              <w:top w:w="80" w:type="dxa"/>
              <w:left w:w="80" w:type="dxa"/>
              <w:bottom w:w="80" w:type="dxa"/>
              <w:right w:w="80" w:type="dxa"/>
            </w:tcMar>
          </w:tcPr>
          <w:p w14:paraId="7854DA67" w14:textId="799C1C77"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1923</w:t>
            </w:r>
          </w:p>
        </w:tc>
        <w:tc>
          <w:tcPr>
            <w:tcW w:w="1176" w:type="dxa"/>
            <w:tcMar>
              <w:top w:w="80" w:type="dxa"/>
              <w:left w:w="80" w:type="dxa"/>
              <w:bottom w:w="80" w:type="dxa"/>
              <w:right w:w="80" w:type="dxa"/>
            </w:tcMar>
            <w:vAlign w:val="center"/>
          </w:tcPr>
          <w:p w14:paraId="6A4B8705" w14:textId="02506BC6" w:rsidR="00526446" w:rsidRPr="009C3767" w:rsidRDefault="00526446" w:rsidP="0045062A">
            <w:pPr>
              <w:spacing w:after="0"/>
              <w:jc w:val="center"/>
              <w:rPr>
                <w:rFonts w:cs="Times New Roman"/>
                <w:sz w:val="28"/>
                <w:szCs w:val="28"/>
              </w:rPr>
            </w:pPr>
            <w:r w:rsidRPr="009C3767">
              <w:rPr>
                <w:rFonts w:cs="Times New Roman"/>
                <w:sz w:val="28"/>
                <w:szCs w:val="28"/>
              </w:rPr>
              <w:t>0.001</w:t>
            </w:r>
          </w:p>
        </w:tc>
        <w:tc>
          <w:tcPr>
            <w:tcW w:w="1818" w:type="dxa"/>
            <w:tcMar>
              <w:top w:w="80" w:type="dxa"/>
              <w:left w:w="80" w:type="dxa"/>
              <w:bottom w:w="80" w:type="dxa"/>
              <w:right w:w="80" w:type="dxa"/>
            </w:tcMar>
          </w:tcPr>
          <w:p w14:paraId="6E87B057" w14:textId="7C25F904" w:rsidR="00526446" w:rsidRPr="009C3767" w:rsidRDefault="00526446" w:rsidP="0045062A">
            <w:pPr>
              <w:spacing w:after="0"/>
              <w:jc w:val="center"/>
              <w:rPr>
                <w:rFonts w:cs="Times New Roman"/>
                <w:sz w:val="28"/>
                <w:szCs w:val="28"/>
                <w:lang w:val="vi-VN"/>
              </w:rPr>
            </w:pPr>
            <w:r w:rsidRPr="009C3767">
              <w:rPr>
                <w:rFonts w:cs="Times New Roman"/>
                <w:sz w:val="28"/>
                <w:szCs w:val="28"/>
              </w:rPr>
              <w:t>Chung</w:t>
            </w:r>
            <w:r w:rsidRPr="009C3767">
              <w:rPr>
                <w:rFonts w:cs="Times New Roman"/>
                <w:sz w:val="28"/>
                <w:szCs w:val="28"/>
                <w:lang w:val="vi-VN"/>
              </w:rPr>
              <w:t xml:space="preserve"> cư</w:t>
            </w:r>
          </w:p>
        </w:tc>
        <w:tc>
          <w:tcPr>
            <w:tcW w:w="1209" w:type="dxa"/>
            <w:tcMar>
              <w:top w:w="80" w:type="dxa"/>
              <w:left w:w="80" w:type="dxa"/>
              <w:bottom w:w="80" w:type="dxa"/>
              <w:right w:w="80" w:type="dxa"/>
            </w:tcMar>
          </w:tcPr>
          <w:p w14:paraId="6684FE87" w14:textId="1EE5C4AE"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5B91C996" w14:textId="77777777" w:rsidTr="00E42E79">
        <w:trPr>
          <w:jc w:val="center"/>
        </w:trPr>
        <w:tc>
          <w:tcPr>
            <w:tcW w:w="569" w:type="dxa"/>
            <w:tcMar>
              <w:top w:w="80" w:type="dxa"/>
              <w:left w:w="80" w:type="dxa"/>
              <w:bottom w:w="80" w:type="dxa"/>
              <w:right w:w="80" w:type="dxa"/>
            </w:tcMar>
          </w:tcPr>
          <w:p w14:paraId="49D91DEF" w14:textId="06B9177B"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w:t>
            </w:r>
          </w:p>
        </w:tc>
        <w:tc>
          <w:tcPr>
            <w:tcW w:w="2156" w:type="dxa"/>
            <w:tcMar>
              <w:top w:w="80" w:type="dxa"/>
              <w:left w:w="80" w:type="dxa"/>
              <w:bottom w:w="80" w:type="dxa"/>
              <w:right w:w="80" w:type="dxa"/>
            </w:tcMar>
          </w:tcPr>
          <w:p w14:paraId="295E4114" w14:textId="1B8A11B8"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5</w:t>
            </w:r>
          </w:p>
        </w:tc>
        <w:tc>
          <w:tcPr>
            <w:tcW w:w="1062" w:type="dxa"/>
            <w:tcMar>
              <w:top w:w="80" w:type="dxa"/>
              <w:left w:w="80" w:type="dxa"/>
              <w:bottom w:w="80" w:type="dxa"/>
              <w:right w:w="80" w:type="dxa"/>
            </w:tcMar>
          </w:tcPr>
          <w:p w14:paraId="1FF35B48" w14:textId="2BE79DD8"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5601A9C7" w14:textId="3ED5393C"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450</w:t>
            </w:r>
          </w:p>
        </w:tc>
        <w:tc>
          <w:tcPr>
            <w:tcW w:w="1176" w:type="dxa"/>
            <w:tcMar>
              <w:top w:w="80" w:type="dxa"/>
              <w:left w:w="80" w:type="dxa"/>
              <w:bottom w:w="80" w:type="dxa"/>
              <w:right w:w="80" w:type="dxa"/>
            </w:tcMar>
          </w:tcPr>
          <w:p w14:paraId="18DB2238" w14:textId="10FEFBA6"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1782</w:t>
            </w:r>
          </w:p>
        </w:tc>
        <w:tc>
          <w:tcPr>
            <w:tcW w:w="1176" w:type="dxa"/>
            <w:tcMar>
              <w:top w:w="80" w:type="dxa"/>
              <w:left w:w="80" w:type="dxa"/>
              <w:bottom w:w="80" w:type="dxa"/>
              <w:right w:w="80" w:type="dxa"/>
            </w:tcMar>
            <w:vAlign w:val="center"/>
          </w:tcPr>
          <w:p w14:paraId="29BC798A" w14:textId="70859DF3" w:rsidR="00526446" w:rsidRPr="009C3767" w:rsidRDefault="00526446" w:rsidP="0045062A">
            <w:pPr>
              <w:spacing w:after="0"/>
              <w:jc w:val="center"/>
              <w:rPr>
                <w:rFonts w:cs="Times New Roman"/>
                <w:sz w:val="28"/>
                <w:szCs w:val="28"/>
              </w:rPr>
            </w:pPr>
            <w:r w:rsidRPr="009C3767">
              <w:rPr>
                <w:rFonts w:cs="Times New Roman"/>
                <w:sz w:val="28"/>
                <w:szCs w:val="28"/>
              </w:rPr>
              <w:t>0.001</w:t>
            </w:r>
          </w:p>
        </w:tc>
        <w:tc>
          <w:tcPr>
            <w:tcW w:w="1818" w:type="dxa"/>
            <w:tcMar>
              <w:top w:w="80" w:type="dxa"/>
              <w:left w:w="80" w:type="dxa"/>
              <w:bottom w:w="80" w:type="dxa"/>
              <w:right w:w="80" w:type="dxa"/>
            </w:tcMar>
          </w:tcPr>
          <w:p w14:paraId="3E8F69A4" w14:textId="1206D839" w:rsidR="00526446" w:rsidRPr="009C3767" w:rsidRDefault="00526446" w:rsidP="0045062A">
            <w:pPr>
              <w:spacing w:after="0"/>
              <w:jc w:val="center"/>
              <w:rPr>
                <w:rFonts w:cs="Times New Roman"/>
                <w:sz w:val="28"/>
                <w:szCs w:val="28"/>
                <w:lang w:val="vi-VN"/>
              </w:rPr>
            </w:pPr>
            <w:r w:rsidRPr="009C3767">
              <w:rPr>
                <w:rFonts w:cs="Times New Roman"/>
                <w:sz w:val="28"/>
                <w:szCs w:val="28"/>
              </w:rPr>
              <w:t>Khu</w:t>
            </w:r>
            <w:r w:rsidRPr="009C3767">
              <w:rPr>
                <w:rFonts w:cs="Times New Roman"/>
                <w:sz w:val="28"/>
                <w:szCs w:val="28"/>
                <w:lang w:val="vi-VN"/>
              </w:rPr>
              <w:t xml:space="preserve"> đô thị</w:t>
            </w:r>
          </w:p>
        </w:tc>
        <w:tc>
          <w:tcPr>
            <w:tcW w:w="1209" w:type="dxa"/>
            <w:tcMar>
              <w:top w:w="80" w:type="dxa"/>
              <w:left w:w="80" w:type="dxa"/>
              <w:bottom w:w="80" w:type="dxa"/>
              <w:right w:w="80" w:type="dxa"/>
            </w:tcMar>
          </w:tcPr>
          <w:p w14:paraId="1ED48F7F" w14:textId="283A851E"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46ED73ED" w14:textId="77777777" w:rsidTr="00E42E79">
        <w:trPr>
          <w:jc w:val="center"/>
        </w:trPr>
        <w:tc>
          <w:tcPr>
            <w:tcW w:w="569" w:type="dxa"/>
            <w:tcMar>
              <w:top w:w="80" w:type="dxa"/>
              <w:left w:w="80" w:type="dxa"/>
              <w:bottom w:w="80" w:type="dxa"/>
              <w:right w:w="80" w:type="dxa"/>
            </w:tcMar>
          </w:tcPr>
          <w:p w14:paraId="0F2696C4" w14:textId="71D4925A"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6</w:t>
            </w:r>
          </w:p>
        </w:tc>
        <w:tc>
          <w:tcPr>
            <w:tcW w:w="2156" w:type="dxa"/>
            <w:tcMar>
              <w:top w:w="80" w:type="dxa"/>
              <w:left w:w="80" w:type="dxa"/>
              <w:bottom w:w="80" w:type="dxa"/>
              <w:right w:w="80" w:type="dxa"/>
            </w:tcMar>
          </w:tcPr>
          <w:p w14:paraId="567289DC" w14:textId="1AD67126"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6</w:t>
            </w:r>
          </w:p>
        </w:tc>
        <w:tc>
          <w:tcPr>
            <w:tcW w:w="1062" w:type="dxa"/>
            <w:tcMar>
              <w:top w:w="80" w:type="dxa"/>
              <w:left w:w="80" w:type="dxa"/>
              <w:bottom w:w="80" w:type="dxa"/>
              <w:right w:w="80" w:type="dxa"/>
            </w:tcMar>
          </w:tcPr>
          <w:p w14:paraId="031FA0A8" w14:textId="7EE75E81"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6F62F770" w14:textId="019E9B79"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768</w:t>
            </w:r>
          </w:p>
        </w:tc>
        <w:tc>
          <w:tcPr>
            <w:tcW w:w="1176" w:type="dxa"/>
            <w:tcMar>
              <w:top w:w="80" w:type="dxa"/>
              <w:left w:w="80" w:type="dxa"/>
              <w:bottom w:w="80" w:type="dxa"/>
              <w:right w:w="80" w:type="dxa"/>
            </w:tcMar>
          </w:tcPr>
          <w:p w14:paraId="42BB7C8D" w14:textId="351890CF"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2568</w:t>
            </w:r>
          </w:p>
        </w:tc>
        <w:tc>
          <w:tcPr>
            <w:tcW w:w="1176" w:type="dxa"/>
            <w:tcMar>
              <w:top w:w="80" w:type="dxa"/>
              <w:left w:w="80" w:type="dxa"/>
              <w:bottom w:w="80" w:type="dxa"/>
              <w:right w:w="80" w:type="dxa"/>
            </w:tcMar>
            <w:vAlign w:val="center"/>
          </w:tcPr>
          <w:p w14:paraId="2DA5F72E" w14:textId="36540AAD" w:rsidR="00526446" w:rsidRPr="009C3767" w:rsidRDefault="00526446" w:rsidP="0045062A">
            <w:pPr>
              <w:spacing w:after="0"/>
              <w:jc w:val="center"/>
              <w:rPr>
                <w:rFonts w:cs="Times New Roman"/>
                <w:sz w:val="28"/>
                <w:szCs w:val="28"/>
              </w:rPr>
            </w:pPr>
            <w:r w:rsidRPr="009C3767">
              <w:rPr>
                <w:rFonts w:cs="Times New Roman"/>
                <w:sz w:val="28"/>
                <w:szCs w:val="28"/>
              </w:rPr>
              <w:t>0.36</w:t>
            </w:r>
          </w:p>
        </w:tc>
        <w:tc>
          <w:tcPr>
            <w:tcW w:w="1818" w:type="dxa"/>
            <w:tcMar>
              <w:top w:w="80" w:type="dxa"/>
              <w:left w:w="80" w:type="dxa"/>
              <w:bottom w:w="80" w:type="dxa"/>
              <w:right w:w="80" w:type="dxa"/>
            </w:tcMar>
          </w:tcPr>
          <w:p w14:paraId="447C90CE" w14:textId="77777777" w:rsidR="00526446" w:rsidRPr="009C3767" w:rsidRDefault="00526446" w:rsidP="0045062A">
            <w:pPr>
              <w:spacing w:after="0"/>
              <w:jc w:val="center"/>
              <w:rPr>
                <w:rFonts w:cs="Times New Roman"/>
                <w:sz w:val="28"/>
                <w:szCs w:val="28"/>
                <w:lang w:val="vi-VN"/>
              </w:rPr>
            </w:pPr>
            <w:r w:rsidRPr="009C3767">
              <w:rPr>
                <w:rFonts w:cs="Times New Roman"/>
                <w:sz w:val="28"/>
                <w:szCs w:val="28"/>
              </w:rPr>
              <w:t>Dân</w:t>
            </w:r>
            <w:r w:rsidRPr="009C3767">
              <w:rPr>
                <w:rFonts w:cs="Times New Roman"/>
                <w:sz w:val="28"/>
                <w:szCs w:val="28"/>
                <w:lang w:val="vi-VN"/>
              </w:rPr>
              <w:t xml:space="preserve"> cư </w:t>
            </w:r>
          </w:p>
          <w:p w14:paraId="53085DE7" w14:textId="1D0ADAE7" w:rsidR="00526446" w:rsidRPr="009C3767" w:rsidRDefault="00526446" w:rsidP="0045062A">
            <w:pPr>
              <w:spacing w:after="0"/>
              <w:jc w:val="center"/>
              <w:rPr>
                <w:rFonts w:cs="Times New Roman"/>
                <w:sz w:val="28"/>
                <w:szCs w:val="28"/>
              </w:rPr>
            </w:pPr>
            <w:r w:rsidRPr="009C3767">
              <w:rPr>
                <w:rFonts w:cs="Times New Roman"/>
                <w:sz w:val="28"/>
                <w:szCs w:val="28"/>
                <w:lang w:val="vi-VN"/>
              </w:rPr>
              <w:t>truyền thống + Chung cư</w:t>
            </w:r>
          </w:p>
        </w:tc>
        <w:tc>
          <w:tcPr>
            <w:tcW w:w="1209" w:type="dxa"/>
            <w:tcMar>
              <w:top w:w="80" w:type="dxa"/>
              <w:left w:w="80" w:type="dxa"/>
              <w:bottom w:w="80" w:type="dxa"/>
              <w:right w:w="80" w:type="dxa"/>
            </w:tcMar>
          </w:tcPr>
          <w:p w14:paraId="0307379F" w14:textId="5F2D06AE" w:rsidR="00526446" w:rsidRPr="009C3767" w:rsidRDefault="00526446" w:rsidP="0045062A">
            <w:pPr>
              <w:spacing w:after="0"/>
              <w:jc w:val="center"/>
              <w:rPr>
                <w:rFonts w:cs="Times New Roman"/>
                <w:sz w:val="28"/>
                <w:szCs w:val="28"/>
              </w:rPr>
            </w:pPr>
            <w:r w:rsidRPr="009C3767">
              <w:rPr>
                <w:rFonts w:cs="Times New Roman"/>
                <w:sz w:val="28"/>
                <w:szCs w:val="28"/>
                <w:lang w:val="vi-VN"/>
              </w:rPr>
              <w:t>Giữ nguyên</w:t>
            </w:r>
          </w:p>
        </w:tc>
      </w:tr>
      <w:tr w:rsidR="00526446" w:rsidRPr="009C3767" w14:paraId="36966EA8" w14:textId="77777777" w:rsidTr="00E42E79">
        <w:trPr>
          <w:jc w:val="center"/>
        </w:trPr>
        <w:tc>
          <w:tcPr>
            <w:tcW w:w="569" w:type="dxa"/>
            <w:tcMar>
              <w:top w:w="80" w:type="dxa"/>
              <w:left w:w="80" w:type="dxa"/>
              <w:bottom w:w="80" w:type="dxa"/>
              <w:right w:w="80" w:type="dxa"/>
            </w:tcMar>
          </w:tcPr>
          <w:p w14:paraId="320CD15B" w14:textId="02FF833B"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7</w:t>
            </w:r>
          </w:p>
        </w:tc>
        <w:tc>
          <w:tcPr>
            <w:tcW w:w="2156" w:type="dxa"/>
            <w:tcMar>
              <w:top w:w="80" w:type="dxa"/>
              <w:left w:w="80" w:type="dxa"/>
              <w:bottom w:w="80" w:type="dxa"/>
              <w:right w:w="80" w:type="dxa"/>
            </w:tcMar>
          </w:tcPr>
          <w:p w14:paraId="30C860C2" w14:textId="2FBF8636"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7A</w:t>
            </w:r>
          </w:p>
        </w:tc>
        <w:tc>
          <w:tcPr>
            <w:tcW w:w="1062" w:type="dxa"/>
            <w:tcMar>
              <w:top w:w="80" w:type="dxa"/>
              <w:left w:w="80" w:type="dxa"/>
              <w:bottom w:w="80" w:type="dxa"/>
              <w:right w:w="80" w:type="dxa"/>
            </w:tcMar>
          </w:tcPr>
          <w:p w14:paraId="1234BE02" w14:textId="0D2172D4"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0C6A09CD" w14:textId="1E584F0D"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1430</w:t>
            </w:r>
          </w:p>
        </w:tc>
        <w:tc>
          <w:tcPr>
            <w:tcW w:w="1176" w:type="dxa"/>
            <w:tcMar>
              <w:top w:w="80" w:type="dxa"/>
              <w:left w:w="80" w:type="dxa"/>
              <w:bottom w:w="80" w:type="dxa"/>
              <w:right w:w="80" w:type="dxa"/>
            </w:tcMar>
          </w:tcPr>
          <w:p w14:paraId="5B06C45A" w14:textId="3DF8310B"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3721</w:t>
            </w:r>
          </w:p>
        </w:tc>
        <w:tc>
          <w:tcPr>
            <w:tcW w:w="1176" w:type="dxa"/>
            <w:tcMar>
              <w:top w:w="80" w:type="dxa"/>
              <w:left w:w="80" w:type="dxa"/>
              <w:bottom w:w="80" w:type="dxa"/>
              <w:right w:w="80" w:type="dxa"/>
            </w:tcMar>
            <w:vAlign w:val="center"/>
          </w:tcPr>
          <w:p w14:paraId="2DA7AA75" w14:textId="512A6D42" w:rsidR="00526446" w:rsidRPr="009C3767" w:rsidRDefault="00526446" w:rsidP="0045062A">
            <w:pPr>
              <w:spacing w:after="0"/>
              <w:jc w:val="center"/>
              <w:rPr>
                <w:rFonts w:cs="Times New Roman"/>
                <w:sz w:val="28"/>
                <w:szCs w:val="28"/>
              </w:rPr>
            </w:pPr>
            <w:r w:rsidRPr="009C3767">
              <w:rPr>
                <w:rFonts w:cs="Times New Roman"/>
                <w:sz w:val="28"/>
                <w:szCs w:val="28"/>
              </w:rPr>
              <w:t>0.12</w:t>
            </w:r>
          </w:p>
        </w:tc>
        <w:tc>
          <w:tcPr>
            <w:tcW w:w="1818" w:type="dxa"/>
            <w:tcMar>
              <w:top w:w="80" w:type="dxa"/>
              <w:left w:w="80" w:type="dxa"/>
              <w:bottom w:w="80" w:type="dxa"/>
              <w:right w:w="80" w:type="dxa"/>
            </w:tcMar>
          </w:tcPr>
          <w:p w14:paraId="2530529B" w14:textId="77777777" w:rsidR="00526446" w:rsidRPr="009C3767" w:rsidRDefault="00526446" w:rsidP="0045062A">
            <w:pPr>
              <w:spacing w:after="0"/>
              <w:jc w:val="center"/>
              <w:rPr>
                <w:rFonts w:cs="Times New Roman"/>
                <w:sz w:val="28"/>
                <w:szCs w:val="28"/>
                <w:lang w:val="vi-VN"/>
              </w:rPr>
            </w:pPr>
            <w:r w:rsidRPr="009C3767">
              <w:rPr>
                <w:rFonts w:cs="Times New Roman"/>
                <w:sz w:val="28"/>
                <w:szCs w:val="28"/>
              </w:rPr>
              <w:t>Dân</w:t>
            </w:r>
            <w:r w:rsidRPr="009C3767">
              <w:rPr>
                <w:rFonts w:cs="Times New Roman"/>
                <w:sz w:val="28"/>
                <w:szCs w:val="28"/>
                <w:lang w:val="vi-VN"/>
              </w:rPr>
              <w:t xml:space="preserve"> cư </w:t>
            </w:r>
          </w:p>
          <w:p w14:paraId="1443045A" w14:textId="79CC1436"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truyền thống + khu đô thị</w:t>
            </w:r>
          </w:p>
        </w:tc>
        <w:tc>
          <w:tcPr>
            <w:tcW w:w="1209" w:type="dxa"/>
            <w:tcMar>
              <w:top w:w="80" w:type="dxa"/>
              <w:left w:w="80" w:type="dxa"/>
              <w:bottom w:w="80" w:type="dxa"/>
              <w:right w:w="80" w:type="dxa"/>
            </w:tcMar>
          </w:tcPr>
          <w:p w14:paraId="6A0AACDC" w14:textId="0CA70AF0"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65995A0A" w14:textId="77777777" w:rsidTr="00E42E79">
        <w:trPr>
          <w:jc w:val="center"/>
        </w:trPr>
        <w:tc>
          <w:tcPr>
            <w:tcW w:w="569" w:type="dxa"/>
            <w:tcMar>
              <w:top w:w="80" w:type="dxa"/>
              <w:left w:w="80" w:type="dxa"/>
              <w:bottom w:w="80" w:type="dxa"/>
              <w:right w:w="80" w:type="dxa"/>
            </w:tcMar>
          </w:tcPr>
          <w:p w14:paraId="263D9978" w14:textId="1F5A1DB7"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lastRenderedPageBreak/>
              <w:t>8</w:t>
            </w:r>
          </w:p>
        </w:tc>
        <w:tc>
          <w:tcPr>
            <w:tcW w:w="2156" w:type="dxa"/>
            <w:tcMar>
              <w:top w:w="80" w:type="dxa"/>
              <w:left w:w="80" w:type="dxa"/>
              <w:bottom w:w="80" w:type="dxa"/>
              <w:right w:w="80" w:type="dxa"/>
            </w:tcMar>
          </w:tcPr>
          <w:p w14:paraId="24355468" w14:textId="618CA36D"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7B</w:t>
            </w:r>
          </w:p>
        </w:tc>
        <w:tc>
          <w:tcPr>
            <w:tcW w:w="1062" w:type="dxa"/>
            <w:tcMar>
              <w:top w:w="80" w:type="dxa"/>
              <w:left w:w="80" w:type="dxa"/>
              <w:bottom w:w="80" w:type="dxa"/>
              <w:right w:w="80" w:type="dxa"/>
            </w:tcMar>
          </w:tcPr>
          <w:p w14:paraId="2CF3E785" w14:textId="573EDB26"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2405B152" w14:textId="49B8B6F6"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1523</w:t>
            </w:r>
          </w:p>
        </w:tc>
        <w:tc>
          <w:tcPr>
            <w:tcW w:w="1176" w:type="dxa"/>
            <w:tcMar>
              <w:top w:w="80" w:type="dxa"/>
              <w:left w:w="80" w:type="dxa"/>
              <w:bottom w:w="80" w:type="dxa"/>
              <w:right w:w="80" w:type="dxa"/>
            </w:tcMar>
          </w:tcPr>
          <w:p w14:paraId="09706A60" w14:textId="0E45816C"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5233</w:t>
            </w:r>
          </w:p>
        </w:tc>
        <w:tc>
          <w:tcPr>
            <w:tcW w:w="1176" w:type="dxa"/>
            <w:tcMar>
              <w:top w:w="80" w:type="dxa"/>
              <w:left w:w="80" w:type="dxa"/>
              <w:bottom w:w="80" w:type="dxa"/>
              <w:right w:w="80" w:type="dxa"/>
            </w:tcMar>
            <w:vAlign w:val="center"/>
          </w:tcPr>
          <w:p w14:paraId="38AD9CF6" w14:textId="63AE51B8" w:rsidR="00526446" w:rsidRPr="009C3767" w:rsidRDefault="00526446" w:rsidP="0045062A">
            <w:pPr>
              <w:spacing w:after="0"/>
              <w:jc w:val="center"/>
              <w:rPr>
                <w:rFonts w:cs="Times New Roman"/>
                <w:sz w:val="28"/>
                <w:szCs w:val="28"/>
              </w:rPr>
            </w:pPr>
            <w:r w:rsidRPr="009C3767">
              <w:rPr>
                <w:rFonts w:cs="Times New Roman"/>
                <w:sz w:val="28"/>
                <w:szCs w:val="28"/>
              </w:rPr>
              <w:t>0.137</w:t>
            </w:r>
          </w:p>
        </w:tc>
        <w:tc>
          <w:tcPr>
            <w:tcW w:w="1818" w:type="dxa"/>
            <w:tcMar>
              <w:top w:w="80" w:type="dxa"/>
              <w:left w:w="80" w:type="dxa"/>
              <w:bottom w:w="80" w:type="dxa"/>
              <w:right w:w="80" w:type="dxa"/>
            </w:tcMar>
          </w:tcPr>
          <w:p w14:paraId="09BF0813" w14:textId="77777777" w:rsidR="003A1541" w:rsidRPr="009C3767" w:rsidRDefault="00526446" w:rsidP="0045062A">
            <w:pPr>
              <w:spacing w:after="0"/>
              <w:jc w:val="center"/>
              <w:rPr>
                <w:rFonts w:cs="Times New Roman"/>
                <w:sz w:val="28"/>
                <w:szCs w:val="28"/>
              </w:rPr>
            </w:pPr>
            <w:r w:rsidRPr="009C3767">
              <w:rPr>
                <w:rFonts w:cs="Times New Roman"/>
                <w:sz w:val="28"/>
                <w:szCs w:val="28"/>
              </w:rPr>
              <w:t>Dân</w:t>
            </w:r>
            <w:r w:rsidRPr="009C3767">
              <w:rPr>
                <w:rFonts w:cs="Times New Roman"/>
                <w:sz w:val="28"/>
                <w:szCs w:val="28"/>
                <w:lang w:val="vi-VN"/>
              </w:rPr>
              <w:t xml:space="preserve"> cư </w:t>
            </w:r>
          </w:p>
          <w:p w14:paraId="776B4E69" w14:textId="00A57B47" w:rsidR="00526446" w:rsidRPr="009C3767" w:rsidRDefault="00526446" w:rsidP="003A1541">
            <w:pPr>
              <w:spacing w:after="0"/>
              <w:jc w:val="center"/>
              <w:rPr>
                <w:rFonts w:cs="Times New Roman"/>
                <w:sz w:val="28"/>
                <w:szCs w:val="28"/>
                <w:lang w:val="vi-VN"/>
              </w:rPr>
            </w:pPr>
            <w:r w:rsidRPr="009C3767">
              <w:rPr>
                <w:rFonts w:cs="Times New Roman"/>
                <w:sz w:val="28"/>
                <w:szCs w:val="28"/>
                <w:lang w:val="vi-VN"/>
              </w:rPr>
              <w:t>truyền thống + Chung cư</w:t>
            </w:r>
          </w:p>
        </w:tc>
        <w:tc>
          <w:tcPr>
            <w:tcW w:w="1209" w:type="dxa"/>
            <w:tcMar>
              <w:top w:w="80" w:type="dxa"/>
              <w:left w:w="80" w:type="dxa"/>
              <w:bottom w:w="80" w:type="dxa"/>
              <w:right w:w="80" w:type="dxa"/>
            </w:tcMar>
          </w:tcPr>
          <w:p w14:paraId="6AAC0DC6" w14:textId="4A2336F2"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1AF46D5F" w14:textId="77777777" w:rsidTr="00E42E79">
        <w:trPr>
          <w:jc w:val="center"/>
        </w:trPr>
        <w:tc>
          <w:tcPr>
            <w:tcW w:w="569" w:type="dxa"/>
            <w:tcMar>
              <w:top w:w="80" w:type="dxa"/>
              <w:left w:w="80" w:type="dxa"/>
              <w:bottom w:w="80" w:type="dxa"/>
              <w:right w:w="80" w:type="dxa"/>
            </w:tcMar>
          </w:tcPr>
          <w:p w14:paraId="66F4AFEA" w14:textId="5F32C08F"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9</w:t>
            </w:r>
          </w:p>
        </w:tc>
        <w:tc>
          <w:tcPr>
            <w:tcW w:w="2156" w:type="dxa"/>
            <w:tcMar>
              <w:top w:w="80" w:type="dxa"/>
              <w:left w:w="80" w:type="dxa"/>
              <w:bottom w:w="80" w:type="dxa"/>
              <w:right w:w="80" w:type="dxa"/>
            </w:tcMar>
          </w:tcPr>
          <w:p w14:paraId="540D9706" w14:textId="6B667652"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9</w:t>
            </w:r>
          </w:p>
        </w:tc>
        <w:tc>
          <w:tcPr>
            <w:tcW w:w="1062" w:type="dxa"/>
            <w:tcMar>
              <w:top w:w="80" w:type="dxa"/>
              <w:left w:w="80" w:type="dxa"/>
              <w:bottom w:w="80" w:type="dxa"/>
              <w:right w:w="80" w:type="dxa"/>
            </w:tcMar>
          </w:tcPr>
          <w:p w14:paraId="2867940D" w14:textId="216A1A1F"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28A78C84" w14:textId="48CF9925"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155</w:t>
            </w:r>
          </w:p>
        </w:tc>
        <w:tc>
          <w:tcPr>
            <w:tcW w:w="1176" w:type="dxa"/>
            <w:tcMar>
              <w:top w:w="80" w:type="dxa"/>
              <w:left w:w="80" w:type="dxa"/>
              <w:bottom w:w="80" w:type="dxa"/>
              <w:right w:w="80" w:type="dxa"/>
            </w:tcMar>
          </w:tcPr>
          <w:p w14:paraId="3EC67CF8" w14:textId="30C72891"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477</w:t>
            </w:r>
          </w:p>
        </w:tc>
        <w:tc>
          <w:tcPr>
            <w:tcW w:w="1176" w:type="dxa"/>
            <w:tcMar>
              <w:top w:w="80" w:type="dxa"/>
              <w:left w:w="80" w:type="dxa"/>
              <w:bottom w:w="80" w:type="dxa"/>
              <w:right w:w="80" w:type="dxa"/>
            </w:tcMar>
            <w:vAlign w:val="center"/>
          </w:tcPr>
          <w:p w14:paraId="5FB507D7" w14:textId="3181EA65" w:rsidR="00526446" w:rsidRPr="009C3767" w:rsidRDefault="00526446" w:rsidP="0045062A">
            <w:pPr>
              <w:spacing w:after="0"/>
              <w:jc w:val="center"/>
              <w:rPr>
                <w:rFonts w:cs="Times New Roman"/>
                <w:sz w:val="28"/>
                <w:szCs w:val="28"/>
              </w:rPr>
            </w:pPr>
            <w:r w:rsidRPr="009C3767">
              <w:rPr>
                <w:rFonts w:cs="Times New Roman"/>
                <w:sz w:val="28"/>
                <w:szCs w:val="28"/>
              </w:rPr>
              <w:t>0.3</w:t>
            </w:r>
          </w:p>
        </w:tc>
        <w:tc>
          <w:tcPr>
            <w:tcW w:w="1818" w:type="dxa"/>
            <w:tcMar>
              <w:top w:w="80" w:type="dxa"/>
              <w:left w:w="80" w:type="dxa"/>
              <w:bottom w:w="80" w:type="dxa"/>
              <w:right w:w="80" w:type="dxa"/>
            </w:tcMar>
          </w:tcPr>
          <w:p w14:paraId="55B948C1" w14:textId="77777777" w:rsidR="00526446" w:rsidRPr="009C3767" w:rsidRDefault="00526446" w:rsidP="0045062A">
            <w:pPr>
              <w:spacing w:after="0"/>
              <w:jc w:val="center"/>
              <w:rPr>
                <w:rFonts w:cs="Times New Roman"/>
                <w:sz w:val="28"/>
                <w:szCs w:val="28"/>
                <w:lang w:val="vi-VN"/>
              </w:rPr>
            </w:pPr>
            <w:r w:rsidRPr="009C3767">
              <w:rPr>
                <w:rFonts w:cs="Times New Roman"/>
                <w:sz w:val="28"/>
                <w:szCs w:val="28"/>
              </w:rPr>
              <w:t>Dân</w:t>
            </w:r>
            <w:r w:rsidRPr="009C3767">
              <w:rPr>
                <w:rFonts w:cs="Times New Roman"/>
                <w:sz w:val="28"/>
                <w:szCs w:val="28"/>
                <w:lang w:val="vi-VN"/>
              </w:rPr>
              <w:t xml:space="preserve"> cư </w:t>
            </w:r>
          </w:p>
          <w:p w14:paraId="3EFAA377" w14:textId="48468DC3"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truyền thống</w:t>
            </w:r>
          </w:p>
        </w:tc>
        <w:tc>
          <w:tcPr>
            <w:tcW w:w="1209" w:type="dxa"/>
            <w:tcMar>
              <w:top w:w="80" w:type="dxa"/>
              <w:left w:w="80" w:type="dxa"/>
              <w:bottom w:w="80" w:type="dxa"/>
              <w:right w:w="80" w:type="dxa"/>
            </w:tcMar>
          </w:tcPr>
          <w:p w14:paraId="305DD656" w14:textId="63F9B9F6"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4631FCB9" w14:textId="77777777" w:rsidTr="00E42E79">
        <w:trPr>
          <w:jc w:val="center"/>
        </w:trPr>
        <w:tc>
          <w:tcPr>
            <w:tcW w:w="569" w:type="dxa"/>
            <w:tcMar>
              <w:top w:w="80" w:type="dxa"/>
              <w:left w:w="80" w:type="dxa"/>
              <w:bottom w:w="80" w:type="dxa"/>
              <w:right w:w="80" w:type="dxa"/>
            </w:tcMar>
          </w:tcPr>
          <w:p w14:paraId="251ABAEE" w14:textId="0739DA19"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10</w:t>
            </w:r>
          </w:p>
        </w:tc>
        <w:tc>
          <w:tcPr>
            <w:tcW w:w="2156" w:type="dxa"/>
            <w:tcMar>
              <w:top w:w="80" w:type="dxa"/>
              <w:left w:w="80" w:type="dxa"/>
              <w:bottom w:w="80" w:type="dxa"/>
              <w:right w:w="80" w:type="dxa"/>
            </w:tcMar>
          </w:tcPr>
          <w:p w14:paraId="0D821554" w14:textId="54D60CF1"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15</w:t>
            </w:r>
          </w:p>
        </w:tc>
        <w:tc>
          <w:tcPr>
            <w:tcW w:w="1062" w:type="dxa"/>
            <w:tcMar>
              <w:top w:w="80" w:type="dxa"/>
              <w:left w:w="80" w:type="dxa"/>
              <w:bottom w:w="80" w:type="dxa"/>
              <w:right w:w="80" w:type="dxa"/>
            </w:tcMar>
          </w:tcPr>
          <w:p w14:paraId="5278FB53" w14:textId="7E78DE84"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064E87C2" w14:textId="2A77B1A2"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377</w:t>
            </w:r>
          </w:p>
        </w:tc>
        <w:tc>
          <w:tcPr>
            <w:tcW w:w="1176" w:type="dxa"/>
            <w:tcMar>
              <w:top w:w="80" w:type="dxa"/>
              <w:left w:w="80" w:type="dxa"/>
              <w:bottom w:w="80" w:type="dxa"/>
              <w:right w:w="80" w:type="dxa"/>
            </w:tcMar>
          </w:tcPr>
          <w:p w14:paraId="0DBAC079" w14:textId="43D348DE"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1156</w:t>
            </w:r>
          </w:p>
        </w:tc>
        <w:tc>
          <w:tcPr>
            <w:tcW w:w="1176" w:type="dxa"/>
            <w:tcMar>
              <w:top w:w="80" w:type="dxa"/>
              <w:left w:w="80" w:type="dxa"/>
              <w:bottom w:w="80" w:type="dxa"/>
              <w:right w:w="80" w:type="dxa"/>
            </w:tcMar>
            <w:vAlign w:val="center"/>
          </w:tcPr>
          <w:p w14:paraId="50768EC3" w14:textId="6009E368" w:rsidR="00526446" w:rsidRPr="009C3767" w:rsidRDefault="00526446" w:rsidP="0045062A">
            <w:pPr>
              <w:spacing w:after="0"/>
              <w:jc w:val="center"/>
              <w:rPr>
                <w:rFonts w:cs="Times New Roman"/>
                <w:sz w:val="28"/>
                <w:szCs w:val="28"/>
              </w:rPr>
            </w:pPr>
            <w:r w:rsidRPr="009C3767">
              <w:rPr>
                <w:rFonts w:cs="Times New Roman"/>
                <w:sz w:val="28"/>
                <w:szCs w:val="28"/>
              </w:rPr>
              <w:t>1.2</w:t>
            </w:r>
          </w:p>
        </w:tc>
        <w:tc>
          <w:tcPr>
            <w:tcW w:w="1818" w:type="dxa"/>
            <w:tcMar>
              <w:top w:w="80" w:type="dxa"/>
              <w:left w:w="80" w:type="dxa"/>
              <w:bottom w:w="80" w:type="dxa"/>
              <w:right w:w="80" w:type="dxa"/>
            </w:tcMar>
          </w:tcPr>
          <w:p w14:paraId="01484CC2" w14:textId="77777777" w:rsidR="00526446" w:rsidRPr="009C3767" w:rsidRDefault="00526446" w:rsidP="0045062A">
            <w:pPr>
              <w:spacing w:after="0"/>
              <w:jc w:val="center"/>
              <w:rPr>
                <w:rFonts w:cs="Times New Roman"/>
                <w:sz w:val="28"/>
                <w:szCs w:val="28"/>
                <w:lang w:val="vi-VN"/>
              </w:rPr>
            </w:pPr>
            <w:r w:rsidRPr="009C3767">
              <w:rPr>
                <w:rFonts w:cs="Times New Roman"/>
                <w:sz w:val="28"/>
                <w:szCs w:val="28"/>
              </w:rPr>
              <w:t>Dân</w:t>
            </w:r>
            <w:r w:rsidRPr="009C3767">
              <w:rPr>
                <w:rFonts w:cs="Times New Roman"/>
                <w:sz w:val="28"/>
                <w:szCs w:val="28"/>
                <w:lang w:val="vi-VN"/>
              </w:rPr>
              <w:t xml:space="preserve"> cư </w:t>
            </w:r>
          </w:p>
          <w:p w14:paraId="6F4FC081" w14:textId="402908ED" w:rsidR="00526446" w:rsidRPr="009C3767" w:rsidRDefault="00526446" w:rsidP="0045062A">
            <w:pPr>
              <w:spacing w:after="0"/>
              <w:jc w:val="center"/>
              <w:rPr>
                <w:rFonts w:cs="Times New Roman"/>
                <w:sz w:val="28"/>
                <w:szCs w:val="28"/>
              </w:rPr>
            </w:pPr>
            <w:r w:rsidRPr="009C3767">
              <w:rPr>
                <w:rFonts w:cs="Times New Roman"/>
                <w:sz w:val="28"/>
                <w:szCs w:val="28"/>
                <w:lang w:val="vi-VN"/>
              </w:rPr>
              <w:t>truyền thống</w:t>
            </w:r>
          </w:p>
        </w:tc>
        <w:tc>
          <w:tcPr>
            <w:tcW w:w="1209" w:type="dxa"/>
            <w:tcMar>
              <w:top w:w="80" w:type="dxa"/>
              <w:left w:w="80" w:type="dxa"/>
              <w:bottom w:w="80" w:type="dxa"/>
              <w:right w:w="80" w:type="dxa"/>
            </w:tcMar>
          </w:tcPr>
          <w:p w14:paraId="619903C1" w14:textId="3189D57F"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668800A1" w14:textId="77777777" w:rsidTr="00E42E79">
        <w:trPr>
          <w:jc w:val="center"/>
        </w:trPr>
        <w:tc>
          <w:tcPr>
            <w:tcW w:w="569" w:type="dxa"/>
            <w:tcMar>
              <w:top w:w="80" w:type="dxa"/>
              <w:left w:w="80" w:type="dxa"/>
              <w:bottom w:w="80" w:type="dxa"/>
              <w:right w:w="80" w:type="dxa"/>
            </w:tcMar>
          </w:tcPr>
          <w:p w14:paraId="27A0F359" w14:textId="5D8EB8A2"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11</w:t>
            </w:r>
          </w:p>
        </w:tc>
        <w:tc>
          <w:tcPr>
            <w:tcW w:w="2156" w:type="dxa"/>
            <w:tcMar>
              <w:top w:w="80" w:type="dxa"/>
              <w:left w:w="80" w:type="dxa"/>
              <w:bottom w:w="80" w:type="dxa"/>
              <w:right w:w="80" w:type="dxa"/>
            </w:tcMar>
          </w:tcPr>
          <w:p w14:paraId="64A472AC" w14:textId="32BB5BC8"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16</w:t>
            </w:r>
          </w:p>
        </w:tc>
        <w:tc>
          <w:tcPr>
            <w:tcW w:w="1062" w:type="dxa"/>
            <w:tcMar>
              <w:top w:w="80" w:type="dxa"/>
              <w:left w:w="80" w:type="dxa"/>
              <w:bottom w:w="80" w:type="dxa"/>
              <w:right w:w="80" w:type="dxa"/>
            </w:tcMar>
          </w:tcPr>
          <w:p w14:paraId="13D02C6B" w14:textId="1C39B31F"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3444C8FB" w14:textId="02642FF9"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553</w:t>
            </w:r>
          </w:p>
        </w:tc>
        <w:tc>
          <w:tcPr>
            <w:tcW w:w="1176" w:type="dxa"/>
            <w:tcMar>
              <w:top w:w="80" w:type="dxa"/>
              <w:left w:w="80" w:type="dxa"/>
              <w:bottom w:w="80" w:type="dxa"/>
              <w:right w:w="80" w:type="dxa"/>
            </w:tcMar>
          </w:tcPr>
          <w:p w14:paraId="4DDF234B" w14:textId="310D6212"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1528</w:t>
            </w:r>
          </w:p>
        </w:tc>
        <w:tc>
          <w:tcPr>
            <w:tcW w:w="1176" w:type="dxa"/>
            <w:tcMar>
              <w:top w:w="80" w:type="dxa"/>
              <w:left w:w="80" w:type="dxa"/>
              <w:bottom w:w="80" w:type="dxa"/>
              <w:right w:w="80" w:type="dxa"/>
            </w:tcMar>
            <w:vAlign w:val="center"/>
          </w:tcPr>
          <w:p w14:paraId="0459D37C" w14:textId="7665E7E4" w:rsidR="00526446" w:rsidRPr="009C3767" w:rsidRDefault="00526446" w:rsidP="0045062A">
            <w:pPr>
              <w:spacing w:after="0"/>
              <w:jc w:val="center"/>
              <w:rPr>
                <w:rFonts w:cs="Times New Roman"/>
                <w:sz w:val="28"/>
                <w:szCs w:val="28"/>
              </w:rPr>
            </w:pPr>
            <w:r w:rsidRPr="009C3767">
              <w:rPr>
                <w:rFonts w:cs="Times New Roman"/>
                <w:sz w:val="28"/>
                <w:szCs w:val="28"/>
              </w:rPr>
              <w:t>2</w:t>
            </w:r>
          </w:p>
        </w:tc>
        <w:tc>
          <w:tcPr>
            <w:tcW w:w="1818" w:type="dxa"/>
            <w:tcMar>
              <w:top w:w="80" w:type="dxa"/>
              <w:left w:w="80" w:type="dxa"/>
              <w:bottom w:w="80" w:type="dxa"/>
              <w:right w:w="80" w:type="dxa"/>
            </w:tcMar>
          </w:tcPr>
          <w:p w14:paraId="444D4A5D" w14:textId="77777777" w:rsidR="00526446" w:rsidRPr="009C3767" w:rsidRDefault="00526446" w:rsidP="0045062A">
            <w:pPr>
              <w:spacing w:after="0"/>
              <w:jc w:val="center"/>
              <w:rPr>
                <w:rFonts w:cs="Times New Roman"/>
                <w:sz w:val="28"/>
                <w:szCs w:val="28"/>
                <w:lang w:val="vi-VN"/>
              </w:rPr>
            </w:pPr>
            <w:r w:rsidRPr="009C3767">
              <w:rPr>
                <w:rFonts w:cs="Times New Roman"/>
                <w:sz w:val="28"/>
                <w:szCs w:val="28"/>
              </w:rPr>
              <w:t>Dân</w:t>
            </w:r>
            <w:r w:rsidRPr="009C3767">
              <w:rPr>
                <w:rFonts w:cs="Times New Roman"/>
                <w:sz w:val="28"/>
                <w:szCs w:val="28"/>
                <w:lang w:val="vi-VN"/>
              </w:rPr>
              <w:t xml:space="preserve"> cư </w:t>
            </w:r>
          </w:p>
          <w:p w14:paraId="0512EA5B" w14:textId="4DB56E17" w:rsidR="00526446" w:rsidRPr="009C3767" w:rsidRDefault="00526446" w:rsidP="0045062A">
            <w:pPr>
              <w:spacing w:after="0"/>
              <w:jc w:val="center"/>
              <w:rPr>
                <w:rFonts w:cs="Times New Roman"/>
                <w:sz w:val="28"/>
                <w:szCs w:val="28"/>
              </w:rPr>
            </w:pPr>
            <w:r w:rsidRPr="009C3767">
              <w:rPr>
                <w:rFonts w:cs="Times New Roman"/>
                <w:sz w:val="28"/>
                <w:szCs w:val="28"/>
                <w:lang w:val="vi-VN"/>
              </w:rPr>
              <w:t>truyền thống + khu đô thị</w:t>
            </w:r>
          </w:p>
        </w:tc>
        <w:tc>
          <w:tcPr>
            <w:tcW w:w="1209" w:type="dxa"/>
            <w:tcMar>
              <w:top w:w="80" w:type="dxa"/>
              <w:left w:w="80" w:type="dxa"/>
              <w:bottom w:w="80" w:type="dxa"/>
              <w:right w:w="80" w:type="dxa"/>
            </w:tcMar>
          </w:tcPr>
          <w:p w14:paraId="41B56246" w14:textId="46442B84"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7966E920" w14:textId="77777777" w:rsidTr="00E42E79">
        <w:trPr>
          <w:jc w:val="center"/>
        </w:trPr>
        <w:tc>
          <w:tcPr>
            <w:tcW w:w="569" w:type="dxa"/>
            <w:tcMar>
              <w:top w:w="80" w:type="dxa"/>
              <w:left w:w="80" w:type="dxa"/>
              <w:bottom w:w="80" w:type="dxa"/>
              <w:right w:w="80" w:type="dxa"/>
            </w:tcMar>
          </w:tcPr>
          <w:p w14:paraId="0813AB95" w14:textId="013AD835"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12</w:t>
            </w:r>
          </w:p>
        </w:tc>
        <w:tc>
          <w:tcPr>
            <w:tcW w:w="2156" w:type="dxa"/>
            <w:tcMar>
              <w:top w:w="80" w:type="dxa"/>
              <w:left w:w="80" w:type="dxa"/>
              <w:bottom w:w="80" w:type="dxa"/>
              <w:right w:w="80" w:type="dxa"/>
            </w:tcMar>
          </w:tcPr>
          <w:p w14:paraId="75AA16B8" w14:textId="58BCE684"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17</w:t>
            </w:r>
          </w:p>
        </w:tc>
        <w:tc>
          <w:tcPr>
            <w:tcW w:w="1062" w:type="dxa"/>
            <w:tcMar>
              <w:top w:w="80" w:type="dxa"/>
              <w:left w:w="80" w:type="dxa"/>
              <w:bottom w:w="80" w:type="dxa"/>
              <w:right w:w="80" w:type="dxa"/>
            </w:tcMar>
          </w:tcPr>
          <w:p w14:paraId="19367566" w14:textId="6C995C97"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59429AE7" w14:textId="702CF21C"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744</w:t>
            </w:r>
          </w:p>
        </w:tc>
        <w:tc>
          <w:tcPr>
            <w:tcW w:w="1176" w:type="dxa"/>
            <w:tcMar>
              <w:top w:w="80" w:type="dxa"/>
              <w:left w:w="80" w:type="dxa"/>
              <w:bottom w:w="80" w:type="dxa"/>
              <w:right w:w="80" w:type="dxa"/>
            </w:tcMar>
          </w:tcPr>
          <w:p w14:paraId="6B3D6961" w14:textId="1A742E69"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2632</w:t>
            </w:r>
          </w:p>
        </w:tc>
        <w:tc>
          <w:tcPr>
            <w:tcW w:w="1176" w:type="dxa"/>
            <w:tcMar>
              <w:top w:w="80" w:type="dxa"/>
              <w:left w:w="80" w:type="dxa"/>
              <w:bottom w:w="80" w:type="dxa"/>
              <w:right w:w="80" w:type="dxa"/>
            </w:tcMar>
            <w:vAlign w:val="center"/>
          </w:tcPr>
          <w:p w14:paraId="2E00A9CC" w14:textId="3E7E113C" w:rsidR="00526446" w:rsidRPr="009C3767" w:rsidRDefault="00526446" w:rsidP="0045062A">
            <w:pPr>
              <w:spacing w:after="0"/>
              <w:jc w:val="center"/>
              <w:rPr>
                <w:rFonts w:cs="Times New Roman"/>
                <w:sz w:val="28"/>
                <w:szCs w:val="28"/>
              </w:rPr>
            </w:pPr>
            <w:r w:rsidRPr="009C3767">
              <w:rPr>
                <w:rFonts w:cs="Times New Roman"/>
                <w:sz w:val="28"/>
                <w:szCs w:val="28"/>
              </w:rPr>
              <w:t>0.03</w:t>
            </w:r>
          </w:p>
        </w:tc>
        <w:tc>
          <w:tcPr>
            <w:tcW w:w="1818" w:type="dxa"/>
            <w:tcMar>
              <w:top w:w="80" w:type="dxa"/>
              <w:left w:w="80" w:type="dxa"/>
              <w:bottom w:w="80" w:type="dxa"/>
              <w:right w:w="80" w:type="dxa"/>
            </w:tcMar>
          </w:tcPr>
          <w:p w14:paraId="6A7EBED0" w14:textId="7E1CD68E" w:rsidR="00526446" w:rsidRPr="009C3767" w:rsidRDefault="00526446" w:rsidP="0045062A">
            <w:pPr>
              <w:spacing w:after="0"/>
              <w:jc w:val="center"/>
              <w:rPr>
                <w:rFonts w:cs="Times New Roman"/>
                <w:sz w:val="28"/>
                <w:szCs w:val="28"/>
                <w:lang w:val="vi-VN"/>
              </w:rPr>
            </w:pPr>
            <w:r w:rsidRPr="009C3767">
              <w:rPr>
                <w:rFonts w:cs="Times New Roman"/>
                <w:sz w:val="28"/>
                <w:szCs w:val="28"/>
              </w:rPr>
              <w:t>Chung</w:t>
            </w:r>
            <w:r w:rsidRPr="009C3767">
              <w:rPr>
                <w:rFonts w:cs="Times New Roman"/>
                <w:sz w:val="28"/>
                <w:szCs w:val="28"/>
                <w:lang w:val="vi-VN"/>
              </w:rPr>
              <w:t xml:space="preserve"> cư</w:t>
            </w:r>
          </w:p>
        </w:tc>
        <w:tc>
          <w:tcPr>
            <w:tcW w:w="1209" w:type="dxa"/>
            <w:tcMar>
              <w:top w:w="80" w:type="dxa"/>
              <w:left w:w="80" w:type="dxa"/>
              <w:bottom w:w="80" w:type="dxa"/>
              <w:right w:w="80" w:type="dxa"/>
            </w:tcMar>
          </w:tcPr>
          <w:p w14:paraId="1B6B2B40" w14:textId="5D662264" w:rsidR="00526446" w:rsidRPr="009C3767" w:rsidRDefault="00526446" w:rsidP="0045062A">
            <w:pPr>
              <w:spacing w:after="0"/>
              <w:jc w:val="center"/>
              <w:rPr>
                <w:rFonts w:cs="Times New Roman"/>
                <w:sz w:val="28"/>
                <w:szCs w:val="28"/>
              </w:rPr>
            </w:pPr>
            <w:r w:rsidRPr="009C3767">
              <w:rPr>
                <w:rFonts w:cs="Times New Roman"/>
                <w:sz w:val="28"/>
                <w:szCs w:val="28"/>
                <w:lang w:val="vi-VN"/>
              </w:rPr>
              <w:t>Giữ nguyên</w:t>
            </w:r>
          </w:p>
        </w:tc>
      </w:tr>
      <w:tr w:rsidR="00526446" w:rsidRPr="009C3767" w14:paraId="569AE819" w14:textId="77777777" w:rsidTr="00E42E79">
        <w:trPr>
          <w:jc w:val="center"/>
        </w:trPr>
        <w:tc>
          <w:tcPr>
            <w:tcW w:w="569" w:type="dxa"/>
            <w:tcMar>
              <w:top w:w="80" w:type="dxa"/>
              <w:left w:w="80" w:type="dxa"/>
              <w:bottom w:w="80" w:type="dxa"/>
              <w:right w:w="80" w:type="dxa"/>
            </w:tcMar>
          </w:tcPr>
          <w:p w14:paraId="42F8B1C6" w14:textId="11AF0EFE"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13</w:t>
            </w:r>
          </w:p>
        </w:tc>
        <w:tc>
          <w:tcPr>
            <w:tcW w:w="2156" w:type="dxa"/>
            <w:tcMar>
              <w:top w:w="80" w:type="dxa"/>
              <w:left w:w="80" w:type="dxa"/>
              <w:bottom w:w="80" w:type="dxa"/>
              <w:right w:w="80" w:type="dxa"/>
            </w:tcMar>
          </w:tcPr>
          <w:p w14:paraId="59C8BEC3" w14:textId="61E42E24"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18</w:t>
            </w:r>
          </w:p>
        </w:tc>
        <w:tc>
          <w:tcPr>
            <w:tcW w:w="1062" w:type="dxa"/>
            <w:tcMar>
              <w:top w:w="80" w:type="dxa"/>
              <w:left w:w="80" w:type="dxa"/>
              <w:bottom w:w="80" w:type="dxa"/>
              <w:right w:w="80" w:type="dxa"/>
            </w:tcMar>
          </w:tcPr>
          <w:p w14:paraId="054B23C6" w14:textId="5281ECC3"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2EA809BE" w14:textId="693E024F"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525</w:t>
            </w:r>
          </w:p>
        </w:tc>
        <w:tc>
          <w:tcPr>
            <w:tcW w:w="1176" w:type="dxa"/>
            <w:tcMar>
              <w:top w:w="80" w:type="dxa"/>
              <w:left w:w="80" w:type="dxa"/>
              <w:bottom w:w="80" w:type="dxa"/>
              <w:right w:w="80" w:type="dxa"/>
            </w:tcMar>
          </w:tcPr>
          <w:p w14:paraId="7F8A9B4E" w14:textId="13CAADF5"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2016</w:t>
            </w:r>
          </w:p>
        </w:tc>
        <w:tc>
          <w:tcPr>
            <w:tcW w:w="1176" w:type="dxa"/>
            <w:tcMar>
              <w:top w:w="80" w:type="dxa"/>
              <w:left w:w="80" w:type="dxa"/>
              <w:bottom w:w="80" w:type="dxa"/>
              <w:right w:w="80" w:type="dxa"/>
            </w:tcMar>
            <w:vAlign w:val="center"/>
          </w:tcPr>
          <w:p w14:paraId="03750503" w14:textId="05680AEF" w:rsidR="00526446" w:rsidRPr="009C3767" w:rsidRDefault="00526446" w:rsidP="0045062A">
            <w:pPr>
              <w:spacing w:after="0"/>
              <w:jc w:val="center"/>
              <w:rPr>
                <w:rFonts w:cs="Times New Roman"/>
                <w:sz w:val="28"/>
                <w:szCs w:val="28"/>
              </w:rPr>
            </w:pPr>
            <w:r w:rsidRPr="009C3767">
              <w:rPr>
                <w:rFonts w:cs="Times New Roman"/>
                <w:sz w:val="28"/>
                <w:szCs w:val="28"/>
              </w:rPr>
              <w:t>0.19</w:t>
            </w:r>
          </w:p>
        </w:tc>
        <w:tc>
          <w:tcPr>
            <w:tcW w:w="1818" w:type="dxa"/>
            <w:tcMar>
              <w:top w:w="80" w:type="dxa"/>
              <w:left w:w="80" w:type="dxa"/>
              <w:bottom w:w="80" w:type="dxa"/>
              <w:right w:w="80" w:type="dxa"/>
            </w:tcMar>
          </w:tcPr>
          <w:p w14:paraId="3B4DF95D" w14:textId="24EA797A" w:rsidR="00526446" w:rsidRPr="009C3767" w:rsidRDefault="00526446" w:rsidP="0045062A">
            <w:pPr>
              <w:spacing w:after="0"/>
              <w:jc w:val="center"/>
              <w:rPr>
                <w:rFonts w:cs="Times New Roman"/>
                <w:sz w:val="28"/>
                <w:szCs w:val="28"/>
                <w:lang w:val="vi-VN"/>
              </w:rPr>
            </w:pPr>
            <w:r w:rsidRPr="009C3767">
              <w:rPr>
                <w:rFonts w:cs="Times New Roman"/>
                <w:sz w:val="28"/>
                <w:szCs w:val="28"/>
              </w:rPr>
              <w:t>Khu</w:t>
            </w:r>
            <w:r w:rsidRPr="009C3767">
              <w:rPr>
                <w:rFonts w:cs="Times New Roman"/>
                <w:sz w:val="28"/>
                <w:szCs w:val="28"/>
                <w:lang w:val="vi-VN"/>
              </w:rPr>
              <w:t xml:space="preserve"> đô thị</w:t>
            </w:r>
          </w:p>
        </w:tc>
        <w:tc>
          <w:tcPr>
            <w:tcW w:w="1209" w:type="dxa"/>
            <w:tcMar>
              <w:top w:w="80" w:type="dxa"/>
              <w:left w:w="80" w:type="dxa"/>
              <w:bottom w:w="80" w:type="dxa"/>
              <w:right w:w="80" w:type="dxa"/>
            </w:tcMar>
          </w:tcPr>
          <w:p w14:paraId="3964443F" w14:textId="07D91CA9"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256110A6" w14:textId="77777777" w:rsidTr="00E42E79">
        <w:trPr>
          <w:jc w:val="center"/>
        </w:trPr>
        <w:tc>
          <w:tcPr>
            <w:tcW w:w="569" w:type="dxa"/>
            <w:tcMar>
              <w:top w:w="80" w:type="dxa"/>
              <w:left w:w="80" w:type="dxa"/>
              <w:bottom w:w="80" w:type="dxa"/>
              <w:right w:w="80" w:type="dxa"/>
            </w:tcMar>
          </w:tcPr>
          <w:p w14:paraId="1943ADAB" w14:textId="15D61DA0"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14</w:t>
            </w:r>
          </w:p>
        </w:tc>
        <w:tc>
          <w:tcPr>
            <w:tcW w:w="2156" w:type="dxa"/>
            <w:tcMar>
              <w:top w:w="80" w:type="dxa"/>
              <w:left w:w="80" w:type="dxa"/>
              <w:bottom w:w="80" w:type="dxa"/>
              <w:right w:w="80" w:type="dxa"/>
            </w:tcMar>
          </w:tcPr>
          <w:p w14:paraId="546A270D" w14:textId="09CB1344"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19</w:t>
            </w:r>
          </w:p>
        </w:tc>
        <w:tc>
          <w:tcPr>
            <w:tcW w:w="1062" w:type="dxa"/>
            <w:tcMar>
              <w:top w:w="80" w:type="dxa"/>
              <w:left w:w="80" w:type="dxa"/>
              <w:bottom w:w="80" w:type="dxa"/>
              <w:right w:w="80" w:type="dxa"/>
            </w:tcMar>
          </w:tcPr>
          <w:p w14:paraId="076904D4" w14:textId="5D64E1DC"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62EAEA18" w14:textId="648E6695"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944</w:t>
            </w:r>
          </w:p>
        </w:tc>
        <w:tc>
          <w:tcPr>
            <w:tcW w:w="1176" w:type="dxa"/>
            <w:tcMar>
              <w:top w:w="80" w:type="dxa"/>
              <w:left w:w="80" w:type="dxa"/>
              <w:bottom w:w="80" w:type="dxa"/>
              <w:right w:w="80" w:type="dxa"/>
            </w:tcMar>
          </w:tcPr>
          <w:p w14:paraId="69237395" w14:textId="75C2C707"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3258</w:t>
            </w:r>
          </w:p>
        </w:tc>
        <w:tc>
          <w:tcPr>
            <w:tcW w:w="1176" w:type="dxa"/>
            <w:tcMar>
              <w:top w:w="80" w:type="dxa"/>
              <w:left w:w="80" w:type="dxa"/>
              <w:bottom w:w="80" w:type="dxa"/>
              <w:right w:w="80" w:type="dxa"/>
            </w:tcMar>
            <w:vAlign w:val="center"/>
          </w:tcPr>
          <w:p w14:paraId="1016054E" w14:textId="03782807" w:rsidR="00526446" w:rsidRPr="009C3767" w:rsidRDefault="00526446" w:rsidP="0045062A">
            <w:pPr>
              <w:spacing w:after="0"/>
              <w:jc w:val="center"/>
              <w:rPr>
                <w:rFonts w:cs="Times New Roman"/>
                <w:sz w:val="28"/>
                <w:szCs w:val="28"/>
              </w:rPr>
            </w:pPr>
            <w:r w:rsidRPr="009C3767">
              <w:rPr>
                <w:rFonts w:cs="Times New Roman"/>
                <w:sz w:val="28"/>
                <w:szCs w:val="28"/>
              </w:rPr>
              <w:t>0.18</w:t>
            </w:r>
          </w:p>
        </w:tc>
        <w:tc>
          <w:tcPr>
            <w:tcW w:w="1818" w:type="dxa"/>
            <w:tcMar>
              <w:top w:w="80" w:type="dxa"/>
              <w:left w:w="80" w:type="dxa"/>
              <w:bottom w:w="80" w:type="dxa"/>
              <w:right w:w="80" w:type="dxa"/>
            </w:tcMar>
          </w:tcPr>
          <w:p w14:paraId="37D64393" w14:textId="5242F644" w:rsidR="00526446" w:rsidRPr="009C3767" w:rsidRDefault="00526446" w:rsidP="0045062A">
            <w:pPr>
              <w:spacing w:after="0"/>
              <w:jc w:val="center"/>
              <w:rPr>
                <w:rFonts w:cs="Times New Roman"/>
                <w:sz w:val="28"/>
                <w:szCs w:val="28"/>
              </w:rPr>
            </w:pPr>
            <w:r w:rsidRPr="009C3767">
              <w:rPr>
                <w:rFonts w:cs="Times New Roman"/>
                <w:sz w:val="28"/>
                <w:szCs w:val="28"/>
              </w:rPr>
              <w:t>Khu</w:t>
            </w:r>
            <w:r w:rsidRPr="009C3767">
              <w:rPr>
                <w:rFonts w:cs="Times New Roman"/>
                <w:sz w:val="28"/>
                <w:szCs w:val="28"/>
                <w:lang w:val="vi-VN"/>
              </w:rPr>
              <w:t xml:space="preserve"> đô thị</w:t>
            </w:r>
          </w:p>
        </w:tc>
        <w:tc>
          <w:tcPr>
            <w:tcW w:w="1209" w:type="dxa"/>
            <w:tcMar>
              <w:top w:w="80" w:type="dxa"/>
              <w:left w:w="80" w:type="dxa"/>
              <w:bottom w:w="80" w:type="dxa"/>
              <w:right w:w="80" w:type="dxa"/>
            </w:tcMar>
          </w:tcPr>
          <w:p w14:paraId="31EB27C2" w14:textId="08699E49"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r w:rsidR="00526446" w:rsidRPr="009C3767" w14:paraId="21E4B767" w14:textId="77777777" w:rsidTr="00E42E79">
        <w:trPr>
          <w:jc w:val="center"/>
        </w:trPr>
        <w:tc>
          <w:tcPr>
            <w:tcW w:w="569" w:type="dxa"/>
            <w:tcMar>
              <w:top w:w="80" w:type="dxa"/>
              <w:left w:w="80" w:type="dxa"/>
              <w:bottom w:w="80" w:type="dxa"/>
              <w:right w:w="80" w:type="dxa"/>
            </w:tcMar>
          </w:tcPr>
          <w:p w14:paraId="280E9CC5" w14:textId="232A9FF8"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15</w:t>
            </w:r>
          </w:p>
        </w:tc>
        <w:tc>
          <w:tcPr>
            <w:tcW w:w="2156" w:type="dxa"/>
            <w:tcMar>
              <w:top w:w="80" w:type="dxa"/>
              <w:left w:w="80" w:type="dxa"/>
              <w:bottom w:w="80" w:type="dxa"/>
              <w:right w:w="80" w:type="dxa"/>
            </w:tcMar>
          </w:tcPr>
          <w:p w14:paraId="53A10CE7" w14:textId="4EAED8AA" w:rsidR="00526446" w:rsidRPr="009C3767" w:rsidRDefault="00526446" w:rsidP="0045062A">
            <w:pPr>
              <w:spacing w:after="0"/>
              <w:jc w:val="center"/>
              <w:rPr>
                <w:rFonts w:cs="Times New Roman"/>
                <w:spacing w:val="-8"/>
                <w:sz w:val="28"/>
                <w:szCs w:val="28"/>
              </w:rPr>
            </w:pPr>
            <w:r w:rsidRPr="009C3767">
              <w:rPr>
                <w:rFonts w:cs="Times New Roman"/>
                <w:spacing w:val="-8"/>
                <w:sz w:val="28"/>
                <w:szCs w:val="28"/>
              </w:rPr>
              <w:t>Tổ dân phố số 20</w:t>
            </w:r>
          </w:p>
        </w:tc>
        <w:tc>
          <w:tcPr>
            <w:tcW w:w="1062" w:type="dxa"/>
            <w:tcMar>
              <w:top w:w="80" w:type="dxa"/>
              <w:left w:w="80" w:type="dxa"/>
              <w:bottom w:w="80" w:type="dxa"/>
              <w:right w:w="80" w:type="dxa"/>
            </w:tcMar>
          </w:tcPr>
          <w:p w14:paraId="6478E3DD" w14:textId="023999C8" w:rsidR="00526446" w:rsidRPr="009C3767" w:rsidRDefault="00526446" w:rsidP="0045062A">
            <w:pPr>
              <w:spacing w:after="0"/>
              <w:jc w:val="center"/>
              <w:rPr>
                <w:rFonts w:cs="Times New Roman"/>
                <w:sz w:val="28"/>
                <w:szCs w:val="28"/>
              </w:rPr>
            </w:pPr>
            <w:r w:rsidRPr="009C3767">
              <w:rPr>
                <w:rFonts w:cs="Times New Roman"/>
                <w:sz w:val="28"/>
                <w:szCs w:val="28"/>
                <w:lang w:val="vi-VN"/>
              </w:rPr>
              <w:t>TDP</w:t>
            </w:r>
          </w:p>
        </w:tc>
        <w:tc>
          <w:tcPr>
            <w:tcW w:w="917" w:type="dxa"/>
            <w:tcMar>
              <w:top w:w="80" w:type="dxa"/>
              <w:left w:w="80" w:type="dxa"/>
              <w:bottom w:w="80" w:type="dxa"/>
              <w:right w:w="80" w:type="dxa"/>
            </w:tcMar>
          </w:tcPr>
          <w:p w14:paraId="0CCA8F59" w14:textId="1B20DC47"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579</w:t>
            </w:r>
          </w:p>
        </w:tc>
        <w:tc>
          <w:tcPr>
            <w:tcW w:w="1176" w:type="dxa"/>
            <w:tcMar>
              <w:top w:w="80" w:type="dxa"/>
              <w:left w:w="80" w:type="dxa"/>
              <w:bottom w:w="80" w:type="dxa"/>
              <w:right w:w="80" w:type="dxa"/>
            </w:tcMar>
          </w:tcPr>
          <w:p w14:paraId="51E9F8B0" w14:textId="3BABD69E" w:rsidR="00526446" w:rsidRPr="009C3767" w:rsidRDefault="00526446" w:rsidP="0045062A">
            <w:pPr>
              <w:spacing w:after="0"/>
              <w:jc w:val="center"/>
              <w:rPr>
                <w:rFonts w:cs="Times New Roman"/>
                <w:sz w:val="28"/>
                <w:szCs w:val="28"/>
                <w:lang w:val="vi-VN"/>
              </w:rPr>
            </w:pPr>
            <w:r w:rsidRPr="009C3767">
              <w:rPr>
                <w:rFonts w:cs="Times New Roman"/>
                <w:sz w:val="28"/>
                <w:szCs w:val="28"/>
                <w:lang w:val="vi-VN"/>
              </w:rPr>
              <w:t>1988</w:t>
            </w:r>
          </w:p>
        </w:tc>
        <w:tc>
          <w:tcPr>
            <w:tcW w:w="1176" w:type="dxa"/>
            <w:tcMar>
              <w:top w:w="80" w:type="dxa"/>
              <w:left w:w="80" w:type="dxa"/>
              <w:bottom w:w="80" w:type="dxa"/>
              <w:right w:w="80" w:type="dxa"/>
            </w:tcMar>
            <w:vAlign w:val="center"/>
          </w:tcPr>
          <w:p w14:paraId="17F649FD" w14:textId="4037FBD1" w:rsidR="00526446" w:rsidRPr="009C3767" w:rsidRDefault="00526446" w:rsidP="0045062A">
            <w:pPr>
              <w:spacing w:after="0"/>
              <w:jc w:val="center"/>
              <w:rPr>
                <w:rFonts w:cs="Times New Roman"/>
                <w:sz w:val="28"/>
                <w:szCs w:val="28"/>
              </w:rPr>
            </w:pPr>
            <w:r w:rsidRPr="009C3767">
              <w:rPr>
                <w:rFonts w:cs="Times New Roman"/>
                <w:sz w:val="28"/>
                <w:szCs w:val="28"/>
              </w:rPr>
              <w:t>0.2</w:t>
            </w:r>
          </w:p>
        </w:tc>
        <w:tc>
          <w:tcPr>
            <w:tcW w:w="1818" w:type="dxa"/>
            <w:tcMar>
              <w:top w:w="80" w:type="dxa"/>
              <w:left w:w="80" w:type="dxa"/>
              <w:bottom w:w="80" w:type="dxa"/>
              <w:right w:w="80" w:type="dxa"/>
            </w:tcMar>
          </w:tcPr>
          <w:p w14:paraId="5E811E6A" w14:textId="6DEE6A57" w:rsidR="00526446" w:rsidRPr="009C3767" w:rsidRDefault="00526446" w:rsidP="0045062A">
            <w:pPr>
              <w:spacing w:after="0"/>
              <w:jc w:val="center"/>
              <w:rPr>
                <w:rFonts w:cs="Times New Roman"/>
                <w:sz w:val="28"/>
                <w:szCs w:val="28"/>
              </w:rPr>
            </w:pPr>
            <w:r w:rsidRPr="009C3767">
              <w:rPr>
                <w:rFonts w:cs="Times New Roman"/>
                <w:sz w:val="28"/>
                <w:szCs w:val="28"/>
              </w:rPr>
              <w:t>Khu</w:t>
            </w:r>
            <w:r w:rsidRPr="009C3767">
              <w:rPr>
                <w:rFonts w:cs="Times New Roman"/>
                <w:sz w:val="28"/>
                <w:szCs w:val="28"/>
                <w:lang w:val="vi-VN"/>
              </w:rPr>
              <w:t xml:space="preserve"> đô thị</w:t>
            </w:r>
          </w:p>
        </w:tc>
        <w:tc>
          <w:tcPr>
            <w:tcW w:w="1209" w:type="dxa"/>
            <w:tcMar>
              <w:top w:w="80" w:type="dxa"/>
              <w:left w:w="80" w:type="dxa"/>
              <w:bottom w:w="80" w:type="dxa"/>
              <w:right w:w="80" w:type="dxa"/>
            </w:tcMar>
          </w:tcPr>
          <w:p w14:paraId="1A78A87E" w14:textId="095F0336" w:rsidR="00526446" w:rsidRPr="009C3767" w:rsidRDefault="00526446" w:rsidP="0045062A">
            <w:pPr>
              <w:spacing w:after="0"/>
              <w:jc w:val="center"/>
              <w:rPr>
                <w:rFonts w:cs="Times New Roman"/>
                <w:sz w:val="28"/>
                <w:szCs w:val="28"/>
              </w:rPr>
            </w:pPr>
            <w:r w:rsidRPr="009C3767">
              <w:rPr>
                <w:rFonts w:cs="Times New Roman"/>
                <w:sz w:val="28"/>
                <w:szCs w:val="28"/>
              </w:rPr>
              <w:t>Sắp xếp</w:t>
            </w:r>
          </w:p>
        </w:tc>
      </w:tr>
    </w:tbl>
    <w:p w14:paraId="08AE3689" w14:textId="77777777" w:rsidR="00102E8F" w:rsidRPr="009C3767" w:rsidRDefault="00723C88" w:rsidP="0045062A">
      <w:pPr>
        <w:spacing w:before="60" w:after="60"/>
        <w:ind w:left="709"/>
        <w:rPr>
          <w:rFonts w:cs="Times New Roman"/>
          <w:sz w:val="28"/>
          <w:szCs w:val="28"/>
        </w:rPr>
      </w:pPr>
      <w:r w:rsidRPr="009C3767">
        <w:rPr>
          <w:rFonts w:cs="Times New Roman"/>
          <w:b/>
          <w:sz w:val="28"/>
          <w:szCs w:val="28"/>
        </w:rPr>
        <w:t>3. Bảng đối chiếu tiêu chí và định hướng xử lý</w:t>
      </w:r>
    </w:p>
    <w:tbl>
      <w:tblPr>
        <w:tblW w:w="103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1591"/>
        <w:gridCol w:w="987"/>
        <w:gridCol w:w="993"/>
        <w:gridCol w:w="1973"/>
        <w:gridCol w:w="1262"/>
        <w:gridCol w:w="1296"/>
        <w:gridCol w:w="1720"/>
      </w:tblGrid>
      <w:tr w:rsidR="00A730A0" w:rsidRPr="009C3767" w14:paraId="342C07AD" w14:textId="77777777" w:rsidTr="00F25D34">
        <w:trPr>
          <w:jc w:val="center"/>
        </w:trPr>
        <w:tc>
          <w:tcPr>
            <w:tcW w:w="562" w:type="dxa"/>
            <w:tcMar>
              <w:top w:w="80" w:type="dxa"/>
              <w:left w:w="80" w:type="dxa"/>
              <w:bottom w:w="80" w:type="dxa"/>
              <w:right w:w="80" w:type="dxa"/>
            </w:tcMar>
            <w:vAlign w:val="center"/>
          </w:tcPr>
          <w:p w14:paraId="26B9D8B4" w14:textId="26E1F39E" w:rsidR="00A730A0" w:rsidRPr="009C3767" w:rsidRDefault="00A730A0" w:rsidP="00F25D34">
            <w:pPr>
              <w:spacing w:after="0"/>
              <w:jc w:val="center"/>
              <w:rPr>
                <w:rFonts w:cs="Times New Roman"/>
                <w:sz w:val="28"/>
                <w:szCs w:val="28"/>
              </w:rPr>
            </w:pPr>
            <w:r w:rsidRPr="009C3767">
              <w:rPr>
                <w:rFonts w:cs="Times New Roman"/>
                <w:b/>
                <w:sz w:val="28"/>
                <w:szCs w:val="28"/>
              </w:rPr>
              <w:t>TT</w:t>
            </w:r>
          </w:p>
        </w:tc>
        <w:tc>
          <w:tcPr>
            <w:tcW w:w="1591" w:type="dxa"/>
            <w:tcMar>
              <w:top w:w="80" w:type="dxa"/>
              <w:left w:w="80" w:type="dxa"/>
              <w:bottom w:w="80" w:type="dxa"/>
              <w:right w:w="80" w:type="dxa"/>
            </w:tcMar>
            <w:vAlign w:val="center"/>
          </w:tcPr>
          <w:p w14:paraId="42BB4144" w14:textId="454BC027" w:rsidR="00A730A0" w:rsidRPr="009C3767" w:rsidRDefault="00A730A0" w:rsidP="00F25D34">
            <w:pPr>
              <w:spacing w:after="0"/>
              <w:jc w:val="center"/>
              <w:rPr>
                <w:rFonts w:cs="Times New Roman"/>
                <w:sz w:val="28"/>
                <w:szCs w:val="28"/>
              </w:rPr>
            </w:pPr>
            <w:r w:rsidRPr="009C3767">
              <w:rPr>
                <w:rFonts w:cs="Times New Roman"/>
                <w:b/>
                <w:sz w:val="28"/>
                <w:szCs w:val="28"/>
              </w:rPr>
              <w:t>Tên thôn/TDP</w:t>
            </w:r>
          </w:p>
        </w:tc>
        <w:tc>
          <w:tcPr>
            <w:tcW w:w="987" w:type="dxa"/>
            <w:tcMar>
              <w:top w:w="80" w:type="dxa"/>
              <w:left w:w="80" w:type="dxa"/>
              <w:bottom w:w="80" w:type="dxa"/>
              <w:right w:w="80" w:type="dxa"/>
            </w:tcMar>
            <w:vAlign w:val="center"/>
          </w:tcPr>
          <w:p w14:paraId="24C3994F" w14:textId="06176426" w:rsidR="00A730A0" w:rsidRPr="009C3767" w:rsidRDefault="00A730A0" w:rsidP="00F25D34">
            <w:pPr>
              <w:spacing w:after="0"/>
              <w:jc w:val="center"/>
              <w:rPr>
                <w:rFonts w:cs="Times New Roman"/>
                <w:sz w:val="28"/>
                <w:szCs w:val="28"/>
              </w:rPr>
            </w:pPr>
            <w:r w:rsidRPr="009C3767">
              <w:rPr>
                <w:rFonts w:cs="Times New Roman"/>
                <w:b/>
                <w:sz w:val="28"/>
                <w:szCs w:val="28"/>
              </w:rPr>
              <w:t>Loại hình</w:t>
            </w:r>
          </w:p>
        </w:tc>
        <w:tc>
          <w:tcPr>
            <w:tcW w:w="993" w:type="dxa"/>
            <w:tcMar>
              <w:top w:w="80" w:type="dxa"/>
              <w:left w:w="80" w:type="dxa"/>
              <w:bottom w:w="80" w:type="dxa"/>
              <w:right w:w="80" w:type="dxa"/>
            </w:tcMar>
            <w:vAlign w:val="center"/>
          </w:tcPr>
          <w:p w14:paraId="7EDD29BD" w14:textId="4A69C053" w:rsidR="00A730A0" w:rsidRPr="009C3767" w:rsidRDefault="00A730A0" w:rsidP="00F25D34">
            <w:pPr>
              <w:spacing w:after="0"/>
              <w:jc w:val="center"/>
              <w:rPr>
                <w:rFonts w:cs="Times New Roman"/>
                <w:sz w:val="28"/>
                <w:szCs w:val="28"/>
              </w:rPr>
            </w:pPr>
            <w:r w:rsidRPr="009C3767">
              <w:rPr>
                <w:rFonts w:cs="Times New Roman"/>
                <w:b/>
                <w:sz w:val="28"/>
                <w:szCs w:val="28"/>
              </w:rPr>
              <w:t>Số hộ hiện có</w:t>
            </w:r>
          </w:p>
        </w:tc>
        <w:tc>
          <w:tcPr>
            <w:tcW w:w="1973" w:type="dxa"/>
            <w:tcMar>
              <w:top w:w="80" w:type="dxa"/>
              <w:left w:w="80" w:type="dxa"/>
              <w:bottom w:w="80" w:type="dxa"/>
              <w:right w:w="80" w:type="dxa"/>
            </w:tcMar>
            <w:vAlign w:val="center"/>
          </w:tcPr>
          <w:p w14:paraId="36544659" w14:textId="77777777" w:rsidR="00F009A4" w:rsidRPr="009C3767" w:rsidRDefault="00A730A0" w:rsidP="00F25D34">
            <w:pPr>
              <w:spacing w:after="0"/>
              <w:jc w:val="center"/>
              <w:rPr>
                <w:rFonts w:cs="Times New Roman"/>
                <w:b/>
                <w:sz w:val="28"/>
                <w:szCs w:val="28"/>
              </w:rPr>
            </w:pPr>
            <w:r w:rsidRPr="009C3767">
              <w:rPr>
                <w:rFonts w:cs="Times New Roman"/>
                <w:b/>
                <w:sz w:val="28"/>
                <w:szCs w:val="28"/>
              </w:rPr>
              <w:t xml:space="preserve">Tiêu chuẩn </w:t>
            </w:r>
          </w:p>
          <w:p w14:paraId="059720CA" w14:textId="7DCCD6AA" w:rsidR="00A730A0" w:rsidRPr="009C3767" w:rsidRDefault="00A730A0" w:rsidP="00F25D34">
            <w:pPr>
              <w:spacing w:after="0"/>
              <w:jc w:val="center"/>
              <w:rPr>
                <w:rFonts w:cs="Times New Roman"/>
                <w:sz w:val="28"/>
                <w:szCs w:val="28"/>
              </w:rPr>
            </w:pPr>
            <w:r w:rsidRPr="009C3767">
              <w:rPr>
                <w:rFonts w:cs="Times New Roman"/>
                <w:b/>
                <w:sz w:val="28"/>
                <w:szCs w:val="28"/>
              </w:rPr>
              <w:t>áp dụng</w:t>
            </w:r>
          </w:p>
        </w:tc>
        <w:tc>
          <w:tcPr>
            <w:tcW w:w="1262" w:type="dxa"/>
            <w:tcMar>
              <w:top w:w="80" w:type="dxa"/>
              <w:left w:w="80" w:type="dxa"/>
              <w:bottom w:w="80" w:type="dxa"/>
              <w:right w:w="80" w:type="dxa"/>
            </w:tcMar>
            <w:vAlign w:val="center"/>
          </w:tcPr>
          <w:p w14:paraId="11D192DE" w14:textId="73341020" w:rsidR="00A730A0" w:rsidRPr="009C3767" w:rsidRDefault="00A730A0" w:rsidP="00F25D34">
            <w:pPr>
              <w:spacing w:after="0"/>
              <w:jc w:val="center"/>
              <w:rPr>
                <w:rFonts w:cs="Times New Roman"/>
                <w:sz w:val="28"/>
                <w:szCs w:val="28"/>
              </w:rPr>
            </w:pPr>
            <w:r w:rsidRPr="009C3767">
              <w:rPr>
                <w:rFonts w:cs="Times New Roman"/>
                <w:b/>
                <w:sz w:val="28"/>
                <w:szCs w:val="28"/>
              </w:rPr>
              <w:t>Đạt/chưa đạt</w:t>
            </w:r>
          </w:p>
        </w:tc>
        <w:tc>
          <w:tcPr>
            <w:tcW w:w="1296" w:type="dxa"/>
            <w:tcMar>
              <w:top w:w="80" w:type="dxa"/>
              <w:left w:w="80" w:type="dxa"/>
              <w:bottom w:w="80" w:type="dxa"/>
              <w:right w:w="80" w:type="dxa"/>
            </w:tcMar>
            <w:vAlign w:val="center"/>
          </w:tcPr>
          <w:p w14:paraId="2FFC0BF1" w14:textId="2F5B8D11" w:rsidR="00A730A0" w:rsidRPr="009C3767" w:rsidRDefault="00A730A0" w:rsidP="00F25D34">
            <w:pPr>
              <w:spacing w:after="0"/>
              <w:jc w:val="center"/>
              <w:rPr>
                <w:rFonts w:cs="Times New Roman"/>
                <w:sz w:val="28"/>
                <w:szCs w:val="28"/>
              </w:rPr>
            </w:pPr>
            <w:r w:rsidRPr="009C3767">
              <w:rPr>
                <w:rFonts w:cs="Times New Roman"/>
                <w:b/>
                <w:sz w:val="28"/>
                <w:szCs w:val="28"/>
              </w:rPr>
              <w:t>Phương án xử lý</w:t>
            </w:r>
          </w:p>
        </w:tc>
        <w:tc>
          <w:tcPr>
            <w:tcW w:w="1720" w:type="dxa"/>
            <w:tcMar>
              <w:top w:w="80" w:type="dxa"/>
              <w:left w:w="80" w:type="dxa"/>
              <w:bottom w:w="80" w:type="dxa"/>
              <w:right w:w="80" w:type="dxa"/>
            </w:tcMar>
            <w:vAlign w:val="center"/>
          </w:tcPr>
          <w:p w14:paraId="7362E65A" w14:textId="663F9F50" w:rsidR="00A730A0" w:rsidRPr="009C3767" w:rsidRDefault="00A730A0" w:rsidP="00F25D34">
            <w:pPr>
              <w:spacing w:after="0"/>
              <w:jc w:val="center"/>
              <w:rPr>
                <w:rFonts w:cs="Times New Roman"/>
                <w:sz w:val="28"/>
                <w:szCs w:val="28"/>
              </w:rPr>
            </w:pPr>
            <w:r w:rsidRPr="009C3767">
              <w:rPr>
                <w:rFonts w:cs="Times New Roman"/>
                <w:b/>
                <w:sz w:val="28"/>
                <w:szCs w:val="28"/>
              </w:rPr>
              <w:t>Lý do</w:t>
            </w:r>
          </w:p>
        </w:tc>
      </w:tr>
      <w:tr w:rsidR="00A730A0" w:rsidRPr="009C3767" w14:paraId="5BAC59A7" w14:textId="77777777" w:rsidTr="00F25D34">
        <w:trPr>
          <w:jc w:val="center"/>
        </w:trPr>
        <w:tc>
          <w:tcPr>
            <w:tcW w:w="562" w:type="dxa"/>
            <w:tcMar>
              <w:top w:w="80" w:type="dxa"/>
              <w:left w:w="80" w:type="dxa"/>
              <w:bottom w:w="80" w:type="dxa"/>
              <w:right w:w="80" w:type="dxa"/>
            </w:tcMar>
          </w:tcPr>
          <w:p w14:paraId="15E2D0B9" w14:textId="7A2279BE" w:rsidR="00A730A0" w:rsidRPr="009C3767" w:rsidRDefault="00A730A0" w:rsidP="00F25D34">
            <w:pPr>
              <w:spacing w:after="0"/>
              <w:jc w:val="center"/>
              <w:rPr>
                <w:rFonts w:cs="Times New Roman"/>
                <w:sz w:val="28"/>
                <w:szCs w:val="28"/>
              </w:rPr>
            </w:pPr>
            <w:r w:rsidRPr="009C3767">
              <w:rPr>
                <w:rFonts w:cs="Times New Roman"/>
                <w:sz w:val="28"/>
                <w:szCs w:val="28"/>
              </w:rPr>
              <w:t>1</w:t>
            </w:r>
          </w:p>
        </w:tc>
        <w:tc>
          <w:tcPr>
            <w:tcW w:w="1591" w:type="dxa"/>
            <w:tcMar>
              <w:top w:w="80" w:type="dxa"/>
              <w:left w:w="80" w:type="dxa"/>
              <w:bottom w:w="80" w:type="dxa"/>
              <w:right w:w="80" w:type="dxa"/>
            </w:tcMar>
          </w:tcPr>
          <w:p w14:paraId="396DF544" w14:textId="17A56191" w:rsidR="00A730A0" w:rsidRPr="009C3767" w:rsidRDefault="00A730A0" w:rsidP="00F25D34">
            <w:pPr>
              <w:spacing w:after="0"/>
              <w:jc w:val="center"/>
              <w:rPr>
                <w:rFonts w:cs="Times New Roman"/>
                <w:sz w:val="28"/>
                <w:szCs w:val="28"/>
              </w:rPr>
            </w:pPr>
            <w:r w:rsidRPr="009C3767">
              <w:rPr>
                <w:rFonts w:cs="Times New Roman"/>
                <w:sz w:val="28"/>
                <w:szCs w:val="28"/>
              </w:rPr>
              <w:t>Tổ dân phố số 1</w:t>
            </w:r>
          </w:p>
        </w:tc>
        <w:tc>
          <w:tcPr>
            <w:tcW w:w="987" w:type="dxa"/>
            <w:tcMar>
              <w:top w:w="80" w:type="dxa"/>
              <w:left w:w="80" w:type="dxa"/>
              <w:bottom w:w="80" w:type="dxa"/>
              <w:right w:w="80" w:type="dxa"/>
            </w:tcMar>
          </w:tcPr>
          <w:p w14:paraId="4A67040D" w14:textId="3E3005F3" w:rsidR="00A730A0" w:rsidRPr="009C3767" w:rsidRDefault="00526446"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6D133219" w14:textId="1BE8C2A2" w:rsidR="00A730A0" w:rsidRPr="009C3767" w:rsidRDefault="00A730A0" w:rsidP="00F25D34">
            <w:pPr>
              <w:spacing w:after="0"/>
              <w:jc w:val="center"/>
              <w:rPr>
                <w:rFonts w:cs="Times New Roman"/>
                <w:sz w:val="28"/>
                <w:szCs w:val="28"/>
              </w:rPr>
            </w:pPr>
            <w:r w:rsidRPr="009C3767">
              <w:rPr>
                <w:rFonts w:cs="Times New Roman"/>
                <w:sz w:val="28"/>
                <w:szCs w:val="28"/>
              </w:rPr>
              <w:t>575</w:t>
            </w:r>
          </w:p>
        </w:tc>
        <w:tc>
          <w:tcPr>
            <w:tcW w:w="1973" w:type="dxa"/>
            <w:tcMar>
              <w:top w:w="80" w:type="dxa"/>
              <w:left w:w="80" w:type="dxa"/>
              <w:bottom w:w="80" w:type="dxa"/>
              <w:right w:w="80" w:type="dxa"/>
            </w:tcMar>
          </w:tcPr>
          <w:p w14:paraId="242BA6B5" w14:textId="77777777" w:rsidR="00526446" w:rsidRPr="009C3767" w:rsidRDefault="00A730A0" w:rsidP="00F25D34">
            <w:pPr>
              <w:spacing w:after="0"/>
              <w:jc w:val="center"/>
              <w:rPr>
                <w:rFonts w:cs="Times New Roman"/>
                <w:sz w:val="28"/>
                <w:szCs w:val="28"/>
              </w:rPr>
            </w:pPr>
            <w:r w:rsidRPr="009C3767">
              <w:rPr>
                <w:rFonts w:cs="Times New Roman"/>
                <w:sz w:val="28"/>
                <w:szCs w:val="28"/>
              </w:rPr>
              <w:t xml:space="preserve">Điều 10 </w:t>
            </w:r>
          </w:p>
          <w:p w14:paraId="1475DEF2" w14:textId="6FC99A26" w:rsidR="00A730A0" w:rsidRPr="009C3767" w:rsidRDefault="00A730A0"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08F6B91E" w14:textId="78671517" w:rsidR="00A730A0" w:rsidRPr="009C3767" w:rsidRDefault="00A730A0"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7C286725" w14:textId="25A11C40" w:rsidR="00A730A0" w:rsidRPr="009C3767" w:rsidRDefault="00A730A0"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3509FFF0" w14:textId="30C597B2" w:rsidR="00A730A0" w:rsidRPr="009C3767" w:rsidRDefault="00A730A0" w:rsidP="00F25D34">
            <w:pPr>
              <w:spacing w:after="0"/>
              <w:jc w:val="center"/>
              <w:rPr>
                <w:rFonts w:cs="Times New Roman"/>
                <w:sz w:val="28"/>
                <w:szCs w:val="28"/>
              </w:rPr>
            </w:pPr>
            <w:r w:rsidRPr="009C3767">
              <w:rPr>
                <w:rFonts w:cs="Times New Roman"/>
                <w:sz w:val="28"/>
                <w:szCs w:val="28"/>
              </w:rPr>
              <w:t>Số hộ chưa đảm bảo theo quy định</w:t>
            </w:r>
          </w:p>
        </w:tc>
      </w:tr>
      <w:tr w:rsidR="00A730A0" w:rsidRPr="009C3767" w14:paraId="228EDE8A" w14:textId="77777777" w:rsidTr="00F25D34">
        <w:trPr>
          <w:jc w:val="center"/>
        </w:trPr>
        <w:tc>
          <w:tcPr>
            <w:tcW w:w="562" w:type="dxa"/>
            <w:tcMar>
              <w:top w:w="80" w:type="dxa"/>
              <w:left w:w="80" w:type="dxa"/>
              <w:bottom w:w="80" w:type="dxa"/>
              <w:right w:w="80" w:type="dxa"/>
            </w:tcMar>
          </w:tcPr>
          <w:p w14:paraId="182F50CA" w14:textId="77777777" w:rsidR="00A730A0" w:rsidRPr="009C3767" w:rsidRDefault="00A730A0" w:rsidP="00F25D34">
            <w:pPr>
              <w:spacing w:after="0"/>
              <w:jc w:val="center"/>
              <w:rPr>
                <w:rFonts w:cs="Times New Roman"/>
                <w:sz w:val="28"/>
                <w:szCs w:val="28"/>
              </w:rPr>
            </w:pPr>
            <w:r w:rsidRPr="009C3767">
              <w:rPr>
                <w:rFonts w:cs="Times New Roman"/>
                <w:sz w:val="28"/>
                <w:szCs w:val="28"/>
              </w:rPr>
              <w:t>2</w:t>
            </w:r>
          </w:p>
        </w:tc>
        <w:tc>
          <w:tcPr>
            <w:tcW w:w="1591" w:type="dxa"/>
            <w:tcMar>
              <w:top w:w="80" w:type="dxa"/>
              <w:left w:w="80" w:type="dxa"/>
              <w:bottom w:w="80" w:type="dxa"/>
              <w:right w:w="80" w:type="dxa"/>
            </w:tcMar>
          </w:tcPr>
          <w:p w14:paraId="6A3B2029" w14:textId="61455CBB" w:rsidR="00A730A0" w:rsidRPr="009C3767" w:rsidRDefault="00A730A0" w:rsidP="00F25D34">
            <w:pPr>
              <w:spacing w:after="0"/>
              <w:jc w:val="center"/>
              <w:rPr>
                <w:rFonts w:cs="Times New Roman"/>
                <w:sz w:val="28"/>
                <w:szCs w:val="28"/>
              </w:rPr>
            </w:pPr>
            <w:r w:rsidRPr="009C3767">
              <w:rPr>
                <w:rFonts w:cs="Times New Roman"/>
                <w:sz w:val="28"/>
                <w:szCs w:val="28"/>
              </w:rPr>
              <w:t>Tổ dân phố số 2</w:t>
            </w:r>
          </w:p>
        </w:tc>
        <w:tc>
          <w:tcPr>
            <w:tcW w:w="987" w:type="dxa"/>
            <w:tcMar>
              <w:top w:w="80" w:type="dxa"/>
              <w:left w:w="80" w:type="dxa"/>
              <w:bottom w:w="80" w:type="dxa"/>
              <w:right w:w="80" w:type="dxa"/>
            </w:tcMar>
          </w:tcPr>
          <w:p w14:paraId="794DA95F" w14:textId="4F26298D" w:rsidR="00A730A0" w:rsidRPr="009C3767" w:rsidRDefault="00526446"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3367919B" w14:textId="08AB1691" w:rsidR="00A730A0" w:rsidRPr="009C3767" w:rsidRDefault="00A730A0" w:rsidP="00F25D34">
            <w:pPr>
              <w:spacing w:after="0"/>
              <w:jc w:val="center"/>
              <w:rPr>
                <w:rFonts w:cs="Times New Roman"/>
                <w:sz w:val="28"/>
                <w:szCs w:val="28"/>
              </w:rPr>
            </w:pPr>
            <w:r w:rsidRPr="009C3767">
              <w:rPr>
                <w:rFonts w:cs="Times New Roman"/>
                <w:sz w:val="28"/>
                <w:szCs w:val="28"/>
              </w:rPr>
              <w:t>523</w:t>
            </w:r>
          </w:p>
        </w:tc>
        <w:tc>
          <w:tcPr>
            <w:tcW w:w="1973" w:type="dxa"/>
            <w:tcMar>
              <w:top w:w="80" w:type="dxa"/>
              <w:left w:w="80" w:type="dxa"/>
              <w:bottom w:w="80" w:type="dxa"/>
              <w:right w:w="80" w:type="dxa"/>
            </w:tcMar>
          </w:tcPr>
          <w:p w14:paraId="7215FDEE"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2749B6F6" w14:textId="50BB77CA" w:rsidR="00A730A0"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51FCB210" w14:textId="375786CC" w:rsidR="00A730A0" w:rsidRPr="009C3767" w:rsidRDefault="00A730A0"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66480094" w14:textId="2F7EDC6F" w:rsidR="00A730A0" w:rsidRPr="009C3767" w:rsidRDefault="00A730A0"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734B15C3" w14:textId="385D53A9" w:rsidR="00A730A0" w:rsidRPr="009C3767" w:rsidRDefault="00A730A0"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35B418EB" w14:textId="77777777" w:rsidTr="00F25D34">
        <w:trPr>
          <w:jc w:val="center"/>
        </w:trPr>
        <w:tc>
          <w:tcPr>
            <w:tcW w:w="562" w:type="dxa"/>
            <w:tcMar>
              <w:top w:w="80" w:type="dxa"/>
              <w:left w:w="80" w:type="dxa"/>
              <w:bottom w:w="80" w:type="dxa"/>
              <w:right w:w="80" w:type="dxa"/>
            </w:tcMar>
          </w:tcPr>
          <w:p w14:paraId="43AE144C" w14:textId="01CB87C1" w:rsidR="00F25D34" w:rsidRPr="009C3767" w:rsidRDefault="00F25D34" w:rsidP="00F25D34">
            <w:pPr>
              <w:spacing w:after="0"/>
              <w:jc w:val="center"/>
              <w:rPr>
                <w:rFonts w:cs="Times New Roman"/>
                <w:sz w:val="28"/>
                <w:szCs w:val="28"/>
              </w:rPr>
            </w:pPr>
            <w:r w:rsidRPr="009C3767">
              <w:rPr>
                <w:rFonts w:cs="Times New Roman"/>
                <w:sz w:val="28"/>
                <w:szCs w:val="28"/>
              </w:rPr>
              <w:t>3</w:t>
            </w:r>
          </w:p>
        </w:tc>
        <w:tc>
          <w:tcPr>
            <w:tcW w:w="1591" w:type="dxa"/>
            <w:tcMar>
              <w:top w:w="80" w:type="dxa"/>
              <w:left w:w="80" w:type="dxa"/>
              <w:bottom w:w="80" w:type="dxa"/>
              <w:right w:w="80" w:type="dxa"/>
            </w:tcMar>
          </w:tcPr>
          <w:p w14:paraId="084D8B31" w14:textId="1C92F1B9" w:rsidR="00F25D34" w:rsidRPr="009C3767" w:rsidRDefault="00F25D34" w:rsidP="00F25D34">
            <w:pPr>
              <w:spacing w:after="0"/>
              <w:jc w:val="center"/>
              <w:rPr>
                <w:rFonts w:cs="Times New Roman"/>
                <w:sz w:val="28"/>
                <w:szCs w:val="28"/>
              </w:rPr>
            </w:pPr>
            <w:r w:rsidRPr="009C3767">
              <w:rPr>
                <w:rFonts w:cs="Times New Roman"/>
                <w:sz w:val="28"/>
                <w:szCs w:val="28"/>
              </w:rPr>
              <w:t>Tổ dân phố số 4</w:t>
            </w:r>
          </w:p>
        </w:tc>
        <w:tc>
          <w:tcPr>
            <w:tcW w:w="987" w:type="dxa"/>
            <w:tcMar>
              <w:top w:w="80" w:type="dxa"/>
              <w:left w:w="80" w:type="dxa"/>
              <w:bottom w:w="80" w:type="dxa"/>
              <w:right w:w="80" w:type="dxa"/>
            </w:tcMar>
          </w:tcPr>
          <w:p w14:paraId="21E199A4" w14:textId="6BC781C1"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66CFDCF3" w14:textId="26ACC719" w:rsidR="00F25D34" w:rsidRPr="009C3767" w:rsidRDefault="00F25D34" w:rsidP="00F25D34">
            <w:pPr>
              <w:spacing w:after="0"/>
              <w:jc w:val="center"/>
              <w:rPr>
                <w:rFonts w:cs="Times New Roman"/>
                <w:sz w:val="28"/>
                <w:szCs w:val="28"/>
              </w:rPr>
            </w:pPr>
            <w:r w:rsidRPr="009C3767">
              <w:rPr>
                <w:rFonts w:cs="Times New Roman"/>
                <w:sz w:val="28"/>
                <w:szCs w:val="28"/>
              </w:rPr>
              <w:t>506</w:t>
            </w:r>
          </w:p>
        </w:tc>
        <w:tc>
          <w:tcPr>
            <w:tcW w:w="1973" w:type="dxa"/>
            <w:tcMar>
              <w:top w:w="80" w:type="dxa"/>
              <w:left w:w="80" w:type="dxa"/>
              <w:bottom w:w="80" w:type="dxa"/>
              <w:right w:w="80" w:type="dxa"/>
            </w:tcMar>
          </w:tcPr>
          <w:p w14:paraId="1CF6F4DD"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4F5C5535" w14:textId="491C880B"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243DA08E" w14:textId="33DB1873"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6B453A4E" w14:textId="68F64A6F"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59DAB08E" w14:textId="6F5F49AB"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4E945355" w14:textId="77777777" w:rsidTr="00F25D34">
        <w:trPr>
          <w:jc w:val="center"/>
        </w:trPr>
        <w:tc>
          <w:tcPr>
            <w:tcW w:w="562" w:type="dxa"/>
            <w:tcMar>
              <w:top w:w="80" w:type="dxa"/>
              <w:left w:w="80" w:type="dxa"/>
              <w:bottom w:w="80" w:type="dxa"/>
              <w:right w:w="80" w:type="dxa"/>
            </w:tcMar>
          </w:tcPr>
          <w:p w14:paraId="69AE6E70" w14:textId="7823A7BD" w:rsidR="00F25D34" w:rsidRPr="009C3767" w:rsidRDefault="00F25D34" w:rsidP="00F25D34">
            <w:pPr>
              <w:spacing w:after="0"/>
              <w:jc w:val="center"/>
              <w:rPr>
                <w:rFonts w:cs="Times New Roman"/>
                <w:sz w:val="28"/>
                <w:szCs w:val="28"/>
              </w:rPr>
            </w:pPr>
            <w:r w:rsidRPr="009C3767">
              <w:rPr>
                <w:rFonts w:cs="Times New Roman"/>
                <w:sz w:val="28"/>
                <w:szCs w:val="28"/>
              </w:rPr>
              <w:lastRenderedPageBreak/>
              <w:t>4</w:t>
            </w:r>
          </w:p>
        </w:tc>
        <w:tc>
          <w:tcPr>
            <w:tcW w:w="1591" w:type="dxa"/>
            <w:tcMar>
              <w:top w:w="80" w:type="dxa"/>
              <w:left w:w="80" w:type="dxa"/>
              <w:bottom w:w="80" w:type="dxa"/>
              <w:right w:w="80" w:type="dxa"/>
            </w:tcMar>
          </w:tcPr>
          <w:p w14:paraId="63CFAC28" w14:textId="1DC7A150" w:rsidR="00F25D34" w:rsidRPr="009C3767" w:rsidRDefault="00F25D34" w:rsidP="00F25D34">
            <w:pPr>
              <w:spacing w:after="0"/>
              <w:jc w:val="center"/>
              <w:rPr>
                <w:rFonts w:cs="Times New Roman"/>
                <w:sz w:val="28"/>
                <w:szCs w:val="28"/>
              </w:rPr>
            </w:pPr>
            <w:r w:rsidRPr="009C3767">
              <w:rPr>
                <w:rFonts w:cs="Times New Roman"/>
                <w:sz w:val="28"/>
                <w:szCs w:val="28"/>
              </w:rPr>
              <w:t>Tổ dân phố số 5</w:t>
            </w:r>
          </w:p>
        </w:tc>
        <w:tc>
          <w:tcPr>
            <w:tcW w:w="987" w:type="dxa"/>
            <w:tcMar>
              <w:top w:w="80" w:type="dxa"/>
              <w:left w:w="80" w:type="dxa"/>
              <w:bottom w:w="80" w:type="dxa"/>
              <w:right w:w="80" w:type="dxa"/>
            </w:tcMar>
          </w:tcPr>
          <w:p w14:paraId="310C62D5" w14:textId="5AE6BE0D"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43385939" w14:textId="58B3A716" w:rsidR="00F25D34" w:rsidRPr="009C3767" w:rsidRDefault="00F25D34" w:rsidP="00F25D34">
            <w:pPr>
              <w:spacing w:after="0"/>
              <w:jc w:val="center"/>
              <w:rPr>
                <w:rFonts w:cs="Times New Roman"/>
                <w:sz w:val="28"/>
                <w:szCs w:val="28"/>
              </w:rPr>
            </w:pPr>
            <w:r w:rsidRPr="009C3767">
              <w:rPr>
                <w:rFonts w:cs="Times New Roman"/>
                <w:sz w:val="28"/>
                <w:szCs w:val="28"/>
              </w:rPr>
              <w:t>450</w:t>
            </w:r>
          </w:p>
        </w:tc>
        <w:tc>
          <w:tcPr>
            <w:tcW w:w="1973" w:type="dxa"/>
            <w:tcMar>
              <w:top w:w="80" w:type="dxa"/>
              <w:left w:w="80" w:type="dxa"/>
              <w:bottom w:w="80" w:type="dxa"/>
              <w:right w:w="80" w:type="dxa"/>
            </w:tcMar>
          </w:tcPr>
          <w:p w14:paraId="06B7E74E"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63C3C35C" w14:textId="583151E2"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682A9096" w14:textId="7745D388"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43F9C779" w14:textId="4A02399E"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606645E5" w14:textId="359A05B4"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55F68CB8" w14:textId="77777777" w:rsidTr="00F25D34">
        <w:trPr>
          <w:jc w:val="center"/>
        </w:trPr>
        <w:tc>
          <w:tcPr>
            <w:tcW w:w="562" w:type="dxa"/>
            <w:tcMar>
              <w:top w:w="80" w:type="dxa"/>
              <w:left w:w="80" w:type="dxa"/>
              <w:bottom w:w="80" w:type="dxa"/>
              <w:right w:w="80" w:type="dxa"/>
            </w:tcMar>
          </w:tcPr>
          <w:p w14:paraId="0281CC70" w14:textId="0AE6F973" w:rsidR="00F25D34" w:rsidRPr="009C3767" w:rsidRDefault="00F25D34" w:rsidP="00F25D34">
            <w:pPr>
              <w:spacing w:after="0"/>
              <w:jc w:val="center"/>
              <w:rPr>
                <w:rFonts w:cs="Times New Roman"/>
                <w:sz w:val="28"/>
                <w:szCs w:val="28"/>
              </w:rPr>
            </w:pPr>
            <w:r w:rsidRPr="009C3767">
              <w:rPr>
                <w:rFonts w:cs="Times New Roman"/>
                <w:sz w:val="28"/>
                <w:szCs w:val="28"/>
              </w:rPr>
              <w:t>5</w:t>
            </w:r>
          </w:p>
        </w:tc>
        <w:tc>
          <w:tcPr>
            <w:tcW w:w="1591" w:type="dxa"/>
            <w:tcMar>
              <w:top w:w="80" w:type="dxa"/>
              <w:left w:w="80" w:type="dxa"/>
              <w:bottom w:w="80" w:type="dxa"/>
              <w:right w:w="80" w:type="dxa"/>
            </w:tcMar>
          </w:tcPr>
          <w:p w14:paraId="488CA307" w14:textId="0D121B79" w:rsidR="00F25D34" w:rsidRPr="009C3767" w:rsidRDefault="00F25D34" w:rsidP="00F25D34">
            <w:pPr>
              <w:spacing w:after="0"/>
              <w:jc w:val="center"/>
              <w:rPr>
                <w:rFonts w:cs="Times New Roman"/>
                <w:sz w:val="28"/>
                <w:szCs w:val="28"/>
              </w:rPr>
            </w:pPr>
            <w:r w:rsidRPr="009C3767">
              <w:rPr>
                <w:rFonts w:cs="Times New Roman"/>
                <w:sz w:val="28"/>
                <w:szCs w:val="28"/>
              </w:rPr>
              <w:t>Tổ dân phố số 7A</w:t>
            </w:r>
          </w:p>
        </w:tc>
        <w:tc>
          <w:tcPr>
            <w:tcW w:w="987" w:type="dxa"/>
            <w:tcMar>
              <w:top w:w="80" w:type="dxa"/>
              <w:left w:w="80" w:type="dxa"/>
              <w:bottom w:w="80" w:type="dxa"/>
              <w:right w:w="80" w:type="dxa"/>
            </w:tcMar>
          </w:tcPr>
          <w:p w14:paraId="5657222E" w14:textId="20319237"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67C718FF" w14:textId="60DEB708" w:rsidR="00F25D34" w:rsidRPr="009C3767" w:rsidRDefault="00F25D34" w:rsidP="00F25D34">
            <w:pPr>
              <w:spacing w:after="0"/>
              <w:jc w:val="center"/>
              <w:rPr>
                <w:rFonts w:cs="Times New Roman"/>
                <w:sz w:val="28"/>
                <w:szCs w:val="28"/>
              </w:rPr>
            </w:pPr>
            <w:r w:rsidRPr="009C3767">
              <w:rPr>
                <w:rFonts w:cs="Times New Roman"/>
                <w:sz w:val="28"/>
                <w:szCs w:val="28"/>
                <w:lang w:val="vi-VN"/>
              </w:rPr>
              <w:t>1430</w:t>
            </w:r>
          </w:p>
        </w:tc>
        <w:tc>
          <w:tcPr>
            <w:tcW w:w="1973" w:type="dxa"/>
            <w:tcMar>
              <w:top w:w="80" w:type="dxa"/>
              <w:left w:w="80" w:type="dxa"/>
              <w:bottom w:w="80" w:type="dxa"/>
              <w:right w:w="80" w:type="dxa"/>
            </w:tcMar>
          </w:tcPr>
          <w:p w14:paraId="0231F3B5"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5C16EA1E" w14:textId="515F1E20"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762067EC" w14:textId="7AE6DB59" w:rsidR="00F25D34" w:rsidRPr="009C3767" w:rsidRDefault="00F25D34" w:rsidP="00F25D34">
            <w:pPr>
              <w:spacing w:after="0"/>
              <w:jc w:val="center"/>
              <w:rPr>
                <w:rFonts w:cs="Times New Roman"/>
                <w:sz w:val="28"/>
                <w:szCs w:val="28"/>
              </w:rPr>
            </w:pPr>
            <w:r w:rsidRPr="009C3767">
              <w:rPr>
                <w:rFonts w:cs="Times New Roman"/>
                <w:sz w:val="28"/>
                <w:szCs w:val="28"/>
              </w:rPr>
              <w:t>Đạt</w:t>
            </w:r>
          </w:p>
        </w:tc>
        <w:tc>
          <w:tcPr>
            <w:tcW w:w="1296" w:type="dxa"/>
            <w:tcMar>
              <w:top w:w="80" w:type="dxa"/>
              <w:left w:w="80" w:type="dxa"/>
              <w:bottom w:w="80" w:type="dxa"/>
              <w:right w:w="80" w:type="dxa"/>
            </w:tcMar>
          </w:tcPr>
          <w:p w14:paraId="543FBF92" w14:textId="547433EB" w:rsidR="00F25D34" w:rsidRPr="009C3767" w:rsidRDefault="00F25D34" w:rsidP="00F25D34">
            <w:pPr>
              <w:spacing w:after="0"/>
              <w:jc w:val="center"/>
              <w:rPr>
                <w:rFonts w:cs="Times New Roman"/>
                <w:sz w:val="28"/>
                <w:szCs w:val="28"/>
              </w:rPr>
            </w:pPr>
            <w:r w:rsidRPr="009C3767">
              <w:rPr>
                <w:rFonts w:cs="Times New Roman"/>
                <w:sz w:val="28"/>
                <w:szCs w:val="28"/>
              </w:rPr>
              <w:t>Chia tách + Đổi tên</w:t>
            </w:r>
          </w:p>
        </w:tc>
        <w:tc>
          <w:tcPr>
            <w:tcW w:w="1720" w:type="dxa"/>
            <w:tcMar>
              <w:top w:w="80" w:type="dxa"/>
              <w:left w:w="80" w:type="dxa"/>
              <w:bottom w:w="80" w:type="dxa"/>
              <w:right w:w="80" w:type="dxa"/>
            </w:tcMar>
          </w:tcPr>
          <w:p w14:paraId="2CA5212D" w14:textId="54F65106" w:rsidR="00F25D34" w:rsidRPr="009C3767" w:rsidRDefault="00F25D34" w:rsidP="00F25D34">
            <w:pPr>
              <w:spacing w:after="0"/>
              <w:jc w:val="center"/>
              <w:rPr>
                <w:rFonts w:cs="Times New Roman"/>
                <w:spacing w:val="-6"/>
                <w:sz w:val="28"/>
                <w:szCs w:val="28"/>
              </w:rPr>
            </w:pPr>
            <w:r w:rsidRPr="009C3767">
              <w:rPr>
                <w:rFonts w:cs="Times New Roman"/>
                <w:spacing w:val="-6"/>
                <w:sz w:val="28"/>
                <w:szCs w:val="28"/>
              </w:rPr>
              <w:t>Số hộ nhiều khó khăn cho quản lý; Khu Chung cư đủ điều kiện thành lập tổ độc lập</w:t>
            </w:r>
          </w:p>
        </w:tc>
      </w:tr>
      <w:tr w:rsidR="00F25D34" w:rsidRPr="009C3767" w14:paraId="75CB3330" w14:textId="77777777" w:rsidTr="00F25D34">
        <w:trPr>
          <w:jc w:val="center"/>
        </w:trPr>
        <w:tc>
          <w:tcPr>
            <w:tcW w:w="562" w:type="dxa"/>
            <w:tcMar>
              <w:top w:w="80" w:type="dxa"/>
              <w:left w:w="80" w:type="dxa"/>
              <w:bottom w:w="80" w:type="dxa"/>
              <w:right w:w="80" w:type="dxa"/>
            </w:tcMar>
          </w:tcPr>
          <w:p w14:paraId="018AAE4D" w14:textId="59FC57AA" w:rsidR="00F25D34" w:rsidRPr="009C3767" w:rsidRDefault="00F25D34" w:rsidP="00F25D34">
            <w:pPr>
              <w:spacing w:after="0"/>
              <w:jc w:val="center"/>
              <w:rPr>
                <w:rFonts w:cs="Times New Roman"/>
                <w:sz w:val="28"/>
                <w:szCs w:val="28"/>
              </w:rPr>
            </w:pPr>
            <w:r w:rsidRPr="009C3767">
              <w:rPr>
                <w:rFonts w:cs="Times New Roman"/>
                <w:sz w:val="28"/>
                <w:szCs w:val="28"/>
              </w:rPr>
              <w:t>6</w:t>
            </w:r>
          </w:p>
        </w:tc>
        <w:tc>
          <w:tcPr>
            <w:tcW w:w="1591" w:type="dxa"/>
            <w:tcMar>
              <w:top w:w="80" w:type="dxa"/>
              <w:left w:w="80" w:type="dxa"/>
              <w:bottom w:w="80" w:type="dxa"/>
              <w:right w:w="80" w:type="dxa"/>
            </w:tcMar>
          </w:tcPr>
          <w:p w14:paraId="404D8222" w14:textId="53B30FE3" w:rsidR="00F25D34" w:rsidRPr="009C3767" w:rsidRDefault="00F25D34" w:rsidP="00F25D34">
            <w:pPr>
              <w:spacing w:after="0"/>
              <w:jc w:val="center"/>
              <w:rPr>
                <w:rFonts w:cs="Times New Roman"/>
                <w:sz w:val="28"/>
                <w:szCs w:val="28"/>
              </w:rPr>
            </w:pPr>
            <w:r w:rsidRPr="009C3767">
              <w:rPr>
                <w:rFonts w:cs="Times New Roman"/>
                <w:sz w:val="28"/>
                <w:szCs w:val="28"/>
              </w:rPr>
              <w:t>Tổ dân phố số 7B</w:t>
            </w:r>
          </w:p>
        </w:tc>
        <w:tc>
          <w:tcPr>
            <w:tcW w:w="987" w:type="dxa"/>
            <w:tcMar>
              <w:top w:w="80" w:type="dxa"/>
              <w:left w:w="80" w:type="dxa"/>
              <w:bottom w:w="80" w:type="dxa"/>
              <w:right w:w="80" w:type="dxa"/>
            </w:tcMar>
          </w:tcPr>
          <w:p w14:paraId="78863B19" w14:textId="5D96EDC2"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50963733" w14:textId="5B208EDD" w:rsidR="00F25D34" w:rsidRPr="009C3767" w:rsidRDefault="00F25D34" w:rsidP="00F25D34">
            <w:pPr>
              <w:spacing w:after="0"/>
              <w:jc w:val="center"/>
              <w:rPr>
                <w:rFonts w:cs="Times New Roman"/>
                <w:sz w:val="28"/>
                <w:szCs w:val="28"/>
              </w:rPr>
            </w:pPr>
            <w:r w:rsidRPr="009C3767">
              <w:rPr>
                <w:rFonts w:cs="Times New Roman"/>
                <w:sz w:val="28"/>
                <w:szCs w:val="28"/>
                <w:lang w:val="vi-VN"/>
              </w:rPr>
              <w:t>1523</w:t>
            </w:r>
          </w:p>
        </w:tc>
        <w:tc>
          <w:tcPr>
            <w:tcW w:w="1973" w:type="dxa"/>
            <w:tcMar>
              <w:top w:w="80" w:type="dxa"/>
              <w:left w:w="80" w:type="dxa"/>
              <w:bottom w:w="80" w:type="dxa"/>
              <w:right w:w="80" w:type="dxa"/>
            </w:tcMar>
          </w:tcPr>
          <w:p w14:paraId="0F304D85"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2DD088F4" w14:textId="4B1A9998"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3422C1EC" w14:textId="3A5FCAE1" w:rsidR="00F25D34" w:rsidRPr="009C3767" w:rsidRDefault="00F25D34" w:rsidP="00F25D34">
            <w:pPr>
              <w:spacing w:after="0"/>
              <w:jc w:val="center"/>
              <w:rPr>
                <w:rFonts w:cs="Times New Roman"/>
                <w:sz w:val="28"/>
                <w:szCs w:val="28"/>
              </w:rPr>
            </w:pPr>
            <w:r w:rsidRPr="009C3767">
              <w:rPr>
                <w:rFonts w:cs="Times New Roman"/>
                <w:sz w:val="28"/>
                <w:szCs w:val="28"/>
              </w:rPr>
              <w:t>Đạt</w:t>
            </w:r>
          </w:p>
        </w:tc>
        <w:tc>
          <w:tcPr>
            <w:tcW w:w="1296" w:type="dxa"/>
            <w:tcMar>
              <w:top w:w="80" w:type="dxa"/>
              <w:left w:w="80" w:type="dxa"/>
              <w:bottom w:w="80" w:type="dxa"/>
              <w:right w:w="80" w:type="dxa"/>
            </w:tcMar>
          </w:tcPr>
          <w:p w14:paraId="347646F0" w14:textId="50D6E647" w:rsidR="00F25D34" w:rsidRPr="009C3767" w:rsidRDefault="00F25D34" w:rsidP="00F25D34">
            <w:pPr>
              <w:spacing w:after="0"/>
              <w:jc w:val="center"/>
              <w:rPr>
                <w:rFonts w:cs="Times New Roman"/>
                <w:sz w:val="28"/>
                <w:szCs w:val="28"/>
              </w:rPr>
            </w:pPr>
            <w:r w:rsidRPr="009C3767">
              <w:rPr>
                <w:rFonts w:cs="Times New Roman"/>
                <w:sz w:val="28"/>
                <w:szCs w:val="28"/>
              </w:rPr>
              <w:t>Chia tách + Đổi tên</w:t>
            </w:r>
          </w:p>
        </w:tc>
        <w:tc>
          <w:tcPr>
            <w:tcW w:w="1720" w:type="dxa"/>
            <w:tcMar>
              <w:top w:w="80" w:type="dxa"/>
              <w:left w:w="80" w:type="dxa"/>
              <w:bottom w:w="80" w:type="dxa"/>
              <w:right w:w="80" w:type="dxa"/>
            </w:tcMar>
          </w:tcPr>
          <w:p w14:paraId="786A935C" w14:textId="77777777" w:rsidR="0097556B" w:rsidRPr="009C3767" w:rsidRDefault="00F25D34" w:rsidP="00F25D34">
            <w:pPr>
              <w:spacing w:after="0"/>
              <w:jc w:val="center"/>
              <w:rPr>
                <w:rFonts w:cs="Times New Roman"/>
                <w:spacing w:val="-10"/>
                <w:sz w:val="28"/>
                <w:szCs w:val="28"/>
              </w:rPr>
            </w:pPr>
            <w:r w:rsidRPr="009C3767">
              <w:rPr>
                <w:rFonts w:cs="Times New Roman"/>
                <w:spacing w:val="-10"/>
                <w:sz w:val="28"/>
                <w:szCs w:val="28"/>
              </w:rPr>
              <w:t xml:space="preserve">Số hộ nhiều khó khăn cho quản lý; Khu Chung cư đủ điều kiện thành lập </w:t>
            </w:r>
          </w:p>
          <w:p w14:paraId="388C349D" w14:textId="25CE5A4A" w:rsidR="00F25D34" w:rsidRPr="009C3767" w:rsidRDefault="00F25D34" w:rsidP="00F25D34">
            <w:pPr>
              <w:spacing w:after="0"/>
              <w:jc w:val="center"/>
              <w:rPr>
                <w:rFonts w:cs="Times New Roman"/>
                <w:spacing w:val="-10"/>
                <w:sz w:val="28"/>
                <w:szCs w:val="28"/>
              </w:rPr>
            </w:pPr>
            <w:r w:rsidRPr="009C3767">
              <w:rPr>
                <w:rFonts w:cs="Times New Roman"/>
                <w:spacing w:val="-10"/>
                <w:sz w:val="28"/>
                <w:szCs w:val="28"/>
              </w:rPr>
              <w:t>tổ độc lập</w:t>
            </w:r>
          </w:p>
        </w:tc>
      </w:tr>
      <w:tr w:rsidR="00F25D34" w:rsidRPr="009C3767" w14:paraId="0C693FAB" w14:textId="77777777" w:rsidTr="00F25D34">
        <w:trPr>
          <w:jc w:val="center"/>
        </w:trPr>
        <w:tc>
          <w:tcPr>
            <w:tcW w:w="562" w:type="dxa"/>
            <w:tcMar>
              <w:top w:w="80" w:type="dxa"/>
              <w:left w:w="80" w:type="dxa"/>
              <w:bottom w:w="80" w:type="dxa"/>
              <w:right w:w="80" w:type="dxa"/>
            </w:tcMar>
          </w:tcPr>
          <w:p w14:paraId="792F5596" w14:textId="40BBF903" w:rsidR="00F25D34" w:rsidRPr="009C3767" w:rsidRDefault="00F25D34" w:rsidP="00F25D34">
            <w:pPr>
              <w:spacing w:after="0"/>
              <w:jc w:val="center"/>
              <w:rPr>
                <w:rFonts w:cs="Times New Roman"/>
                <w:sz w:val="28"/>
                <w:szCs w:val="28"/>
              </w:rPr>
            </w:pPr>
            <w:r w:rsidRPr="009C3767">
              <w:rPr>
                <w:rFonts w:cs="Times New Roman"/>
                <w:sz w:val="28"/>
                <w:szCs w:val="28"/>
              </w:rPr>
              <w:t>7</w:t>
            </w:r>
          </w:p>
        </w:tc>
        <w:tc>
          <w:tcPr>
            <w:tcW w:w="1591" w:type="dxa"/>
            <w:tcMar>
              <w:top w:w="80" w:type="dxa"/>
              <w:left w:w="80" w:type="dxa"/>
              <w:bottom w:w="80" w:type="dxa"/>
              <w:right w:w="80" w:type="dxa"/>
            </w:tcMar>
          </w:tcPr>
          <w:p w14:paraId="27F3490A" w14:textId="64D95BCF" w:rsidR="00F25D34" w:rsidRPr="009C3767" w:rsidRDefault="00F25D34" w:rsidP="00F25D34">
            <w:pPr>
              <w:spacing w:after="0"/>
              <w:jc w:val="center"/>
              <w:rPr>
                <w:rFonts w:cs="Times New Roman"/>
                <w:sz w:val="28"/>
                <w:szCs w:val="28"/>
              </w:rPr>
            </w:pPr>
            <w:r w:rsidRPr="009C3767">
              <w:rPr>
                <w:rFonts w:cs="Times New Roman"/>
                <w:sz w:val="28"/>
                <w:szCs w:val="28"/>
              </w:rPr>
              <w:t>Tổ dân phố số 18</w:t>
            </w:r>
          </w:p>
        </w:tc>
        <w:tc>
          <w:tcPr>
            <w:tcW w:w="987" w:type="dxa"/>
            <w:tcMar>
              <w:top w:w="80" w:type="dxa"/>
              <w:left w:w="80" w:type="dxa"/>
              <w:bottom w:w="80" w:type="dxa"/>
              <w:right w:w="80" w:type="dxa"/>
            </w:tcMar>
          </w:tcPr>
          <w:p w14:paraId="3B45CDB0" w14:textId="6F10F7DF"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7FF0B698" w14:textId="3073C9D7" w:rsidR="00F25D34" w:rsidRPr="009C3767" w:rsidRDefault="00F25D34" w:rsidP="00F25D34">
            <w:pPr>
              <w:spacing w:after="0"/>
              <w:jc w:val="center"/>
              <w:rPr>
                <w:rFonts w:cs="Times New Roman"/>
                <w:sz w:val="28"/>
                <w:szCs w:val="28"/>
              </w:rPr>
            </w:pPr>
            <w:r w:rsidRPr="009C3767">
              <w:rPr>
                <w:rFonts w:cs="Times New Roman"/>
                <w:sz w:val="28"/>
                <w:szCs w:val="28"/>
              </w:rPr>
              <w:t>525</w:t>
            </w:r>
          </w:p>
        </w:tc>
        <w:tc>
          <w:tcPr>
            <w:tcW w:w="1973" w:type="dxa"/>
            <w:tcMar>
              <w:top w:w="80" w:type="dxa"/>
              <w:left w:w="80" w:type="dxa"/>
              <w:bottom w:w="80" w:type="dxa"/>
              <w:right w:w="80" w:type="dxa"/>
            </w:tcMar>
          </w:tcPr>
          <w:p w14:paraId="020E5704"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5099E75E" w14:textId="7B2CD651"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3B4DEE9F" w14:textId="4CD10DDA"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37C80BB3" w14:textId="554619A7"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1075A5E0" w14:textId="70D9A979"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72DF7655" w14:textId="77777777" w:rsidTr="00F25D34">
        <w:trPr>
          <w:jc w:val="center"/>
        </w:trPr>
        <w:tc>
          <w:tcPr>
            <w:tcW w:w="562" w:type="dxa"/>
            <w:tcMar>
              <w:top w:w="80" w:type="dxa"/>
              <w:left w:w="80" w:type="dxa"/>
              <w:bottom w:w="80" w:type="dxa"/>
              <w:right w:w="80" w:type="dxa"/>
            </w:tcMar>
          </w:tcPr>
          <w:p w14:paraId="7607C1DA" w14:textId="48F1417A" w:rsidR="00F25D34" w:rsidRPr="009C3767" w:rsidRDefault="00F25D34" w:rsidP="00F25D34">
            <w:pPr>
              <w:spacing w:after="0"/>
              <w:jc w:val="center"/>
              <w:rPr>
                <w:rFonts w:cs="Times New Roman"/>
                <w:sz w:val="28"/>
                <w:szCs w:val="28"/>
              </w:rPr>
            </w:pPr>
            <w:r w:rsidRPr="009C3767">
              <w:rPr>
                <w:rFonts w:cs="Times New Roman"/>
                <w:sz w:val="28"/>
                <w:szCs w:val="28"/>
              </w:rPr>
              <w:t>8</w:t>
            </w:r>
          </w:p>
        </w:tc>
        <w:tc>
          <w:tcPr>
            <w:tcW w:w="1591" w:type="dxa"/>
            <w:tcMar>
              <w:top w:w="80" w:type="dxa"/>
              <w:left w:w="80" w:type="dxa"/>
              <w:bottom w:w="80" w:type="dxa"/>
              <w:right w:w="80" w:type="dxa"/>
            </w:tcMar>
          </w:tcPr>
          <w:p w14:paraId="22A4BB96" w14:textId="79BA49C0" w:rsidR="00F25D34" w:rsidRPr="009C3767" w:rsidRDefault="00F25D34" w:rsidP="00F25D34">
            <w:pPr>
              <w:spacing w:after="0"/>
              <w:jc w:val="center"/>
              <w:rPr>
                <w:rFonts w:cs="Times New Roman"/>
                <w:sz w:val="28"/>
                <w:szCs w:val="28"/>
              </w:rPr>
            </w:pPr>
            <w:r w:rsidRPr="009C3767">
              <w:rPr>
                <w:rFonts w:cs="Times New Roman"/>
                <w:sz w:val="28"/>
                <w:szCs w:val="28"/>
              </w:rPr>
              <w:t>Tổ dân phố số 20</w:t>
            </w:r>
          </w:p>
        </w:tc>
        <w:tc>
          <w:tcPr>
            <w:tcW w:w="987" w:type="dxa"/>
            <w:tcMar>
              <w:top w:w="80" w:type="dxa"/>
              <w:left w:w="80" w:type="dxa"/>
              <w:bottom w:w="80" w:type="dxa"/>
              <w:right w:w="80" w:type="dxa"/>
            </w:tcMar>
          </w:tcPr>
          <w:p w14:paraId="24BD38D8" w14:textId="5DBE2B7D"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0A3A77A9" w14:textId="1F1E044A" w:rsidR="00F25D34" w:rsidRPr="009C3767" w:rsidRDefault="00F25D34" w:rsidP="00F25D34">
            <w:pPr>
              <w:spacing w:after="0"/>
              <w:jc w:val="center"/>
              <w:rPr>
                <w:rFonts w:cs="Times New Roman"/>
                <w:sz w:val="28"/>
                <w:szCs w:val="28"/>
              </w:rPr>
            </w:pPr>
            <w:r w:rsidRPr="009C3767">
              <w:rPr>
                <w:rFonts w:cs="Times New Roman"/>
                <w:sz w:val="28"/>
                <w:szCs w:val="28"/>
              </w:rPr>
              <w:t>579</w:t>
            </w:r>
          </w:p>
        </w:tc>
        <w:tc>
          <w:tcPr>
            <w:tcW w:w="1973" w:type="dxa"/>
            <w:tcMar>
              <w:top w:w="80" w:type="dxa"/>
              <w:left w:w="80" w:type="dxa"/>
              <w:bottom w:w="80" w:type="dxa"/>
              <w:right w:w="80" w:type="dxa"/>
            </w:tcMar>
          </w:tcPr>
          <w:p w14:paraId="000D42EC" w14:textId="565986EE"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17CD17E0" w14:textId="0B0D515F"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3219B26F" w14:textId="75C629AF"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1EDF2D74" w14:textId="6947740D"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478A79E3" w14:textId="77777777" w:rsidTr="00F25D34">
        <w:trPr>
          <w:jc w:val="center"/>
        </w:trPr>
        <w:tc>
          <w:tcPr>
            <w:tcW w:w="562" w:type="dxa"/>
            <w:tcMar>
              <w:top w:w="80" w:type="dxa"/>
              <w:left w:w="80" w:type="dxa"/>
              <w:bottom w:w="80" w:type="dxa"/>
              <w:right w:w="80" w:type="dxa"/>
            </w:tcMar>
          </w:tcPr>
          <w:p w14:paraId="57200190" w14:textId="73594D47" w:rsidR="00F25D34" w:rsidRPr="009C3767" w:rsidRDefault="00F25D34" w:rsidP="00F25D34">
            <w:pPr>
              <w:spacing w:after="0"/>
              <w:jc w:val="center"/>
              <w:rPr>
                <w:rFonts w:cs="Times New Roman"/>
                <w:sz w:val="28"/>
                <w:szCs w:val="28"/>
              </w:rPr>
            </w:pPr>
            <w:r w:rsidRPr="009C3767">
              <w:rPr>
                <w:rFonts w:cs="Times New Roman"/>
                <w:sz w:val="28"/>
                <w:szCs w:val="28"/>
              </w:rPr>
              <w:t>9</w:t>
            </w:r>
          </w:p>
        </w:tc>
        <w:tc>
          <w:tcPr>
            <w:tcW w:w="1591" w:type="dxa"/>
            <w:tcMar>
              <w:top w:w="80" w:type="dxa"/>
              <w:left w:w="80" w:type="dxa"/>
              <w:bottom w:w="80" w:type="dxa"/>
              <w:right w:w="80" w:type="dxa"/>
            </w:tcMar>
          </w:tcPr>
          <w:p w14:paraId="01E8DC77" w14:textId="66E1B05D" w:rsidR="00F25D34" w:rsidRPr="009C3767" w:rsidRDefault="00F25D34" w:rsidP="00F25D34">
            <w:pPr>
              <w:spacing w:after="0"/>
              <w:jc w:val="center"/>
              <w:rPr>
                <w:rFonts w:cs="Times New Roman"/>
                <w:sz w:val="28"/>
                <w:szCs w:val="28"/>
              </w:rPr>
            </w:pPr>
            <w:r w:rsidRPr="009C3767">
              <w:rPr>
                <w:rFonts w:cs="Times New Roman"/>
                <w:sz w:val="28"/>
                <w:szCs w:val="28"/>
              </w:rPr>
              <w:t>Tổ dân phố số 9</w:t>
            </w:r>
          </w:p>
        </w:tc>
        <w:tc>
          <w:tcPr>
            <w:tcW w:w="987" w:type="dxa"/>
            <w:tcMar>
              <w:top w:w="80" w:type="dxa"/>
              <w:left w:w="80" w:type="dxa"/>
              <w:bottom w:w="80" w:type="dxa"/>
              <w:right w:w="80" w:type="dxa"/>
            </w:tcMar>
          </w:tcPr>
          <w:p w14:paraId="5D5E6AF7" w14:textId="3C76F902"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0A3A663E" w14:textId="38C82930" w:rsidR="00F25D34" w:rsidRPr="009C3767" w:rsidRDefault="00F25D34" w:rsidP="00F25D34">
            <w:pPr>
              <w:spacing w:after="0"/>
              <w:jc w:val="center"/>
              <w:rPr>
                <w:rFonts w:cs="Times New Roman"/>
                <w:sz w:val="28"/>
                <w:szCs w:val="28"/>
              </w:rPr>
            </w:pPr>
            <w:r w:rsidRPr="009C3767">
              <w:rPr>
                <w:rFonts w:cs="Times New Roman"/>
                <w:sz w:val="28"/>
                <w:szCs w:val="28"/>
              </w:rPr>
              <w:t>155</w:t>
            </w:r>
          </w:p>
        </w:tc>
        <w:tc>
          <w:tcPr>
            <w:tcW w:w="1973" w:type="dxa"/>
            <w:tcMar>
              <w:top w:w="80" w:type="dxa"/>
              <w:left w:w="80" w:type="dxa"/>
              <w:bottom w:w="80" w:type="dxa"/>
              <w:right w:w="80" w:type="dxa"/>
            </w:tcMar>
          </w:tcPr>
          <w:p w14:paraId="29403F71"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7D712133" w14:textId="20CE8BE6"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7813A912" w14:textId="18F74F94"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254A0802" w14:textId="263D0FBB"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242200EE" w14:textId="753C028B"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0218C5BA" w14:textId="77777777" w:rsidTr="00F25D34">
        <w:trPr>
          <w:jc w:val="center"/>
        </w:trPr>
        <w:tc>
          <w:tcPr>
            <w:tcW w:w="562" w:type="dxa"/>
            <w:tcMar>
              <w:top w:w="80" w:type="dxa"/>
              <w:left w:w="80" w:type="dxa"/>
              <w:bottom w:w="80" w:type="dxa"/>
              <w:right w:w="80" w:type="dxa"/>
            </w:tcMar>
          </w:tcPr>
          <w:p w14:paraId="4D9553D8" w14:textId="1342083F" w:rsidR="00F25D34" w:rsidRPr="009C3767" w:rsidRDefault="00F25D34" w:rsidP="00F25D34">
            <w:pPr>
              <w:spacing w:after="0"/>
              <w:jc w:val="center"/>
              <w:rPr>
                <w:rFonts w:cs="Times New Roman"/>
                <w:sz w:val="28"/>
                <w:szCs w:val="28"/>
              </w:rPr>
            </w:pPr>
            <w:r w:rsidRPr="009C3767">
              <w:rPr>
                <w:rFonts w:cs="Times New Roman"/>
                <w:sz w:val="28"/>
                <w:szCs w:val="28"/>
              </w:rPr>
              <w:t>10</w:t>
            </w:r>
          </w:p>
        </w:tc>
        <w:tc>
          <w:tcPr>
            <w:tcW w:w="1591" w:type="dxa"/>
            <w:tcMar>
              <w:top w:w="80" w:type="dxa"/>
              <w:left w:w="80" w:type="dxa"/>
              <w:bottom w:w="80" w:type="dxa"/>
              <w:right w:w="80" w:type="dxa"/>
            </w:tcMar>
          </w:tcPr>
          <w:p w14:paraId="74BE5BDC" w14:textId="0A9F3500" w:rsidR="00F25D34" w:rsidRPr="009C3767" w:rsidRDefault="00F25D34" w:rsidP="00F25D34">
            <w:pPr>
              <w:spacing w:after="0"/>
              <w:jc w:val="center"/>
              <w:rPr>
                <w:rFonts w:cs="Times New Roman"/>
                <w:sz w:val="28"/>
                <w:szCs w:val="28"/>
              </w:rPr>
            </w:pPr>
            <w:r w:rsidRPr="009C3767">
              <w:rPr>
                <w:rFonts w:cs="Times New Roman"/>
                <w:sz w:val="28"/>
                <w:szCs w:val="28"/>
              </w:rPr>
              <w:t>Tổ dân phố số 15</w:t>
            </w:r>
          </w:p>
        </w:tc>
        <w:tc>
          <w:tcPr>
            <w:tcW w:w="987" w:type="dxa"/>
            <w:tcMar>
              <w:top w:w="80" w:type="dxa"/>
              <w:left w:w="80" w:type="dxa"/>
              <w:bottom w:w="80" w:type="dxa"/>
              <w:right w:w="80" w:type="dxa"/>
            </w:tcMar>
          </w:tcPr>
          <w:p w14:paraId="45D6F152" w14:textId="759B8013"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61F4ADEE" w14:textId="1A7A04F6" w:rsidR="00F25D34" w:rsidRPr="009C3767" w:rsidRDefault="00F25D34" w:rsidP="00F25D34">
            <w:pPr>
              <w:spacing w:after="0"/>
              <w:jc w:val="center"/>
              <w:rPr>
                <w:rFonts w:cs="Times New Roman"/>
                <w:sz w:val="28"/>
                <w:szCs w:val="28"/>
              </w:rPr>
            </w:pPr>
            <w:r w:rsidRPr="009C3767">
              <w:rPr>
                <w:rFonts w:cs="Times New Roman"/>
                <w:sz w:val="28"/>
                <w:szCs w:val="28"/>
              </w:rPr>
              <w:t>377</w:t>
            </w:r>
          </w:p>
        </w:tc>
        <w:tc>
          <w:tcPr>
            <w:tcW w:w="1973" w:type="dxa"/>
            <w:tcMar>
              <w:top w:w="80" w:type="dxa"/>
              <w:left w:w="80" w:type="dxa"/>
              <w:bottom w:w="80" w:type="dxa"/>
              <w:right w:w="80" w:type="dxa"/>
            </w:tcMar>
          </w:tcPr>
          <w:p w14:paraId="741CAFDF"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02C166D2" w14:textId="0B93ECE9"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50923438" w14:textId="62B49EBB"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13EA2F73" w14:textId="5488EE74"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1A2B16DC" w14:textId="1A3A76F3"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r w:rsidR="00F25D34" w:rsidRPr="009C3767" w14:paraId="517CF4F4" w14:textId="77777777" w:rsidTr="00F25D34">
        <w:trPr>
          <w:jc w:val="center"/>
        </w:trPr>
        <w:tc>
          <w:tcPr>
            <w:tcW w:w="562" w:type="dxa"/>
            <w:tcMar>
              <w:top w:w="80" w:type="dxa"/>
              <w:left w:w="80" w:type="dxa"/>
              <w:bottom w:w="80" w:type="dxa"/>
              <w:right w:w="80" w:type="dxa"/>
            </w:tcMar>
          </w:tcPr>
          <w:p w14:paraId="27D71571" w14:textId="6BA6ABFF" w:rsidR="00F25D34" w:rsidRPr="009C3767" w:rsidRDefault="00F25D34" w:rsidP="00F25D34">
            <w:pPr>
              <w:spacing w:after="0"/>
              <w:jc w:val="center"/>
              <w:rPr>
                <w:rFonts w:cs="Times New Roman"/>
                <w:sz w:val="28"/>
                <w:szCs w:val="28"/>
              </w:rPr>
            </w:pPr>
            <w:r w:rsidRPr="009C3767">
              <w:rPr>
                <w:rFonts w:cs="Times New Roman"/>
                <w:sz w:val="28"/>
                <w:szCs w:val="28"/>
              </w:rPr>
              <w:t>11</w:t>
            </w:r>
          </w:p>
        </w:tc>
        <w:tc>
          <w:tcPr>
            <w:tcW w:w="1591" w:type="dxa"/>
            <w:tcMar>
              <w:top w:w="80" w:type="dxa"/>
              <w:left w:w="80" w:type="dxa"/>
              <w:bottom w:w="80" w:type="dxa"/>
              <w:right w:w="80" w:type="dxa"/>
            </w:tcMar>
          </w:tcPr>
          <w:p w14:paraId="015E50DE" w14:textId="0AA54ED9" w:rsidR="00F25D34" w:rsidRPr="009C3767" w:rsidRDefault="00F25D34" w:rsidP="00F25D34">
            <w:pPr>
              <w:spacing w:after="0"/>
              <w:jc w:val="center"/>
              <w:rPr>
                <w:rFonts w:cs="Times New Roman"/>
                <w:sz w:val="28"/>
                <w:szCs w:val="28"/>
              </w:rPr>
            </w:pPr>
            <w:r w:rsidRPr="009C3767">
              <w:rPr>
                <w:rFonts w:cs="Times New Roman"/>
                <w:sz w:val="28"/>
                <w:szCs w:val="28"/>
              </w:rPr>
              <w:t>Tổ dân phố số 16</w:t>
            </w:r>
          </w:p>
        </w:tc>
        <w:tc>
          <w:tcPr>
            <w:tcW w:w="987" w:type="dxa"/>
            <w:tcMar>
              <w:top w:w="80" w:type="dxa"/>
              <w:left w:w="80" w:type="dxa"/>
              <w:bottom w:w="80" w:type="dxa"/>
              <w:right w:w="80" w:type="dxa"/>
            </w:tcMar>
          </w:tcPr>
          <w:p w14:paraId="1A510CB3" w14:textId="6BBA93EB" w:rsidR="00F25D34" w:rsidRPr="009C3767" w:rsidRDefault="00F25D34" w:rsidP="00F25D34">
            <w:pPr>
              <w:spacing w:after="0"/>
              <w:jc w:val="center"/>
              <w:rPr>
                <w:rFonts w:cs="Times New Roman"/>
                <w:sz w:val="28"/>
                <w:szCs w:val="28"/>
              </w:rPr>
            </w:pPr>
            <w:r w:rsidRPr="009C3767">
              <w:rPr>
                <w:rFonts w:cs="Times New Roman"/>
                <w:sz w:val="28"/>
                <w:szCs w:val="28"/>
                <w:lang w:val="vi-VN"/>
              </w:rPr>
              <w:t>TDP</w:t>
            </w:r>
          </w:p>
        </w:tc>
        <w:tc>
          <w:tcPr>
            <w:tcW w:w="993" w:type="dxa"/>
            <w:tcMar>
              <w:top w:w="80" w:type="dxa"/>
              <w:left w:w="80" w:type="dxa"/>
              <w:bottom w:w="80" w:type="dxa"/>
              <w:right w:w="80" w:type="dxa"/>
            </w:tcMar>
          </w:tcPr>
          <w:p w14:paraId="3260DD69" w14:textId="3477EF93" w:rsidR="00F25D34" w:rsidRPr="009C3767" w:rsidRDefault="00F25D34" w:rsidP="00F25D34">
            <w:pPr>
              <w:spacing w:after="0"/>
              <w:jc w:val="center"/>
              <w:rPr>
                <w:rFonts w:cs="Times New Roman"/>
                <w:sz w:val="28"/>
                <w:szCs w:val="28"/>
              </w:rPr>
            </w:pPr>
            <w:r w:rsidRPr="009C3767">
              <w:rPr>
                <w:rFonts w:cs="Times New Roman"/>
                <w:sz w:val="28"/>
                <w:szCs w:val="28"/>
              </w:rPr>
              <w:t>553</w:t>
            </w:r>
          </w:p>
        </w:tc>
        <w:tc>
          <w:tcPr>
            <w:tcW w:w="1973" w:type="dxa"/>
            <w:tcMar>
              <w:top w:w="80" w:type="dxa"/>
              <w:left w:w="80" w:type="dxa"/>
              <w:bottom w:w="80" w:type="dxa"/>
              <w:right w:w="80" w:type="dxa"/>
            </w:tcMar>
          </w:tcPr>
          <w:p w14:paraId="6C353450" w14:textId="77777777" w:rsidR="00F25D34" w:rsidRPr="009C3767" w:rsidRDefault="00F25D34" w:rsidP="00F25D34">
            <w:pPr>
              <w:spacing w:after="0"/>
              <w:jc w:val="center"/>
              <w:rPr>
                <w:rFonts w:cs="Times New Roman"/>
                <w:sz w:val="28"/>
                <w:szCs w:val="28"/>
              </w:rPr>
            </w:pPr>
            <w:r w:rsidRPr="009C3767">
              <w:rPr>
                <w:rFonts w:cs="Times New Roman"/>
                <w:sz w:val="28"/>
                <w:szCs w:val="28"/>
              </w:rPr>
              <w:t xml:space="preserve">Điều 10 </w:t>
            </w:r>
          </w:p>
          <w:p w14:paraId="491AD4D5" w14:textId="5024CBD6" w:rsidR="00F25D34" w:rsidRPr="009C3767" w:rsidRDefault="00F25D34" w:rsidP="00F25D34">
            <w:pPr>
              <w:spacing w:after="0"/>
              <w:jc w:val="center"/>
              <w:rPr>
                <w:rFonts w:cs="Times New Roman"/>
                <w:sz w:val="28"/>
                <w:szCs w:val="28"/>
              </w:rPr>
            </w:pPr>
            <w:r w:rsidRPr="009C3767">
              <w:rPr>
                <w:rFonts w:cs="Times New Roman"/>
                <w:sz w:val="28"/>
                <w:szCs w:val="28"/>
              </w:rPr>
              <w:t xml:space="preserve">Nghị định số </w:t>
            </w:r>
            <w:r w:rsidRPr="009C3767">
              <w:rPr>
                <w:rFonts w:cs="Times New Roman"/>
                <w:spacing w:val="-12"/>
                <w:sz w:val="28"/>
                <w:szCs w:val="28"/>
              </w:rPr>
              <w:t>185/2026/NĐ-CP</w:t>
            </w:r>
          </w:p>
        </w:tc>
        <w:tc>
          <w:tcPr>
            <w:tcW w:w="1262" w:type="dxa"/>
            <w:tcMar>
              <w:top w:w="80" w:type="dxa"/>
              <w:left w:w="80" w:type="dxa"/>
              <w:bottom w:w="80" w:type="dxa"/>
              <w:right w:w="80" w:type="dxa"/>
            </w:tcMar>
          </w:tcPr>
          <w:p w14:paraId="2563BCBF" w14:textId="463A4E17" w:rsidR="00F25D34" w:rsidRPr="009C3767" w:rsidRDefault="00F25D34" w:rsidP="00F25D34">
            <w:pPr>
              <w:spacing w:after="0"/>
              <w:jc w:val="center"/>
              <w:rPr>
                <w:rFonts w:cs="Times New Roman"/>
                <w:sz w:val="28"/>
                <w:szCs w:val="28"/>
              </w:rPr>
            </w:pPr>
            <w:r w:rsidRPr="009C3767">
              <w:rPr>
                <w:rFonts w:cs="Times New Roman"/>
                <w:sz w:val="28"/>
                <w:szCs w:val="28"/>
              </w:rPr>
              <w:t>Chưa đạt</w:t>
            </w:r>
          </w:p>
        </w:tc>
        <w:tc>
          <w:tcPr>
            <w:tcW w:w="1296" w:type="dxa"/>
            <w:tcMar>
              <w:top w:w="80" w:type="dxa"/>
              <w:left w:w="80" w:type="dxa"/>
              <w:bottom w:w="80" w:type="dxa"/>
              <w:right w:w="80" w:type="dxa"/>
            </w:tcMar>
          </w:tcPr>
          <w:p w14:paraId="7E4CA095" w14:textId="7F13EEB8" w:rsidR="00F25D34" w:rsidRPr="009C3767" w:rsidRDefault="00F25D34" w:rsidP="00F25D34">
            <w:pPr>
              <w:spacing w:after="0"/>
              <w:jc w:val="center"/>
              <w:rPr>
                <w:rFonts w:cs="Times New Roman"/>
                <w:sz w:val="28"/>
                <w:szCs w:val="28"/>
              </w:rPr>
            </w:pPr>
            <w:r w:rsidRPr="009C3767">
              <w:rPr>
                <w:rFonts w:cs="Times New Roman"/>
                <w:sz w:val="28"/>
                <w:szCs w:val="28"/>
              </w:rPr>
              <w:t>Sáp nhập + Đổi tên</w:t>
            </w:r>
          </w:p>
        </w:tc>
        <w:tc>
          <w:tcPr>
            <w:tcW w:w="1720" w:type="dxa"/>
            <w:tcMar>
              <w:top w:w="80" w:type="dxa"/>
              <w:left w:w="80" w:type="dxa"/>
              <w:bottom w:w="80" w:type="dxa"/>
              <w:right w:w="80" w:type="dxa"/>
            </w:tcMar>
          </w:tcPr>
          <w:p w14:paraId="5CB972FB" w14:textId="4FF203D8" w:rsidR="00F25D34" w:rsidRPr="009C3767" w:rsidRDefault="00F25D34" w:rsidP="00F25D34">
            <w:pPr>
              <w:spacing w:after="0"/>
              <w:jc w:val="center"/>
              <w:rPr>
                <w:rFonts w:cs="Times New Roman"/>
                <w:sz w:val="28"/>
                <w:szCs w:val="28"/>
              </w:rPr>
            </w:pPr>
            <w:r w:rsidRPr="009C3767">
              <w:rPr>
                <w:rFonts w:cs="Times New Roman"/>
                <w:sz w:val="28"/>
                <w:szCs w:val="28"/>
              </w:rPr>
              <w:t>Số hộ chưa đảm bảo theo quy định</w:t>
            </w:r>
          </w:p>
        </w:tc>
      </w:tr>
    </w:tbl>
    <w:p w14:paraId="2CB08FD3" w14:textId="3EEE72EF" w:rsidR="00102E8F" w:rsidRPr="009C3767" w:rsidRDefault="00723C88" w:rsidP="0045062A">
      <w:pPr>
        <w:spacing w:before="60" w:after="60"/>
        <w:ind w:firstLine="720"/>
        <w:jc w:val="both"/>
        <w:rPr>
          <w:rFonts w:ascii="Times New Roman Bold" w:hAnsi="Times New Roman Bold" w:cs="Times New Roman"/>
          <w:spacing w:val="-10"/>
          <w:sz w:val="28"/>
          <w:szCs w:val="28"/>
        </w:rPr>
      </w:pPr>
      <w:r w:rsidRPr="009C3767">
        <w:rPr>
          <w:rFonts w:ascii="Times New Roman Bold" w:hAnsi="Times New Roman Bold" w:cs="Times New Roman"/>
          <w:b/>
          <w:spacing w:val="-10"/>
          <w:sz w:val="28"/>
          <w:szCs w:val="28"/>
        </w:rPr>
        <w:lastRenderedPageBreak/>
        <w:t>4. Hiện trạng tổ chức hệ thống chính trị và người hoạt động không chuyên trách</w:t>
      </w:r>
    </w:p>
    <w:p w14:paraId="4A100E5A" w14:textId="378E3103" w:rsidR="00CC23C0" w:rsidRPr="009C3767" w:rsidRDefault="00CC23C0" w:rsidP="0045062A">
      <w:pPr>
        <w:spacing w:before="60" w:after="60"/>
        <w:ind w:firstLine="567"/>
        <w:jc w:val="both"/>
        <w:rPr>
          <w:rFonts w:cs="Times New Roman"/>
          <w:sz w:val="28"/>
          <w:szCs w:val="28"/>
        </w:rPr>
      </w:pPr>
      <w:r w:rsidRPr="009C3767">
        <w:rPr>
          <w:rFonts w:cs="Times New Roman"/>
          <w:sz w:val="28"/>
          <w:szCs w:val="28"/>
        </w:rPr>
        <w:t>Tính đến thời điểm 15/5/2026, trên địa bàn phường Yên Sở hiện có 46 người hoạt động không chuyên trách ở tổ dân phố nếu tính cả các chức danh Bí thư chi bộ, Trưởng ban công tác Mặt trận, Tổ trưởng tổ dân phố và Phó Tổ trưởng tổ dân phố. Trong đó:</w:t>
      </w:r>
    </w:p>
    <w:tbl>
      <w:tblPr>
        <w:tblW w:w="103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0"/>
        <w:gridCol w:w="1132"/>
        <w:gridCol w:w="1107"/>
        <w:gridCol w:w="1042"/>
        <w:gridCol w:w="3190"/>
      </w:tblGrid>
      <w:tr w:rsidR="001F7F79" w:rsidRPr="009C3767" w14:paraId="3DC69AC0" w14:textId="5B4387B6" w:rsidTr="001F7F79">
        <w:trPr>
          <w:trHeight w:val="440"/>
          <w:jc w:val="center"/>
        </w:trPr>
        <w:tc>
          <w:tcPr>
            <w:tcW w:w="3830" w:type="dxa"/>
            <w:tcMar>
              <w:top w:w="80" w:type="dxa"/>
              <w:left w:w="80" w:type="dxa"/>
              <w:bottom w:w="80" w:type="dxa"/>
              <w:right w:w="80" w:type="dxa"/>
            </w:tcMar>
          </w:tcPr>
          <w:p w14:paraId="499FD331" w14:textId="4C0E8825" w:rsidR="00B07C32" w:rsidRPr="009C3767" w:rsidRDefault="00B07C32" w:rsidP="00F25D34">
            <w:pPr>
              <w:spacing w:after="0"/>
              <w:jc w:val="center"/>
              <w:rPr>
                <w:rFonts w:cs="Times New Roman"/>
                <w:sz w:val="28"/>
                <w:szCs w:val="28"/>
              </w:rPr>
            </w:pPr>
            <w:r w:rsidRPr="009C3767">
              <w:rPr>
                <w:rFonts w:cs="Times New Roman"/>
                <w:b/>
                <w:sz w:val="28"/>
                <w:szCs w:val="28"/>
              </w:rPr>
              <w:t>Chức danh/Nội dung</w:t>
            </w:r>
          </w:p>
        </w:tc>
        <w:tc>
          <w:tcPr>
            <w:tcW w:w="1132" w:type="dxa"/>
            <w:tcMar>
              <w:top w:w="80" w:type="dxa"/>
              <w:left w:w="80" w:type="dxa"/>
              <w:bottom w:w="80" w:type="dxa"/>
              <w:right w:w="80" w:type="dxa"/>
            </w:tcMar>
          </w:tcPr>
          <w:p w14:paraId="1375DFFC" w14:textId="6489D85E" w:rsidR="00B07C32" w:rsidRPr="009C3767" w:rsidRDefault="00B07C32" w:rsidP="00F25D34">
            <w:pPr>
              <w:spacing w:after="0"/>
              <w:jc w:val="center"/>
              <w:rPr>
                <w:rFonts w:cs="Times New Roman"/>
                <w:sz w:val="28"/>
                <w:szCs w:val="28"/>
                <w:lang w:val="vi-VN"/>
              </w:rPr>
            </w:pPr>
            <w:r w:rsidRPr="009C3767">
              <w:rPr>
                <w:rFonts w:cs="Times New Roman"/>
                <w:b/>
                <w:sz w:val="28"/>
                <w:szCs w:val="28"/>
              </w:rPr>
              <w:t>Hiện có</w:t>
            </w:r>
          </w:p>
        </w:tc>
        <w:tc>
          <w:tcPr>
            <w:tcW w:w="1107" w:type="dxa"/>
            <w:tcMar>
              <w:top w:w="80" w:type="dxa"/>
              <w:left w:w="80" w:type="dxa"/>
              <w:bottom w:w="80" w:type="dxa"/>
              <w:right w:w="80" w:type="dxa"/>
            </w:tcMar>
          </w:tcPr>
          <w:p w14:paraId="18215DFF" w14:textId="77777777" w:rsidR="001F7F79" w:rsidRPr="009C3767" w:rsidRDefault="00B07C32" w:rsidP="00F25D34">
            <w:pPr>
              <w:spacing w:after="0"/>
              <w:jc w:val="center"/>
              <w:rPr>
                <w:rFonts w:cs="Times New Roman"/>
                <w:b/>
                <w:sz w:val="28"/>
                <w:szCs w:val="28"/>
              </w:rPr>
            </w:pPr>
            <w:r w:rsidRPr="009C3767">
              <w:rPr>
                <w:rFonts w:cs="Times New Roman"/>
                <w:b/>
                <w:sz w:val="28"/>
                <w:szCs w:val="28"/>
              </w:rPr>
              <w:t xml:space="preserve">Sau </w:t>
            </w:r>
          </w:p>
          <w:p w14:paraId="2C1E9094" w14:textId="13AABD00" w:rsidR="00B07C32" w:rsidRPr="009C3767" w:rsidRDefault="00B07C32" w:rsidP="00F25D34">
            <w:pPr>
              <w:spacing w:after="0"/>
              <w:jc w:val="center"/>
              <w:rPr>
                <w:rFonts w:cs="Times New Roman"/>
                <w:sz w:val="28"/>
                <w:szCs w:val="28"/>
                <w:lang w:val="vi-VN"/>
              </w:rPr>
            </w:pPr>
            <w:r w:rsidRPr="009C3767">
              <w:rPr>
                <w:rFonts w:cs="Times New Roman"/>
                <w:b/>
                <w:sz w:val="28"/>
                <w:szCs w:val="28"/>
              </w:rPr>
              <w:t>sắp xếp</w:t>
            </w:r>
          </w:p>
        </w:tc>
        <w:tc>
          <w:tcPr>
            <w:tcW w:w="1042" w:type="dxa"/>
            <w:tcMar>
              <w:top w:w="80" w:type="dxa"/>
              <w:left w:w="80" w:type="dxa"/>
              <w:bottom w:w="80" w:type="dxa"/>
              <w:right w:w="80" w:type="dxa"/>
            </w:tcMar>
          </w:tcPr>
          <w:p w14:paraId="08AF32C0" w14:textId="77777777" w:rsidR="001F7F79" w:rsidRPr="009C3767" w:rsidRDefault="00B07C32" w:rsidP="00F25D34">
            <w:pPr>
              <w:spacing w:after="0"/>
              <w:jc w:val="center"/>
              <w:rPr>
                <w:rFonts w:cs="Times New Roman"/>
                <w:b/>
                <w:sz w:val="28"/>
                <w:szCs w:val="28"/>
              </w:rPr>
            </w:pPr>
            <w:r w:rsidRPr="009C3767">
              <w:rPr>
                <w:rFonts w:cs="Times New Roman"/>
                <w:b/>
                <w:sz w:val="28"/>
                <w:szCs w:val="28"/>
              </w:rPr>
              <w:t>Tăng/</w:t>
            </w:r>
          </w:p>
          <w:p w14:paraId="2B9D42ED" w14:textId="421A5EAF" w:rsidR="00B07C32" w:rsidRPr="009C3767" w:rsidRDefault="00B07C32" w:rsidP="00F25D34">
            <w:pPr>
              <w:spacing w:after="0"/>
              <w:jc w:val="center"/>
              <w:rPr>
                <w:rFonts w:cs="Times New Roman"/>
                <w:sz w:val="28"/>
                <w:szCs w:val="28"/>
                <w:lang w:val="vi-VN"/>
              </w:rPr>
            </w:pPr>
            <w:r w:rsidRPr="009C3767">
              <w:rPr>
                <w:rFonts w:cs="Times New Roman"/>
                <w:b/>
                <w:sz w:val="28"/>
                <w:szCs w:val="28"/>
              </w:rPr>
              <w:t>giảm</w:t>
            </w:r>
          </w:p>
        </w:tc>
        <w:tc>
          <w:tcPr>
            <w:tcW w:w="3190" w:type="dxa"/>
          </w:tcPr>
          <w:p w14:paraId="48BA2DA7" w14:textId="1935CD23" w:rsidR="00B07C32" w:rsidRPr="009C3767" w:rsidRDefault="00B07C32" w:rsidP="00F25D34">
            <w:pPr>
              <w:spacing w:after="0"/>
              <w:jc w:val="center"/>
              <w:rPr>
                <w:rFonts w:cs="Times New Roman"/>
                <w:b/>
                <w:sz w:val="28"/>
                <w:szCs w:val="28"/>
              </w:rPr>
            </w:pPr>
            <w:r w:rsidRPr="009C3767">
              <w:rPr>
                <w:rFonts w:cs="Times New Roman"/>
                <w:b/>
                <w:sz w:val="28"/>
                <w:szCs w:val="28"/>
              </w:rPr>
              <w:t>Ghi chú</w:t>
            </w:r>
          </w:p>
        </w:tc>
      </w:tr>
      <w:tr w:rsidR="001F7F79" w:rsidRPr="009C3767" w14:paraId="01E9258B" w14:textId="29764606" w:rsidTr="001F7F79">
        <w:trPr>
          <w:trHeight w:val="294"/>
          <w:jc w:val="center"/>
        </w:trPr>
        <w:tc>
          <w:tcPr>
            <w:tcW w:w="3830" w:type="dxa"/>
            <w:tcMar>
              <w:top w:w="80" w:type="dxa"/>
              <w:left w:w="80" w:type="dxa"/>
              <w:bottom w:w="80" w:type="dxa"/>
              <w:right w:w="80" w:type="dxa"/>
            </w:tcMar>
          </w:tcPr>
          <w:p w14:paraId="3F6333D3" w14:textId="388D1B1D" w:rsidR="00B07C32" w:rsidRPr="009C3767" w:rsidRDefault="00B07C32" w:rsidP="00F25D34">
            <w:pPr>
              <w:spacing w:after="0"/>
              <w:jc w:val="center"/>
              <w:rPr>
                <w:rFonts w:cs="Times New Roman"/>
                <w:sz w:val="28"/>
                <w:szCs w:val="28"/>
              </w:rPr>
            </w:pPr>
            <w:r w:rsidRPr="009C3767">
              <w:rPr>
                <w:rFonts w:cs="Times New Roman"/>
                <w:sz w:val="28"/>
                <w:szCs w:val="28"/>
              </w:rPr>
              <w:t>Trưởng thôn/Tổ trưởng TDP</w:t>
            </w:r>
          </w:p>
        </w:tc>
        <w:tc>
          <w:tcPr>
            <w:tcW w:w="1132" w:type="dxa"/>
            <w:tcMar>
              <w:top w:w="80" w:type="dxa"/>
              <w:left w:w="80" w:type="dxa"/>
              <w:bottom w:w="80" w:type="dxa"/>
              <w:right w:w="80" w:type="dxa"/>
            </w:tcMar>
          </w:tcPr>
          <w:p w14:paraId="5BC80B07" w14:textId="1855FDB5"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15</w:t>
            </w:r>
          </w:p>
        </w:tc>
        <w:tc>
          <w:tcPr>
            <w:tcW w:w="1107" w:type="dxa"/>
            <w:tcMar>
              <w:top w:w="80" w:type="dxa"/>
              <w:left w:w="80" w:type="dxa"/>
              <w:bottom w:w="80" w:type="dxa"/>
              <w:right w:w="80" w:type="dxa"/>
            </w:tcMar>
          </w:tcPr>
          <w:p w14:paraId="245C0288" w14:textId="35F2B7E2"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11</w:t>
            </w:r>
          </w:p>
        </w:tc>
        <w:tc>
          <w:tcPr>
            <w:tcW w:w="1042" w:type="dxa"/>
            <w:tcMar>
              <w:top w:w="80" w:type="dxa"/>
              <w:left w:w="80" w:type="dxa"/>
              <w:bottom w:w="80" w:type="dxa"/>
              <w:right w:w="80" w:type="dxa"/>
            </w:tcMar>
          </w:tcPr>
          <w:p w14:paraId="78D9DFF6" w14:textId="3B853C9B"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-4</w:t>
            </w:r>
          </w:p>
        </w:tc>
        <w:tc>
          <w:tcPr>
            <w:tcW w:w="3190" w:type="dxa"/>
          </w:tcPr>
          <w:p w14:paraId="39690C4D" w14:textId="77777777" w:rsidR="00B07C32" w:rsidRPr="009C3767" w:rsidRDefault="00B07C32" w:rsidP="00F25D34">
            <w:pPr>
              <w:spacing w:after="0"/>
              <w:jc w:val="center"/>
              <w:rPr>
                <w:rFonts w:cs="Times New Roman"/>
                <w:sz w:val="28"/>
                <w:szCs w:val="28"/>
                <w:lang w:val="vi-VN"/>
              </w:rPr>
            </w:pPr>
          </w:p>
        </w:tc>
      </w:tr>
      <w:tr w:rsidR="001F7F79" w:rsidRPr="009C3767" w14:paraId="13A4E4B5" w14:textId="0E09C1B0" w:rsidTr="001F7F79">
        <w:trPr>
          <w:trHeight w:val="294"/>
          <w:jc w:val="center"/>
        </w:trPr>
        <w:tc>
          <w:tcPr>
            <w:tcW w:w="3830" w:type="dxa"/>
            <w:tcMar>
              <w:top w:w="80" w:type="dxa"/>
              <w:left w:w="80" w:type="dxa"/>
              <w:bottom w:w="80" w:type="dxa"/>
              <w:right w:w="80" w:type="dxa"/>
            </w:tcMar>
          </w:tcPr>
          <w:p w14:paraId="072B91AB" w14:textId="77777777" w:rsidR="00B07C32" w:rsidRPr="009C3767" w:rsidRDefault="00B07C32" w:rsidP="00F25D34">
            <w:pPr>
              <w:spacing w:after="0"/>
              <w:jc w:val="center"/>
              <w:rPr>
                <w:rFonts w:cs="Times New Roman"/>
                <w:sz w:val="28"/>
                <w:szCs w:val="28"/>
              </w:rPr>
            </w:pPr>
            <w:r w:rsidRPr="009C3767">
              <w:rPr>
                <w:rFonts w:cs="Times New Roman"/>
                <w:sz w:val="28"/>
                <w:szCs w:val="28"/>
              </w:rPr>
              <w:t>Bí thư chi bộ</w:t>
            </w:r>
          </w:p>
        </w:tc>
        <w:tc>
          <w:tcPr>
            <w:tcW w:w="1132" w:type="dxa"/>
            <w:tcMar>
              <w:top w:w="80" w:type="dxa"/>
              <w:left w:w="80" w:type="dxa"/>
              <w:bottom w:w="80" w:type="dxa"/>
              <w:right w:w="80" w:type="dxa"/>
            </w:tcMar>
          </w:tcPr>
          <w:p w14:paraId="2D7FFF66" w14:textId="7869E6DA"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12</w:t>
            </w:r>
          </w:p>
        </w:tc>
        <w:tc>
          <w:tcPr>
            <w:tcW w:w="1107" w:type="dxa"/>
            <w:tcMar>
              <w:top w:w="80" w:type="dxa"/>
              <w:left w:w="80" w:type="dxa"/>
              <w:bottom w:w="80" w:type="dxa"/>
              <w:right w:w="80" w:type="dxa"/>
            </w:tcMar>
          </w:tcPr>
          <w:p w14:paraId="2275C153" w14:textId="248CEAD8"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11</w:t>
            </w:r>
          </w:p>
        </w:tc>
        <w:tc>
          <w:tcPr>
            <w:tcW w:w="1042" w:type="dxa"/>
            <w:tcMar>
              <w:top w:w="80" w:type="dxa"/>
              <w:left w:w="80" w:type="dxa"/>
              <w:bottom w:w="80" w:type="dxa"/>
              <w:right w:w="80" w:type="dxa"/>
            </w:tcMar>
          </w:tcPr>
          <w:p w14:paraId="1A865BC1" w14:textId="3CC2154E"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w:t>
            </w:r>
          </w:p>
        </w:tc>
        <w:tc>
          <w:tcPr>
            <w:tcW w:w="3190" w:type="dxa"/>
          </w:tcPr>
          <w:p w14:paraId="27583D01" w14:textId="77777777" w:rsidR="00B07C32" w:rsidRPr="009C3767" w:rsidRDefault="00B07C32" w:rsidP="00F25D34">
            <w:pPr>
              <w:spacing w:after="0"/>
              <w:jc w:val="center"/>
              <w:rPr>
                <w:rFonts w:cs="Times New Roman"/>
                <w:sz w:val="28"/>
                <w:szCs w:val="28"/>
                <w:lang w:val="vi-VN"/>
              </w:rPr>
            </w:pPr>
          </w:p>
        </w:tc>
      </w:tr>
      <w:tr w:rsidR="001F7F79" w:rsidRPr="009C3767" w14:paraId="4D57347E" w14:textId="7F290E73" w:rsidTr="001F7F79">
        <w:trPr>
          <w:trHeight w:val="349"/>
          <w:jc w:val="center"/>
        </w:trPr>
        <w:tc>
          <w:tcPr>
            <w:tcW w:w="3830" w:type="dxa"/>
            <w:tcMar>
              <w:top w:w="80" w:type="dxa"/>
              <w:left w:w="80" w:type="dxa"/>
              <w:bottom w:w="80" w:type="dxa"/>
              <w:right w:w="80" w:type="dxa"/>
            </w:tcMar>
          </w:tcPr>
          <w:p w14:paraId="301EEF10" w14:textId="77777777" w:rsidR="00B07C32" w:rsidRPr="009C3767" w:rsidRDefault="00B07C32" w:rsidP="00F25D34">
            <w:pPr>
              <w:spacing w:after="0"/>
              <w:jc w:val="center"/>
              <w:rPr>
                <w:rFonts w:cs="Times New Roman"/>
                <w:sz w:val="28"/>
                <w:szCs w:val="28"/>
              </w:rPr>
            </w:pPr>
            <w:r w:rsidRPr="009C3767">
              <w:rPr>
                <w:rFonts w:cs="Times New Roman"/>
                <w:sz w:val="28"/>
                <w:szCs w:val="28"/>
              </w:rPr>
              <w:t xml:space="preserve">Trưởng ban công tác </w:t>
            </w:r>
          </w:p>
          <w:p w14:paraId="37E6B026" w14:textId="48A2FF0A" w:rsidR="00B07C32" w:rsidRPr="009C3767" w:rsidRDefault="00B07C32" w:rsidP="00F25D34">
            <w:pPr>
              <w:spacing w:after="0"/>
              <w:jc w:val="center"/>
              <w:rPr>
                <w:rFonts w:cs="Times New Roman"/>
                <w:sz w:val="28"/>
                <w:szCs w:val="28"/>
              </w:rPr>
            </w:pPr>
            <w:r w:rsidRPr="009C3767">
              <w:rPr>
                <w:rFonts w:cs="Times New Roman"/>
                <w:sz w:val="28"/>
                <w:szCs w:val="28"/>
              </w:rPr>
              <w:t>Mặt trận</w:t>
            </w:r>
          </w:p>
        </w:tc>
        <w:tc>
          <w:tcPr>
            <w:tcW w:w="1132" w:type="dxa"/>
            <w:tcMar>
              <w:top w:w="80" w:type="dxa"/>
              <w:left w:w="80" w:type="dxa"/>
              <w:bottom w:w="80" w:type="dxa"/>
              <w:right w:w="80" w:type="dxa"/>
            </w:tcMar>
            <w:vAlign w:val="center"/>
          </w:tcPr>
          <w:p w14:paraId="280064B8" w14:textId="6E4942C5" w:rsidR="00B07C32" w:rsidRPr="009C3767" w:rsidRDefault="00B07C32" w:rsidP="00F25D34">
            <w:pPr>
              <w:spacing w:after="0"/>
              <w:jc w:val="center"/>
              <w:rPr>
                <w:rFonts w:cs="Times New Roman"/>
                <w:sz w:val="28"/>
                <w:szCs w:val="28"/>
              </w:rPr>
            </w:pPr>
            <w:r w:rsidRPr="009C3767">
              <w:rPr>
                <w:rFonts w:cs="Times New Roman"/>
                <w:sz w:val="28"/>
                <w:szCs w:val="28"/>
              </w:rPr>
              <w:t>5</w:t>
            </w:r>
          </w:p>
        </w:tc>
        <w:tc>
          <w:tcPr>
            <w:tcW w:w="1107" w:type="dxa"/>
            <w:tcMar>
              <w:top w:w="80" w:type="dxa"/>
              <w:left w:w="80" w:type="dxa"/>
              <w:bottom w:w="80" w:type="dxa"/>
              <w:right w:w="80" w:type="dxa"/>
            </w:tcMar>
            <w:vAlign w:val="center"/>
          </w:tcPr>
          <w:p w14:paraId="3224A230" w14:textId="30B73D5C"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11</w:t>
            </w:r>
          </w:p>
        </w:tc>
        <w:tc>
          <w:tcPr>
            <w:tcW w:w="1042" w:type="dxa"/>
            <w:tcMar>
              <w:top w:w="80" w:type="dxa"/>
              <w:left w:w="80" w:type="dxa"/>
              <w:bottom w:w="80" w:type="dxa"/>
              <w:right w:w="80" w:type="dxa"/>
            </w:tcMar>
            <w:vAlign w:val="center"/>
          </w:tcPr>
          <w:p w14:paraId="426EDFE2" w14:textId="17FB3608" w:rsidR="00B07C32" w:rsidRPr="009C3767" w:rsidRDefault="00B07C32" w:rsidP="00F25D34">
            <w:pPr>
              <w:spacing w:after="0"/>
              <w:jc w:val="center"/>
              <w:rPr>
                <w:rFonts w:cs="Times New Roman"/>
                <w:sz w:val="28"/>
                <w:szCs w:val="28"/>
                <w:lang w:val="vi-VN"/>
              </w:rPr>
            </w:pPr>
            <w:r w:rsidRPr="009C3767">
              <w:rPr>
                <w:rFonts w:cs="Times New Roman"/>
                <w:sz w:val="28"/>
                <w:szCs w:val="28"/>
                <w:lang w:val="vi-VN"/>
              </w:rPr>
              <w:t>-1</w:t>
            </w:r>
          </w:p>
        </w:tc>
        <w:tc>
          <w:tcPr>
            <w:tcW w:w="3190" w:type="dxa"/>
          </w:tcPr>
          <w:p w14:paraId="1356A46B" w14:textId="77777777" w:rsidR="00B07C32" w:rsidRPr="009C3767" w:rsidRDefault="00B07C32" w:rsidP="00F25D34">
            <w:pPr>
              <w:spacing w:after="0"/>
              <w:jc w:val="center"/>
              <w:rPr>
                <w:rFonts w:cs="Times New Roman"/>
                <w:sz w:val="28"/>
                <w:szCs w:val="28"/>
              </w:rPr>
            </w:pPr>
            <w:r w:rsidRPr="009C3767">
              <w:rPr>
                <w:rFonts w:cs="Times New Roman"/>
                <w:sz w:val="28"/>
                <w:szCs w:val="28"/>
              </w:rPr>
              <w:t xml:space="preserve">Hiện có 7 đồng chí </w:t>
            </w:r>
          </w:p>
          <w:p w14:paraId="651C4FBB" w14:textId="5F31C4C5" w:rsidR="00B07C32" w:rsidRPr="009C3767" w:rsidRDefault="00B07C32" w:rsidP="00F25D34">
            <w:pPr>
              <w:spacing w:after="0"/>
              <w:jc w:val="center"/>
              <w:rPr>
                <w:rFonts w:cs="Times New Roman"/>
                <w:sz w:val="28"/>
                <w:szCs w:val="28"/>
              </w:rPr>
            </w:pPr>
            <w:r w:rsidRPr="009C3767">
              <w:rPr>
                <w:rFonts w:cs="Times New Roman"/>
                <w:sz w:val="28"/>
                <w:szCs w:val="28"/>
              </w:rPr>
              <w:t>Bí thư chi bộ kiêm Trưởng ban CTMT</w:t>
            </w:r>
          </w:p>
        </w:tc>
      </w:tr>
      <w:tr w:rsidR="001F7F79" w:rsidRPr="009C3767" w14:paraId="3BCB3CA2" w14:textId="0A2B9FD0" w:rsidTr="001F7F79">
        <w:trPr>
          <w:trHeight w:val="736"/>
          <w:jc w:val="center"/>
        </w:trPr>
        <w:tc>
          <w:tcPr>
            <w:tcW w:w="3830" w:type="dxa"/>
            <w:tcMar>
              <w:top w:w="80" w:type="dxa"/>
              <w:left w:w="80" w:type="dxa"/>
              <w:bottom w:w="80" w:type="dxa"/>
              <w:right w:w="80" w:type="dxa"/>
            </w:tcMar>
          </w:tcPr>
          <w:p w14:paraId="25859F64" w14:textId="77777777" w:rsidR="00B07C32" w:rsidRPr="009C3767" w:rsidRDefault="00B07C32" w:rsidP="00F25D34">
            <w:pPr>
              <w:spacing w:after="0"/>
              <w:jc w:val="center"/>
              <w:rPr>
                <w:rFonts w:cs="Times New Roman"/>
                <w:sz w:val="28"/>
                <w:szCs w:val="28"/>
              </w:rPr>
            </w:pPr>
            <w:r w:rsidRPr="009C3767">
              <w:rPr>
                <w:rFonts w:cs="Times New Roman"/>
                <w:sz w:val="28"/>
                <w:szCs w:val="28"/>
              </w:rPr>
              <w:t>Người hoạt động không chuyên trách khác theo quy định</w:t>
            </w:r>
          </w:p>
        </w:tc>
        <w:tc>
          <w:tcPr>
            <w:tcW w:w="1132" w:type="dxa"/>
            <w:tcMar>
              <w:top w:w="80" w:type="dxa"/>
              <w:left w:w="80" w:type="dxa"/>
              <w:bottom w:w="80" w:type="dxa"/>
              <w:right w:w="80" w:type="dxa"/>
            </w:tcMar>
          </w:tcPr>
          <w:p w14:paraId="12407C19" w14:textId="08850F69" w:rsidR="00B07C32" w:rsidRPr="009C3767" w:rsidRDefault="00B07C32" w:rsidP="00F25D34">
            <w:pPr>
              <w:spacing w:after="0"/>
              <w:jc w:val="center"/>
              <w:rPr>
                <w:rFonts w:cs="Times New Roman"/>
                <w:sz w:val="28"/>
                <w:szCs w:val="28"/>
              </w:rPr>
            </w:pPr>
            <w:r w:rsidRPr="009C3767">
              <w:rPr>
                <w:rFonts w:cs="Times New Roman"/>
                <w:sz w:val="28"/>
                <w:szCs w:val="28"/>
                <w:lang w:val="vi-VN"/>
              </w:rPr>
              <w:t>1</w:t>
            </w:r>
            <w:r w:rsidRPr="009C3767">
              <w:rPr>
                <w:rFonts w:cs="Times New Roman"/>
                <w:sz w:val="28"/>
                <w:szCs w:val="28"/>
              </w:rPr>
              <w:t>4</w:t>
            </w:r>
          </w:p>
        </w:tc>
        <w:tc>
          <w:tcPr>
            <w:tcW w:w="1107" w:type="dxa"/>
            <w:tcMar>
              <w:top w:w="80" w:type="dxa"/>
              <w:left w:w="80" w:type="dxa"/>
              <w:bottom w:w="80" w:type="dxa"/>
              <w:right w:w="80" w:type="dxa"/>
            </w:tcMar>
          </w:tcPr>
          <w:p w14:paraId="4EE58A79" w14:textId="3BEE391F" w:rsidR="00B07C32" w:rsidRPr="009C3767" w:rsidRDefault="00B07C32" w:rsidP="00F25D34">
            <w:pPr>
              <w:spacing w:after="0"/>
              <w:jc w:val="center"/>
              <w:rPr>
                <w:rFonts w:cs="Times New Roman"/>
                <w:sz w:val="28"/>
                <w:szCs w:val="28"/>
              </w:rPr>
            </w:pPr>
            <w:r w:rsidRPr="009C3767">
              <w:rPr>
                <w:rFonts w:cs="Times New Roman"/>
                <w:sz w:val="28"/>
                <w:szCs w:val="28"/>
              </w:rPr>
              <w:t>16</w:t>
            </w:r>
          </w:p>
        </w:tc>
        <w:tc>
          <w:tcPr>
            <w:tcW w:w="1042" w:type="dxa"/>
            <w:tcMar>
              <w:top w:w="80" w:type="dxa"/>
              <w:left w:w="80" w:type="dxa"/>
              <w:bottom w:w="80" w:type="dxa"/>
              <w:right w:w="80" w:type="dxa"/>
            </w:tcMar>
          </w:tcPr>
          <w:p w14:paraId="56FE110F" w14:textId="7FD2AAB0" w:rsidR="00B07C32" w:rsidRPr="009C3767" w:rsidRDefault="00B07C32" w:rsidP="00F25D34">
            <w:pPr>
              <w:spacing w:after="0"/>
              <w:jc w:val="center"/>
              <w:rPr>
                <w:rFonts w:cs="Times New Roman"/>
                <w:sz w:val="28"/>
                <w:szCs w:val="28"/>
              </w:rPr>
            </w:pPr>
            <w:r w:rsidRPr="009C3767">
              <w:rPr>
                <w:rFonts w:cs="Times New Roman"/>
                <w:sz w:val="28"/>
                <w:szCs w:val="28"/>
                <w:lang w:val="vi-VN"/>
              </w:rPr>
              <w:t>+</w:t>
            </w:r>
            <w:r w:rsidRPr="009C3767">
              <w:rPr>
                <w:rFonts w:cs="Times New Roman"/>
                <w:sz w:val="28"/>
                <w:szCs w:val="28"/>
              </w:rPr>
              <w:t>2</w:t>
            </w:r>
          </w:p>
        </w:tc>
        <w:tc>
          <w:tcPr>
            <w:tcW w:w="3190" w:type="dxa"/>
          </w:tcPr>
          <w:p w14:paraId="469EB119" w14:textId="5C29BF76" w:rsidR="00B07C32" w:rsidRPr="009C3767" w:rsidRDefault="00B07C32" w:rsidP="00F25D34">
            <w:pPr>
              <w:spacing w:after="0"/>
              <w:jc w:val="center"/>
              <w:rPr>
                <w:rFonts w:cs="Times New Roman"/>
                <w:sz w:val="28"/>
                <w:szCs w:val="28"/>
              </w:rPr>
            </w:pPr>
            <w:r w:rsidRPr="009C3767">
              <w:rPr>
                <w:rFonts w:cs="Times New Roman"/>
                <w:sz w:val="28"/>
                <w:szCs w:val="28"/>
              </w:rPr>
              <w:t>Tổ phó TDP</w:t>
            </w:r>
          </w:p>
        </w:tc>
      </w:tr>
      <w:tr w:rsidR="001F7F79" w:rsidRPr="009C3767" w14:paraId="3E3FAB38" w14:textId="50FCF14F" w:rsidTr="001F7F79">
        <w:trPr>
          <w:trHeight w:val="569"/>
          <w:jc w:val="center"/>
        </w:trPr>
        <w:tc>
          <w:tcPr>
            <w:tcW w:w="3830" w:type="dxa"/>
            <w:tcMar>
              <w:top w:w="80" w:type="dxa"/>
              <w:left w:w="80" w:type="dxa"/>
              <w:bottom w:w="80" w:type="dxa"/>
              <w:right w:w="80" w:type="dxa"/>
            </w:tcMar>
          </w:tcPr>
          <w:p w14:paraId="103D6C16" w14:textId="77777777" w:rsidR="001F7F79" w:rsidRPr="009C3767" w:rsidRDefault="00B07C32" w:rsidP="00F25D34">
            <w:pPr>
              <w:spacing w:after="0"/>
              <w:jc w:val="center"/>
              <w:rPr>
                <w:rFonts w:cs="Times New Roman"/>
                <w:sz w:val="28"/>
                <w:szCs w:val="28"/>
              </w:rPr>
            </w:pPr>
            <w:r w:rsidRPr="009C3767">
              <w:rPr>
                <w:rFonts w:cs="Times New Roman"/>
                <w:sz w:val="28"/>
                <w:szCs w:val="28"/>
              </w:rPr>
              <w:t xml:space="preserve">Nhà văn hóa/điểm sinh hoạt </w:t>
            </w:r>
          </w:p>
          <w:p w14:paraId="7EE1EE30" w14:textId="39947AF2" w:rsidR="00B07C32" w:rsidRPr="009C3767" w:rsidRDefault="00B07C32" w:rsidP="00F25D34">
            <w:pPr>
              <w:spacing w:after="0"/>
              <w:jc w:val="center"/>
              <w:rPr>
                <w:rFonts w:cs="Times New Roman"/>
                <w:sz w:val="28"/>
                <w:szCs w:val="28"/>
              </w:rPr>
            </w:pPr>
            <w:r w:rsidRPr="009C3767">
              <w:rPr>
                <w:rFonts w:cs="Times New Roman"/>
                <w:sz w:val="28"/>
                <w:szCs w:val="28"/>
              </w:rPr>
              <w:t>cộng đồng</w:t>
            </w:r>
          </w:p>
        </w:tc>
        <w:tc>
          <w:tcPr>
            <w:tcW w:w="1132" w:type="dxa"/>
            <w:tcMar>
              <w:top w:w="80" w:type="dxa"/>
              <w:left w:w="80" w:type="dxa"/>
              <w:bottom w:w="80" w:type="dxa"/>
              <w:right w:w="80" w:type="dxa"/>
            </w:tcMar>
          </w:tcPr>
          <w:p w14:paraId="3C7B9163" w14:textId="3E9D0430" w:rsidR="00B07C32" w:rsidRPr="009C3767" w:rsidRDefault="00B07C32" w:rsidP="00F25D34">
            <w:pPr>
              <w:spacing w:after="0"/>
              <w:jc w:val="center"/>
              <w:rPr>
                <w:rFonts w:cs="Times New Roman"/>
                <w:sz w:val="28"/>
                <w:szCs w:val="28"/>
              </w:rPr>
            </w:pPr>
            <w:r w:rsidRPr="009C3767">
              <w:rPr>
                <w:rFonts w:cs="Times New Roman"/>
                <w:sz w:val="28"/>
                <w:szCs w:val="28"/>
              </w:rPr>
              <w:t>12</w:t>
            </w:r>
          </w:p>
        </w:tc>
        <w:tc>
          <w:tcPr>
            <w:tcW w:w="1107" w:type="dxa"/>
            <w:tcMar>
              <w:top w:w="80" w:type="dxa"/>
              <w:left w:w="80" w:type="dxa"/>
              <w:bottom w:w="80" w:type="dxa"/>
              <w:right w:w="80" w:type="dxa"/>
            </w:tcMar>
          </w:tcPr>
          <w:p w14:paraId="6B8556CF" w14:textId="0C8659DD" w:rsidR="00B07C32" w:rsidRPr="009C3767" w:rsidRDefault="00B07C32" w:rsidP="00F25D34">
            <w:pPr>
              <w:spacing w:after="0"/>
              <w:jc w:val="center"/>
              <w:rPr>
                <w:rFonts w:cs="Times New Roman"/>
                <w:sz w:val="28"/>
                <w:szCs w:val="28"/>
              </w:rPr>
            </w:pPr>
            <w:r w:rsidRPr="009C3767">
              <w:rPr>
                <w:rFonts w:cs="Times New Roman"/>
                <w:sz w:val="28"/>
                <w:szCs w:val="28"/>
              </w:rPr>
              <w:t>12</w:t>
            </w:r>
          </w:p>
        </w:tc>
        <w:tc>
          <w:tcPr>
            <w:tcW w:w="1042" w:type="dxa"/>
            <w:tcMar>
              <w:top w:w="80" w:type="dxa"/>
              <w:left w:w="80" w:type="dxa"/>
              <w:bottom w:w="80" w:type="dxa"/>
              <w:right w:w="80" w:type="dxa"/>
            </w:tcMar>
          </w:tcPr>
          <w:p w14:paraId="756026DA" w14:textId="33E07A32" w:rsidR="00B07C32" w:rsidRPr="009C3767" w:rsidRDefault="00B07C32" w:rsidP="00F25D34">
            <w:pPr>
              <w:spacing w:after="0"/>
              <w:jc w:val="center"/>
              <w:rPr>
                <w:rFonts w:cs="Times New Roman"/>
                <w:sz w:val="28"/>
                <w:szCs w:val="28"/>
              </w:rPr>
            </w:pPr>
            <w:r w:rsidRPr="009C3767">
              <w:rPr>
                <w:rFonts w:cs="Times New Roman"/>
                <w:sz w:val="28"/>
                <w:szCs w:val="28"/>
              </w:rPr>
              <w:t>0</w:t>
            </w:r>
          </w:p>
        </w:tc>
        <w:tc>
          <w:tcPr>
            <w:tcW w:w="3190" w:type="dxa"/>
          </w:tcPr>
          <w:p w14:paraId="12C24CC0" w14:textId="77777777" w:rsidR="00B07C32" w:rsidRPr="009C3767" w:rsidRDefault="00B07C32" w:rsidP="00F25D34">
            <w:pPr>
              <w:spacing w:after="0"/>
              <w:jc w:val="center"/>
              <w:rPr>
                <w:rFonts w:cs="Times New Roman"/>
                <w:sz w:val="28"/>
                <w:szCs w:val="28"/>
              </w:rPr>
            </w:pPr>
          </w:p>
        </w:tc>
      </w:tr>
    </w:tbl>
    <w:p w14:paraId="0EE84980" w14:textId="046154FA" w:rsidR="00102E8F" w:rsidRPr="009C3767" w:rsidRDefault="00723C88" w:rsidP="0045062A">
      <w:pPr>
        <w:spacing w:before="60" w:after="60"/>
        <w:ind w:firstLine="709"/>
        <w:rPr>
          <w:rFonts w:cs="Times New Roman"/>
          <w:sz w:val="28"/>
          <w:szCs w:val="28"/>
        </w:rPr>
      </w:pPr>
      <w:r w:rsidRPr="009C3767">
        <w:rPr>
          <w:rFonts w:cs="Times New Roman"/>
          <w:b/>
          <w:sz w:val="28"/>
          <w:szCs w:val="28"/>
        </w:rPr>
        <w:t>VI. PHƯƠNG ÁN SẮP XẾP CỤ THỂ</w:t>
      </w:r>
    </w:p>
    <w:p w14:paraId="00586AF3" w14:textId="77777777" w:rsidR="00102E8F" w:rsidRPr="009C3767" w:rsidRDefault="00723C88" w:rsidP="0045062A">
      <w:pPr>
        <w:spacing w:before="60" w:after="60"/>
        <w:ind w:left="709"/>
        <w:rPr>
          <w:rFonts w:cs="Times New Roman"/>
          <w:sz w:val="28"/>
          <w:szCs w:val="28"/>
        </w:rPr>
      </w:pPr>
      <w:r w:rsidRPr="009C3767">
        <w:rPr>
          <w:rFonts w:cs="Times New Roman"/>
          <w:b/>
          <w:sz w:val="28"/>
          <w:szCs w:val="28"/>
        </w:rPr>
        <w:t>1. Tổng hợp phương án chung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0"/>
        <w:gridCol w:w="1972"/>
        <w:gridCol w:w="1683"/>
        <w:gridCol w:w="2340"/>
      </w:tblGrid>
      <w:tr w:rsidR="00A730A0" w:rsidRPr="009C3767" w14:paraId="2E77F3F0" w14:textId="77777777" w:rsidTr="001F7F79">
        <w:trPr>
          <w:jc w:val="center"/>
        </w:trPr>
        <w:tc>
          <w:tcPr>
            <w:tcW w:w="3431" w:type="dxa"/>
            <w:tcMar>
              <w:top w:w="80" w:type="dxa"/>
              <w:left w:w="80" w:type="dxa"/>
              <w:bottom w:w="80" w:type="dxa"/>
              <w:right w:w="80" w:type="dxa"/>
            </w:tcMar>
          </w:tcPr>
          <w:p w14:paraId="348A25C7" w14:textId="0D659A7F" w:rsidR="00A730A0" w:rsidRPr="009C3767" w:rsidRDefault="00A730A0" w:rsidP="0045062A">
            <w:pPr>
              <w:spacing w:before="60" w:after="60"/>
              <w:jc w:val="center"/>
              <w:rPr>
                <w:rFonts w:cs="Times New Roman"/>
                <w:sz w:val="28"/>
                <w:szCs w:val="28"/>
              </w:rPr>
            </w:pPr>
            <w:r w:rsidRPr="009C3767">
              <w:rPr>
                <w:rFonts w:cs="Times New Roman"/>
                <w:b/>
                <w:sz w:val="28"/>
                <w:szCs w:val="28"/>
              </w:rPr>
              <w:t>Nội dung</w:t>
            </w:r>
          </w:p>
        </w:tc>
        <w:tc>
          <w:tcPr>
            <w:tcW w:w="1985" w:type="dxa"/>
            <w:tcMar>
              <w:top w:w="80" w:type="dxa"/>
              <w:left w:w="80" w:type="dxa"/>
              <w:bottom w:w="80" w:type="dxa"/>
              <w:right w:w="80" w:type="dxa"/>
            </w:tcMar>
          </w:tcPr>
          <w:p w14:paraId="32D819B0" w14:textId="0DE4AF6A" w:rsidR="00A730A0" w:rsidRPr="009C3767" w:rsidRDefault="00A730A0" w:rsidP="0045062A">
            <w:pPr>
              <w:spacing w:before="60" w:after="60"/>
              <w:jc w:val="center"/>
              <w:rPr>
                <w:rFonts w:cs="Times New Roman"/>
                <w:sz w:val="28"/>
                <w:szCs w:val="28"/>
                <w:lang w:val="vi-VN"/>
              </w:rPr>
            </w:pPr>
            <w:r w:rsidRPr="009C3767">
              <w:rPr>
                <w:rFonts w:cs="Times New Roman"/>
                <w:b/>
                <w:sz w:val="28"/>
                <w:szCs w:val="28"/>
              </w:rPr>
              <w:t>Trước sắp xếp</w:t>
            </w:r>
          </w:p>
        </w:tc>
        <w:tc>
          <w:tcPr>
            <w:tcW w:w="1696" w:type="dxa"/>
            <w:tcMar>
              <w:top w:w="80" w:type="dxa"/>
              <w:left w:w="80" w:type="dxa"/>
              <w:bottom w:w="80" w:type="dxa"/>
              <w:right w:w="80" w:type="dxa"/>
            </w:tcMar>
          </w:tcPr>
          <w:p w14:paraId="275E38F9" w14:textId="192A2E9B" w:rsidR="00A730A0" w:rsidRPr="009C3767" w:rsidRDefault="00A730A0" w:rsidP="0045062A">
            <w:pPr>
              <w:spacing w:before="60" w:after="60"/>
              <w:jc w:val="center"/>
              <w:rPr>
                <w:rFonts w:cs="Times New Roman"/>
                <w:sz w:val="28"/>
                <w:szCs w:val="28"/>
                <w:lang w:val="vi-VN"/>
              </w:rPr>
            </w:pPr>
            <w:r w:rsidRPr="009C3767">
              <w:rPr>
                <w:rFonts w:cs="Times New Roman"/>
                <w:b/>
                <w:sz w:val="28"/>
                <w:szCs w:val="28"/>
              </w:rPr>
              <w:t>Sau sắp xếp</w:t>
            </w:r>
          </w:p>
        </w:tc>
        <w:tc>
          <w:tcPr>
            <w:tcW w:w="2351" w:type="dxa"/>
            <w:tcMar>
              <w:top w:w="80" w:type="dxa"/>
              <w:left w:w="80" w:type="dxa"/>
              <w:bottom w:w="80" w:type="dxa"/>
              <w:right w:w="80" w:type="dxa"/>
            </w:tcMar>
          </w:tcPr>
          <w:p w14:paraId="64BC7F99" w14:textId="024AB386" w:rsidR="00A730A0" w:rsidRPr="009C3767" w:rsidRDefault="00A730A0" w:rsidP="0045062A">
            <w:pPr>
              <w:spacing w:before="60" w:after="60"/>
              <w:jc w:val="center"/>
              <w:rPr>
                <w:rFonts w:cs="Times New Roman"/>
                <w:sz w:val="28"/>
                <w:szCs w:val="28"/>
                <w:lang w:val="vi-VN"/>
              </w:rPr>
            </w:pPr>
            <w:r w:rsidRPr="009C3767">
              <w:rPr>
                <w:rFonts w:cs="Times New Roman"/>
                <w:b/>
                <w:sz w:val="28"/>
                <w:szCs w:val="28"/>
              </w:rPr>
              <w:t>Tăng/giảm</w:t>
            </w:r>
          </w:p>
        </w:tc>
      </w:tr>
      <w:tr w:rsidR="00A730A0" w:rsidRPr="009C3767" w14:paraId="352E20DF" w14:textId="77777777" w:rsidTr="001F7F79">
        <w:trPr>
          <w:jc w:val="center"/>
        </w:trPr>
        <w:tc>
          <w:tcPr>
            <w:tcW w:w="3431" w:type="dxa"/>
            <w:tcMar>
              <w:top w:w="80" w:type="dxa"/>
              <w:left w:w="80" w:type="dxa"/>
              <w:bottom w:w="80" w:type="dxa"/>
              <w:right w:w="80" w:type="dxa"/>
            </w:tcMar>
          </w:tcPr>
          <w:p w14:paraId="042165BE" w14:textId="705316E3" w:rsidR="00A730A0" w:rsidRPr="009C3767" w:rsidRDefault="00A730A0" w:rsidP="0045062A">
            <w:pPr>
              <w:spacing w:before="60" w:after="60"/>
              <w:jc w:val="center"/>
              <w:rPr>
                <w:rFonts w:cs="Times New Roman"/>
                <w:sz w:val="28"/>
                <w:szCs w:val="28"/>
              </w:rPr>
            </w:pPr>
            <w:r w:rsidRPr="009C3767">
              <w:rPr>
                <w:rFonts w:cs="Times New Roman"/>
                <w:sz w:val="28"/>
                <w:szCs w:val="28"/>
              </w:rPr>
              <w:t>Tổng số thôn, tổ dân phố</w:t>
            </w:r>
          </w:p>
        </w:tc>
        <w:tc>
          <w:tcPr>
            <w:tcW w:w="1985" w:type="dxa"/>
            <w:tcMar>
              <w:top w:w="80" w:type="dxa"/>
              <w:left w:w="80" w:type="dxa"/>
              <w:bottom w:w="80" w:type="dxa"/>
              <w:right w:w="80" w:type="dxa"/>
            </w:tcMar>
          </w:tcPr>
          <w:p w14:paraId="1048CC6B" w14:textId="3EA1FDB9"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15</w:t>
            </w:r>
          </w:p>
        </w:tc>
        <w:tc>
          <w:tcPr>
            <w:tcW w:w="1696" w:type="dxa"/>
            <w:tcMar>
              <w:top w:w="80" w:type="dxa"/>
              <w:left w:w="80" w:type="dxa"/>
              <w:bottom w:w="80" w:type="dxa"/>
              <w:right w:w="80" w:type="dxa"/>
            </w:tcMar>
          </w:tcPr>
          <w:p w14:paraId="53D6E6A8" w14:textId="678F7467"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11</w:t>
            </w:r>
          </w:p>
        </w:tc>
        <w:tc>
          <w:tcPr>
            <w:tcW w:w="2351" w:type="dxa"/>
            <w:tcMar>
              <w:top w:w="80" w:type="dxa"/>
              <w:left w:w="80" w:type="dxa"/>
              <w:bottom w:w="80" w:type="dxa"/>
              <w:right w:w="80" w:type="dxa"/>
            </w:tcMar>
          </w:tcPr>
          <w:p w14:paraId="765BA74D" w14:textId="0571773A"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- 4</w:t>
            </w:r>
          </w:p>
        </w:tc>
      </w:tr>
      <w:tr w:rsidR="00A730A0" w:rsidRPr="009C3767" w14:paraId="1EAA7C1C" w14:textId="77777777" w:rsidTr="001F7F79">
        <w:trPr>
          <w:jc w:val="center"/>
        </w:trPr>
        <w:tc>
          <w:tcPr>
            <w:tcW w:w="3431" w:type="dxa"/>
            <w:tcMar>
              <w:top w:w="80" w:type="dxa"/>
              <w:left w:w="80" w:type="dxa"/>
              <w:bottom w:w="80" w:type="dxa"/>
              <w:right w:w="80" w:type="dxa"/>
            </w:tcMar>
          </w:tcPr>
          <w:p w14:paraId="4AD6127B" w14:textId="77777777" w:rsidR="00A730A0" w:rsidRPr="009C3767" w:rsidRDefault="00A730A0" w:rsidP="0045062A">
            <w:pPr>
              <w:spacing w:before="60" w:after="60"/>
              <w:jc w:val="center"/>
              <w:rPr>
                <w:rFonts w:cs="Times New Roman"/>
                <w:sz w:val="28"/>
                <w:szCs w:val="28"/>
              </w:rPr>
            </w:pPr>
            <w:r w:rsidRPr="009C3767">
              <w:rPr>
                <w:rFonts w:cs="Times New Roman"/>
                <w:sz w:val="28"/>
                <w:szCs w:val="28"/>
              </w:rPr>
              <w:t>Số thôn</w:t>
            </w:r>
          </w:p>
        </w:tc>
        <w:tc>
          <w:tcPr>
            <w:tcW w:w="1985" w:type="dxa"/>
            <w:tcMar>
              <w:top w:w="80" w:type="dxa"/>
              <w:left w:w="80" w:type="dxa"/>
              <w:bottom w:w="80" w:type="dxa"/>
              <w:right w:w="80" w:type="dxa"/>
            </w:tcMar>
          </w:tcPr>
          <w:p w14:paraId="118FDFCA" w14:textId="485C48B2"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0</w:t>
            </w:r>
          </w:p>
        </w:tc>
        <w:tc>
          <w:tcPr>
            <w:tcW w:w="1696" w:type="dxa"/>
            <w:tcMar>
              <w:top w:w="80" w:type="dxa"/>
              <w:left w:w="80" w:type="dxa"/>
              <w:bottom w:w="80" w:type="dxa"/>
              <w:right w:w="80" w:type="dxa"/>
            </w:tcMar>
          </w:tcPr>
          <w:p w14:paraId="5788F976" w14:textId="51BC7AA0"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0</w:t>
            </w:r>
          </w:p>
        </w:tc>
        <w:tc>
          <w:tcPr>
            <w:tcW w:w="2351" w:type="dxa"/>
            <w:tcMar>
              <w:top w:w="80" w:type="dxa"/>
              <w:left w:w="80" w:type="dxa"/>
              <w:bottom w:w="80" w:type="dxa"/>
              <w:right w:w="80" w:type="dxa"/>
            </w:tcMar>
          </w:tcPr>
          <w:p w14:paraId="3CD6FCBC" w14:textId="6EDECECC"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0</w:t>
            </w:r>
          </w:p>
        </w:tc>
      </w:tr>
      <w:tr w:rsidR="00A730A0" w:rsidRPr="009C3767" w14:paraId="15F01CFE" w14:textId="77777777" w:rsidTr="001F7F79">
        <w:trPr>
          <w:jc w:val="center"/>
        </w:trPr>
        <w:tc>
          <w:tcPr>
            <w:tcW w:w="3431" w:type="dxa"/>
            <w:tcMar>
              <w:top w:w="80" w:type="dxa"/>
              <w:left w:w="80" w:type="dxa"/>
              <w:bottom w:w="80" w:type="dxa"/>
              <w:right w:w="80" w:type="dxa"/>
            </w:tcMar>
          </w:tcPr>
          <w:p w14:paraId="0D680069" w14:textId="77777777" w:rsidR="00A730A0" w:rsidRPr="009C3767" w:rsidRDefault="00A730A0" w:rsidP="0045062A">
            <w:pPr>
              <w:spacing w:before="60" w:after="60"/>
              <w:jc w:val="center"/>
              <w:rPr>
                <w:rFonts w:cs="Times New Roman"/>
                <w:sz w:val="28"/>
                <w:szCs w:val="28"/>
              </w:rPr>
            </w:pPr>
            <w:r w:rsidRPr="009C3767">
              <w:rPr>
                <w:rFonts w:cs="Times New Roman"/>
                <w:sz w:val="28"/>
                <w:szCs w:val="28"/>
              </w:rPr>
              <w:t>Số tổ dân phố</w:t>
            </w:r>
          </w:p>
        </w:tc>
        <w:tc>
          <w:tcPr>
            <w:tcW w:w="1985" w:type="dxa"/>
            <w:tcMar>
              <w:top w:w="80" w:type="dxa"/>
              <w:left w:w="80" w:type="dxa"/>
              <w:bottom w:w="80" w:type="dxa"/>
              <w:right w:w="80" w:type="dxa"/>
            </w:tcMar>
          </w:tcPr>
          <w:p w14:paraId="69E4857F" w14:textId="3BA07596"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15</w:t>
            </w:r>
          </w:p>
        </w:tc>
        <w:tc>
          <w:tcPr>
            <w:tcW w:w="1696" w:type="dxa"/>
            <w:tcMar>
              <w:top w:w="80" w:type="dxa"/>
              <w:left w:w="80" w:type="dxa"/>
              <w:bottom w:w="80" w:type="dxa"/>
              <w:right w:w="80" w:type="dxa"/>
            </w:tcMar>
          </w:tcPr>
          <w:p w14:paraId="7EE252AB" w14:textId="6B784017"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11</w:t>
            </w:r>
          </w:p>
        </w:tc>
        <w:tc>
          <w:tcPr>
            <w:tcW w:w="2351" w:type="dxa"/>
            <w:tcMar>
              <w:top w:w="80" w:type="dxa"/>
              <w:left w:w="80" w:type="dxa"/>
              <w:bottom w:w="80" w:type="dxa"/>
              <w:right w:w="80" w:type="dxa"/>
            </w:tcMar>
          </w:tcPr>
          <w:p w14:paraId="4B8A5BC9" w14:textId="090B0982" w:rsidR="00A730A0" w:rsidRPr="009C3767" w:rsidRDefault="00B07C32" w:rsidP="0045062A">
            <w:pPr>
              <w:spacing w:before="60" w:after="60"/>
              <w:jc w:val="center"/>
              <w:rPr>
                <w:rFonts w:cs="Times New Roman"/>
                <w:sz w:val="28"/>
                <w:szCs w:val="28"/>
                <w:lang w:val="vi-VN"/>
              </w:rPr>
            </w:pPr>
            <w:r w:rsidRPr="009C3767">
              <w:rPr>
                <w:rFonts w:cs="Times New Roman"/>
                <w:sz w:val="28"/>
                <w:szCs w:val="28"/>
              </w:rPr>
              <w:t>-</w:t>
            </w:r>
            <w:r w:rsidR="00A730A0" w:rsidRPr="009C3767">
              <w:rPr>
                <w:rFonts w:cs="Times New Roman"/>
                <w:sz w:val="28"/>
                <w:szCs w:val="28"/>
                <w:lang w:val="vi-VN"/>
              </w:rPr>
              <w:t>4</w:t>
            </w:r>
          </w:p>
        </w:tc>
      </w:tr>
      <w:tr w:rsidR="00A730A0" w:rsidRPr="009C3767" w14:paraId="66867F4A" w14:textId="77777777" w:rsidTr="001F7F79">
        <w:trPr>
          <w:jc w:val="center"/>
        </w:trPr>
        <w:tc>
          <w:tcPr>
            <w:tcW w:w="3431" w:type="dxa"/>
            <w:tcMar>
              <w:top w:w="80" w:type="dxa"/>
              <w:left w:w="80" w:type="dxa"/>
              <w:bottom w:w="80" w:type="dxa"/>
              <w:right w:w="80" w:type="dxa"/>
            </w:tcMar>
          </w:tcPr>
          <w:p w14:paraId="3794F020" w14:textId="27723AE5" w:rsidR="00A730A0" w:rsidRPr="009C3767" w:rsidRDefault="00A730A0" w:rsidP="0045062A">
            <w:pPr>
              <w:spacing w:before="60" w:after="60"/>
              <w:jc w:val="center"/>
              <w:rPr>
                <w:rFonts w:cs="Times New Roman"/>
                <w:sz w:val="28"/>
                <w:szCs w:val="28"/>
              </w:rPr>
            </w:pPr>
            <w:r w:rsidRPr="009C3767">
              <w:rPr>
                <w:rFonts w:cs="Times New Roman"/>
                <w:sz w:val="28"/>
                <w:szCs w:val="28"/>
              </w:rPr>
              <w:t>Số người hoạt động không chuyên trách ở tổ dân phố</w:t>
            </w:r>
          </w:p>
        </w:tc>
        <w:tc>
          <w:tcPr>
            <w:tcW w:w="1985" w:type="dxa"/>
            <w:tcMar>
              <w:top w:w="80" w:type="dxa"/>
              <w:left w:w="80" w:type="dxa"/>
              <w:bottom w:w="80" w:type="dxa"/>
              <w:right w:w="80" w:type="dxa"/>
            </w:tcMar>
          </w:tcPr>
          <w:p w14:paraId="67CCC9C6" w14:textId="0536C06F"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46</w:t>
            </w:r>
          </w:p>
        </w:tc>
        <w:tc>
          <w:tcPr>
            <w:tcW w:w="1696" w:type="dxa"/>
            <w:tcMar>
              <w:top w:w="80" w:type="dxa"/>
              <w:left w:w="80" w:type="dxa"/>
              <w:bottom w:w="80" w:type="dxa"/>
              <w:right w:w="80" w:type="dxa"/>
            </w:tcMar>
          </w:tcPr>
          <w:p w14:paraId="36659C14" w14:textId="287E3F06" w:rsidR="00A730A0" w:rsidRPr="009C3767" w:rsidRDefault="006857DA" w:rsidP="0045062A">
            <w:pPr>
              <w:spacing w:before="60" w:after="60"/>
              <w:jc w:val="center"/>
              <w:rPr>
                <w:rFonts w:cs="Times New Roman"/>
                <w:sz w:val="28"/>
                <w:szCs w:val="28"/>
              </w:rPr>
            </w:pPr>
            <w:r w:rsidRPr="009C3767">
              <w:rPr>
                <w:rFonts w:cs="Times New Roman"/>
                <w:sz w:val="28"/>
                <w:szCs w:val="28"/>
              </w:rPr>
              <w:t>49</w:t>
            </w:r>
          </w:p>
        </w:tc>
        <w:tc>
          <w:tcPr>
            <w:tcW w:w="2351" w:type="dxa"/>
            <w:tcMar>
              <w:top w:w="80" w:type="dxa"/>
              <w:left w:w="80" w:type="dxa"/>
              <w:bottom w:w="80" w:type="dxa"/>
              <w:right w:w="80" w:type="dxa"/>
            </w:tcMar>
          </w:tcPr>
          <w:p w14:paraId="73217B5C" w14:textId="7BE13068" w:rsidR="00A730A0" w:rsidRPr="009C3767" w:rsidRDefault="00A730A0" w:rsidP="0045062A">
            <w:pPr>
              <w:spacing w:before="60" w:after="60"/>
              <w:jc w:val="center"/>
              <w:rPr>
                <w:rFonts w:cs="Times New Roman"/>
                <w:sz w:val="28"/>
                <w:szCs w:val="28"/>
              </w:rPr>
            </w:pPr>
            <w:r w:rsidRPr="009C3767">
              <w:rPr>
                <w:rFonts w:cs="Times New Roman"/>
                <w:sz w:val="28"/>
                <w:szCs w:val="28"/>
                <w:lang w:val="vi-VN"/>
              </w:rPr>
              <w:t>+</w:t>
            </w:r>
            <w:r w:rsidR="00B07C32" w:rsidRPr="009C3767">
              <w:rPr>
                <w:rFonts w:cs="Times New Roman"/>
                <w:sz w:val="28"/>
                <w:szCs w:val="28"/>
              </w:rPr>
              <w:t>3</w:t>
            </w:r>
          </w:p>
        </w:tc>
      </w:tr>
      <w:tr w:rsidR="00A730A0" w:rsidRPr="009C3767" w14:paraId="50BC63CD" w14:textId="77777777" w:rsidTr="001F7F79">
        <w:trPr>
          <w:jc w:val="center"/>
        </w:trPr>
        <w:tc>
          <w:tcPr>
            <w:tcW w:w="3431" w:type="dxa"/>
            <w:tcMar>
              <w:top w:w="80" w:type="dxa"/>
              <w:left w:w="80" w:type="dxa"/>
              <w:bottom w:w="80" w:type="dxa"/>
              <w:right w:w="80" w:type="dxa"/>
            </w:tcMar>
          </w:tcPr>
          <w:p w14:paraId="50CE3849" w14:textId="77777777" w:rsidR="00A730A0" w:rsidRPr="009C3767" w:rsidRDefault="00A730A0" w:rsidP="0045062A">
            <w:pPr>
              <w:spacing w:before="60" w:after="60"/>
              <w:jc w:val="center"/>
              <w:rPr>
                <w:rFonts w:cs="Times New Roman"/>
                <w:sz w:val="28"/>
                <w:szCs w:val="28"/>
              </w:rPr>
            </w:pPr>
            <w:r w:rsidRPr="009C3767">
              <w:rPr>
                <w:rFonts w:cs="Times New Roman"/>
                <w:sz w:val="28"/>
                <w:szCs w:val="28"/>
              </w:rPr>
              <w:t>Số chi bộ</w:t>
            </w:r>
          </w:p>
        </w:tc>
        <w:tc>
          <w:tcPr>
            <w:tcW w:w="1985" w:type="dxa"/>
            <w:tcMar>
              <w:top w:w="80" w:type="dxa"/>
              <w:left w:w="80" w:type="dxa"/>
              <w:bottom w:w="80" w:type="dxa"/>
              <w:right w:w="80" w:type="dxa"/>
            </w:tcMar>
          </w:tcPr>
          <w:p w14:paraId="125232C5" w14:textId="531F30A5"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12</w:t>
            </w:r>
          </w:p>
        </w:tc>
        <w:tc>
          <w:tcPr>
            <w:tcW w:w="1696" w:type="dxa"/>
            <w:tcMar>
              <w:top w:w="80" w:type="dxa"/>
              <w:left w:w="80" w:type="dxa"/>
              <w:bottom w:w="80" w:type="dxa"/>
              <w:right w:w="80" w:type="dxa"/>
            </w:tcMar>
          </w:tcPr>
          <w:p w14:paraId="767278C5" w14:textId="797D27F6"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11</w:t>
            </w:r>
          </w:p>
        </w:tc>
        <w:tc>
          <w:tcPr>
            <w:tcW w:w="2351" w:type="dxa"/>
            <w:tcMar>
              <w:top w:w="80" w:type="dxa"/>
              <w:left w:w="80" w:type="dxa"/>
              <w:bottom w:w="80" w:type="dxa"/>
              <w:right w:w="80" w:type="dxa"/>
            </w:tcMar>
          </w:tcPr>
          <w:p w14:paraId="2090092A" w14:textId="0633CCE0"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w:t>
            </w:r>
          </w:p>
        </w:tc>
      </w:tr>
      <w:tr w:rsidR="00A730A0" w:rsidRPr="009C3767" w14:paraId="2E249602" w14:textId="77777777" w:rsidTr="001F7F79">
        <w:trPr>
          <w:jc w:val="center"/>
        </w:trPr>
        <w:tc>
          <w:tcPr>
            <w:tcW w:w="3431" w:type="dxa"/>
            <w:tcMar>
              <w:top w:w="80" w:type="dxa"/>
              <w:left w:w="80" w:type="dxa"/>
              <w:bottom w:w="80" w:type="dxa"/>
              <w:right w:w="80" w:type="dxa"/>
            </w:tcMar>
          </w:tcPr>
          <w:p w14:paraId="664D9D9D" w14:textId="77777777" w:rsidR="00A730A0" w:rsidRPr="009C3767" w:rsidRDefault="00A730A0" w:rsidP="0045062A">
            <w:pPr>
              <w:spacing w:before="60" w:after="60"/>
              <w:jc w:val="center"/>
              <w:rPr>
                <w:rFonts w:cs="Times New Roman"/>
                <w:sz w:val="28"/>
                <w:szCs w:val="28"/>
              </w:rPr>
            </w:pPr>
            <w:r w:rsidRPr="009C3767">
              <w:rPr>
                <w:rFonts w:cs="Times New Roman"/>
                <w:sz w:val="28"/>
                <w:szCs w:val="28"/>
              </w:rPr>
              <w:t>Số Ban công tác Mặt trận</w:t>
            </w:r>
          </w:p>
        </w:tc>
        <w:tc>
          <w:tcPr>
            <w:tcW w:w="1985" w:type="dxa"/>
            <w:tcMar>
              <w:top w:w="80" w:type="dxa"/>
              <w:left w:w="80" w:type="dxa"/>
              <w:bottom w:w="80" w:type="dxa"/>
              <w:right w:w="80" w:type="dxa"/>
            </w:tcMar>
          </w:tcPr>
          <w:p w14:paraId="4AA490B0" w14:textId="4BD353EE"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12</w:t>
            </w:r>
          </w:p>
        </w:tc>
        <w:tc>
          <w:tcPr>
            <w:tcW w:w="1696" w:type="dxa"/>
            <w:tcMar>
              <w:top w:w="80" w:type="dxa"/>
              <w:left w:w="80" w:type="dxa"/>
              <w:bottom w:w="80" w:type="dxa"/>
              <w:right w:w="80" w:type="dxa"/>
            </w:tcMar>
          </w:tcPr>
          <w:p w14:paraId="264F850F" w14:textId="07C01906"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11</w:t>
            </w:r>
          </w:p>
        </w:tc>
        <w:tc>
          <w:tcPr>
            <w:tcW w:w="2351" w:type="dxa"/>
            <w:tcMar>
              <w:top w:w="80" w:type="dxa"/>
              <w:left w:w="80" w:type="dxa"/>
              <w:bottom w:w="80" w:type="dxa"/>
              <w:right w:w="80" w:type="dxa"/>
            </w:tcMar>
          </w:tcPr>
          <w:p w14:paraId="53B0511D" w14:textId="52F02983" w:rsidR="00A730A0" w:rsidRPr="009C3767" w:rsidRDefault="00A730A0" w:rsidP="0045062A">
            <w:pPr>
              <w:spacing w:before="60" w:after="60"/>
              <w:jc w:val="center"/>
              <w:rPr>
                <w:rFonts w:cs="Times New Roman"/>
                <w:sz w:val="28"/>
                <w:szCs w:val="28"/>
                <w:lang w:val="vi-VN"/>
              </w:rPr>
            </w:pPr>
            <w:r w:rsidRPr="009C3767">
              <w:rPr>
                <w:rFonts w:cs="Times New Roman"/>
                <w:sz w:val="28"/>
                <w:szCs w:val="28"/>
                <w:lang w:val="vi-VN"/>
              </w:rPr>
              <w:t>-1</w:t>
            </w:r>
          </w:p>
        </w:tc>
      </w:tr>
    </w:tbl>
    <w:p w14:paraId="14F2B680" w14:textId="77777777" w:rsidR="000A3BCB" w:rsidRPr="009C3767" w:rsidRDefault="000A3BCB" w:rsidP="0045062A">
      <w:pPr>
        <w:spacing w:before="60" w:after="60"/>
        <w:ind w:left="709"/>
        <w:rPr>
          <w:rFonts w:cs="Times New Roman"/>
          <w:b/>
          <w:sz w:val="28"/>
          <w:szCs w:val="28"/>
        </w:rPr>
      </w:pPr>
    </w:p>
    <w:p w14:paraId="0A7DDAEB" w14:textId="44A54FC9" w:rsidR="00102E8F" w:rsidRPr="009C3767" w:rsidRDefault="00723C88" w:rsidP="000A3BCB">
      <w:pPr>
        <w:spacing w:before="60" w:after="60" w:line="271" w:lineRule="auto"/>
        <w:ind w:left="709"/>
        <w:rPr>
          <w:rFonts w:cs="Times New Roman"/>
          <w:sz w:val="28"/>
          <w:szCs w:val="28"/>
        </w:rPr>
      </w:pPr>
      <w:r w:rsidRPr="009C3767">
        <w:rPr>
          <w:rFonts w:cs="Times New Roman"/>
          <w:b/>
          <w:sz w:val="28"/>
          <w:szCs w:val="28"/>
        </w:rPr>
        <w:lastRenderedPageBreak/>
        <w:t>2. Phương án sáp nhập</w:t>
      </w:r>
    </w:p>
    <w:p w14:paraId="45E5A4E3" w14:textId="7A64D2D3" w:rsidR="00F22122" w:rsidRPr="009C3767" w:rsidRDefault="00F22122" w:rsidP="000A3BCB">
      <w:pPr>
        <w:spacing w:before="60" w:after="60" w:line="271" w:lineRule="auto"/>
        <w:ind w:firstLine="709"/>
        <w:jc w:val="both"/>
        <w:rPr>
          <w:rFonts w:cs="Times New Roman"/>
          <w:b/>
          <w:sz w:val="28"/>
          <w:szCs w:val="28"/>
          <w:lang w:val="vi-VN"/>
        </w:rPr>
      </w:pPr>
      <w:r w:rsidRPr="009C3767">
        <w:rPr>
          <w:rFonts w:cs="Times New Roman"/>
          <w:b/>
          <w:sz w:val="28"/>
          <w:szCs w:val="28"/>
        </w:rPr>
        <w:t>2</w:t>
      </w:r>
      <w:r w:rsidRPr="009C3767">
        <w:rPr>
          <w:rFonts w:cs="Times New Roman"/>
          <w:b/>
          <w:sz w:val="28"/>
          <w:szCs w:val="28"/>
          <w:lang w:val="vi-VN"/>
        </w:rPr>
        <w:t xml:space="preserve">.1. </w:t>
      </w:r>
      <w:r w:rsidRPr="009C3767">
        <w:rPr>
          <w:rFonts w:cs="Times New Roman"/>
          <w:b/>
          <w:sz w:val="28"/>
          <w:szCs w:val="28"/>
        </w:rPr>
        <w:t>Tổ dân phố Tứ Hiệp 1</w:t>
      </w:r>
    </w:p>
    <w:p w14:paraId="58721E02" w14:textId="77777777" w:rsidR="00F22122" w:rsidRPr="009C3767" w:rsidRDefault="00F22122" w:rsidP="000A3BCB">
      <w:pPr>
        <w:spacing w:before="60" w:after="60" w:line="271" w:lineRule="auto"/>
        <w:ind w:firstLine="709"/>
        <w:jc w:val="both"/>
        <w:rPr>
          <w:rFonts w:cs="Times New Roman"/>
          <w:sz w:val="28"/>
          <w:szCs w:val="28"/>
        </w:rPr>
      </w:pPr>
      <w:r w:rsidRPr="009C3767">
        <w:rPr>
          <w:rFonts w:cs="Times New Roman"/>
          <w:sz w:val="28"/>
          <w:szCs w:val="28"/>
        </w:rPr>
        <w:t>Tổ dân phố Tứ Hiệp 1 được hình thành trên cơ sở sáp nhập Tổ dân phố số 1 và Tổ dân phố số 4. Sau sáp nhập, tổ dân phố có 1.081 hộ, 3.711 nhân khẩu, diện tích khoảng 0,901 km² và 51 đảng viên. Phương án này khắc phục tình trạng cả hai tổ dân phố hiện nay đều chưa đạt tiêu chuẩn về quy mô số hộ; đồng thời tạo địa bàn dân cư có quy mô phù hợp, thuận lợi hơn cho công tác quản lý, tuyên truyền, vận động Nhân dân, kiện toàn chi bộ, Ban công tác Mặt trận và tổ chức hoạt động tự quản ở cơ sở.</w:t>
      </w:r>
    </w:p>
    <w:tbl>
      <w:tblPr>
        <w:tblStyle w:val="TableGrid"/>
        <w:tblW w:w="0" w:type="auto"/>
        <w:jc w:val="center"/>
        <w:tblLook w:val="04A0" w:firstRow="1" w:lastRow="0" w:firstColumn="1" w:lastColumn="0" w:noHBand="0" w:noVBand="1"/>
      </w:tblPr>
      <w:tblGrid>
        <w:gridCol w:w="4371"/>
        <w:gridCol w:w="1531"/>
        <w:gridCol w:w="1531"/>
        <w:gridCol w:w="1956"/>
      </w:tblGrid>
      <w:tr w:rsidR="00A730A0" w:rsidRPr="009C3767" w14:paraId="38C27C78"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tcPr>
          <w:p w14:paraId="5C3914AD" w14:textId="16D7AEC8" w:rsidR="00A730A0" w:rsidRPr="009C3767" w:rsidRDefault="00A730A0" w:rsidP="00F25D34">
            <w:pPr>
              <w:spacing w:line="276" w:lineRule="auto"/>
              <w:jc w:val="center"/>
              <w:rPr>
                <w:rFonts w:cs="Times New Roman"/>
                <w:sz w:val="28"/>
                <w:szCs w:val="28"/>
              </w:rPr>
            </w:pPr>
            <w:r w:rsidRPr="009C3767">
              <w:rPr>
                <w:rFonts w:cs="Times New Roman"/>
                <w:b/>
                <w:sz w:val="28"/>
                <w:szCs w:val="28"/>
              </w:rPr>
              <w:t>Nội dung</w:t>
            </w:r>
          </w:p>
        </w:tc>
        <w:tc>
          <w:tcPr>
            <w:tcW w:w="1559" w:type="dxa"/>
            <w:tcBorders>
              <w:top w:val="single" w:sz="6" w:space="0" w:color="000000"/>
              <w:left w:val="single" w:sz="6" w:space="0" w:color="000000"/>
              <w:bottom w:val="single" w:sz="6" w:space="0" w:color="000000"/>
              <w:right w:val="single" w:sz="6" w:space="0" w:color="000000"/>
            </w:tcBorders>
            <w:vAlign w:val="center"/>
          </w:tcPr>
          <w:p w14:paraId="14DB2690" w14:textId="6B58F610" w:rsidR="00A730A0" w:rsidRPr="009C3767" w:rsidRDefault="00A730A0"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Tổ dân phố số 1</w:t>
            </w:r>
          </w:p>
        </w:tc>
        <w:tc>
          <w:tcPr>
            <w:tcW w:w="1559" w:type="dxa"/>
            <w:tcBorders>
              <w:top w:val="single" w:sz="6" w:space="0" w:color="000000"/>
              <w:left w:val="single" w:sz="6" w:space="0" w:color="000000"/>
              <w:bottom w:val="single" w:sz="6" w:space="0" w:color="000000"/>
              <w:right w:val="single" w:sz="6" w:space="0" w:color="000000"/>
            </w:tcBorders>
            <w:vAlign w:val="center"/>
          </w:tcPr>
          <w:p w14:paraId="36632380" w14:textId="4EE4A19F" w:rsidR="00A730A0" w:rsidRPr="009C3767" w:rsidRDefault="00A730A0"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Tổ dân phố số 4</w:t>
            </w:r>
          </w:p>
        </w:tc>
        <w:tc>
          <w:tcPr>
            <w:tcW w:w="2000" w:type="dxa"/>
            <w:tcBorders>
              <w:top w:val="single" w:sz="6" w:space="0" w:color="000000"/>
              <w:left w:val="single" w:sz="6" w:space="0" w:color="000000"/>
              <w:bottom w:val="single" w:sz="6" w:space="0" w:color="000000"/>
              <w:right w:val="single" w:sz="6" w:space="0" w:color="000000"/>
            </w:tcBorders>
            <w:vAlign w:val="center"/>
          </w:tcPr>
          <w:p w14:paraId="1D8CB3FD" w14:textId="3F8D8EEB" w:rsidR="001F7F79" w:rsidRPr="009C3767" w:rsidRDefault="00A730A0" w:rsidP="00F25D34">
            <w:pPr>
              <w:spacing w:line="276" w:lineRule="auto"/>
              <w:jc w:val="center"/>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Sau sáp nhập:</w:t>
            </w:r>
          </w:p>
          <w:p w14:paraId="1455C064" w14:textId="5C61587E" w:rsidR="00A730A0" w:rsidRPr="009C3767" w:rsidRDefault="00A730A0"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Tứ Hiệp 1</w:t>
            </w:r>
          </w:p>
        </w:tc>
      </w:tr>
      <w:tr w:rsidR="00A730A0" w:rsidRPr="009C3767" w14:paraId="0E79E859"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tcPr>
          <w:p w14:paraId="320C9D01" w14:textId="00EAFACC" w:rsidR="00A730A0" w:rsidRPr="009C3767" w:rsidRDefault="00A730A0" w:rsidP="000A3BCB">
            <w:pPr>
              <w:spacing w:line="276" w:lineRule="auto"/>
              <w:rPr>
                <w:rFonts w:cs="Times New Roman"/>
                <w:bCs/>
                <w:sz w:val="28"/>
                <w:szCs w:val="28"/>
              </w:rPr>
            </w:pPr>
            <w:r w:rsidRPr="009C3767">
              <w:rPr>
                <w:rFonts w:cs="Times New Roman"/>
                <w:bCs/>
                <w:sz w:val="28"/>
                <w:szCs w:val="28"/>
              </w:rPr>
              <w:t>Số hộ</w:t>
            </w:r>
          </w:p>
        </w:tc>
        <w:tc>
          <w:tcPr>
            <w:tcW w:w="1559" w:type="dxa"/>
            <w:tcBorders>
              <w:top w:val="single" w:sz="6" w:space="0" w:color="000000"/>
              <w:left w:val="single" w:sz="6" w:space="0" w:color="000000"/>
              <w:bottom w:val="single" w:sz="6" w:space="0" w:color="000000"/>
              <w:right w:val="single" w:sz="6" w:space="0" w:color="000000"/>
            </w:tcBorders>
            <w:vAlign w:val="center"/>
          </w:tcPr>
          <w:p w14:paraId="28EFF6FF" w14:textId="51A405E7" w:rsidR="00A730A0" w:rsidRPr="009C3767" w:rsidRDefault="00A730A0" w:rsidP="000A3BCB">
            <w:pPr>
              <w:spacing w:line="276" w:lineRule="auto"/>
              <w:jc w:val="center"/>
              <w:rPr>
                <w:rFonts w:cs="Times New Roman"/>
                <w:sz w:val="28"/>
                <w:szCs w:val="28"/>
              </w:rPr>
            </w:pPr>
            <w:r w:rsidRPr="009C3767">
              <w:rPr>
                <w:rFonts w:cs="Times New Roman"/>
                <w:sz w:val="28"/>
                <w:szCs w:val="28"/>
              </w:rPr>
              <w:t>575</w:t>
            </w:r>
          </w:p>
        </w:tc>
        <w:tc>
          <w:tcPr>
            <w:tcW w:w="1559" w:type="dxa"/>
            <w:tcBorders>
              <w:top w:val="single" w:sz="6" w:space="0" w:color="000000"/>
              <w:left w:val="single" w:sz="6" w:space="0" w:color="000000"/>
              <w:bottom w:val="single" w:sz="6" w:space="0" w:color="000000"/>
              <w:right w:val="single" w:sz="6" w:space="0" w:color="000000"/>
            </w:tcBorders>
            <w:vAlign w:val="center"/>
          </w:tcPr>
          <w:p w14:paraId="18E360FE" w14:textId="1C8345B0" w:rsidR="00A730A0" w:rsidRPr="009C3767" w:rsidRDefault="00A730A0" w:rsidP="000A3BCB">
            <w:pPr>
              <w:spacing w:line="276" w:lineRule="auto"/>
              <w:jc w:val="center"/>
              <w:rPr>
                <w:rFonts w:cs="Times New Roman"/>
                <w:sz w:val="28"/>
                <w:szCs w:val="28"/>
              </w:rPr>
            </w:pPr>
            <w:r w:rsidRPr="009C3767">
              <w:rPr>
                <w:rFonts w:cs="Times New Roman"/>
                <w:sz w:val="28"/>
                <w:szCs w:val="28"/>
              </w:rPr>
              <w:t>506</w:t>
            </w:r>
          </w:p>
        </w:tc>
        <w:tc>
          <w:tcPr>
            <w:tcW w:w="2000" w:type="dxa"/>
            <w:tcBorders>
              <w:top w:val="single" w:sz="6" w:space="0" w:color="000000"/>
              <w:left w:val="single" w:sz="6" w:space="0" w:color="000000"/>
              <w:bottom w:val="single" w:sz="6" w:space="0" w:color="000000"/>
              <w:right w:val="single" w:sz="6" w:space="0" w:color="000000"/>
            </w:tcBorders>
            <w:vAlign w:val="center"/>
          </w:tcPr>
          <w:p w14:paraId="660CA745" w14:textId="73153CE9" w:rsidR="00A730A0" w:rsidRPr="009C3767" w:rsidRDefault="00A730A0" w:rsidP="000A3BCB">
            <w:pPr>
              <w:spacing w:line="276" w:lineRule="auto"/>
              <w:jc w:val="center"/>
              <w:rPr>
                <w:rFonts w:cs="Times New Roman"/>
                <w:sz w:val="28"/>
                <w:szCs w:val="28"/>
              </w:rPr>
            </w:pPr>
            <w:r w:rsidRPr="009C3767">
              <w:rPr>
                <w:rFonts w:cs="Times New Roman"/>
                <w:sz w:val="28"/>
                <w:szCs w:val="28"/>
              </w:rPr>
              <w:t>1.081</w:t>
            </w:r>
          </w:p>
        </w:tc>
      </w:tr>
      <w:tr w:rsidR="00A730A0" w:rsidRPr="009C3767" w14:paraId="4AFEE9E7"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182DCDA8"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Dân số/nhân khẩu</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30375324"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1.788</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557D4CE4"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1.923</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42FBA53D"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3.711</w:t>
            </w:r>
          </w:p>
        </w:tc>
      </w:tr>
      <w:tr w:rsidR="00A730A0" w:rsidRPr="009C3767" w14:paraId="39B9725E"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30602D78"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Diện tích (km²)</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74BD134E"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0,9</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149A98D1"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0,001</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09E5389C"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0,901</w:t>
            </w:r>
          </w:p>
        </w:tc>
      </w:tr>
      <w:tr w:rsidR="00A730A0" w:rsidRPr="009C3767" w14:paraId="1A6CAD6C"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1A6554BF"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Số đảng viên</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3C70D9A3"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34</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505A092C"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17</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291EB75A"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51</w:t>
            </w:r>
          </w:p>
        </w:tc>
      </w:tr>
      <w:tr w:rsidR="006B76C3" w:rsidRPr="009C3767" w14:paraId="218E93EF"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5645C4C7" w14:textId="77777777" w:rsidR="006B76C3" w:rsidRPr="009C3767" w:rsidRDefault="006B76C3" w:rsidP="000A3BCB">
            <w:pPr>
              <w:spacing w:line="276" w:lineRule="auto"/>
              <w:rPr>
                <w:rFonts w:cs="Times New Roman"/>
                <w:bCs/>
                <w:spacing w:val="-10"/>
                <w:sz w:val="28"/>
                <w:szCs w:val="28"/>
              </w:rPr>
            </w:pPr>
            <w:r w:rsidRPr="009C3767">
              <w:rPr>
                <w:rFonts w:cs="Times New Roman"/>
                <w:bCs/>
                <w:spacing w:val="-10"/>
                <w:sz w:val="28"/>
                <w:szCs w:val="28"/>
              </w:rPr>
              <w:t>Nhà văn hóa/điểm sinh hoạt cộng đồng</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4D9AD724" w14:textId="539D7DA0" w:rsidR="006B76C3" w:rsidRPr="009C3767" w:rsidRDefault="006B76C3" w:rsidP="000A3BCB">
            <w:pPr>
              <w:spacing w:line="276" w:lineRule="auto"/>
              <w:jc w:val="center"/>
              <w:rPr>
                <w:rFonts w:cs="Times New Roman"/>
                <w:sz w:val="28"/>
                <w:szCs w:val="28"/>
              </w:rPr>
            </w:pPr>
            <w:r w:rsidRPr="009C3767">
              <w:rPr>
                <w:rFonts w:cs="Times New Roman"/>
                <w:sz w:val="28"/>
                <w:szCs w:val="28"/>
              </w:rPr>
              <w:t>0</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483C598B" w14:textId="1F1F3288" w:rsidR="006B76C3" w:rsidRPr="009C3767" w:rsidRDefault="006B76C3" w:rsidP="000A3BCB">
            <w:pPr>
              <w:spacing w:line="276" w:lineRule="auto"/>
              <w:jc w:val="center"/>
              <w:rPr>
                <w:rFonts w:cs="Times New Roman"/>
                <w:sz w:val="28"/>
                <w:szCs w:val="28"/>
              </w:rPr>
            </w:pPr>
            <w:r w:rsidRPr="009C3767">
              <w:rPr>
                <w:rFonts w:cs="Times New Roman"/>
                <w:sz w:val="28"/>
                <w:szCs w:val="28"/>
              </w:rPr>
              <w:t>1</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4E43FEB0" w14:textId="28396BBF" w:rsidR="006B76C3" w:rsidRPr="009C3767" w:rsidRDefault="006B76C3" w:rsidP="000A3BCB">
            <w:pPr>
              <w:spacing w:line="276" w:lineRule="auto"/>
              <w:jc w:val="center"/>
              <w:rPr>
                <w:rFonts w:cs="Times New Roman"/>
                <w:sz w:val="28"/>
                <w:szCs w:val="28"/>
              </w:rPr>
            </w:pPr>
            <w:r w:rsidRPr="009C3767">
              <w:rPr>
                <w:rFonts w:cs="Times New Roman"/>
                <w:sz w:val="28"/>
                <w:szCs w:val="28"/>
              </w:rPr>
              <w:t>1</w:t>
            </w:r>
          </w:p>
        </w:tc>
      </w:tr>
      <w:tr w:rsidR="00A730A0" w:rsidRPr="009C3767" w14:paraId="646465CB" w14:textId="77777777" w:rsidTr="003A3478">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75CE042C" w14:textId="77777777" w:rsidR="00A730A0" w:rsidRPr="009C3767" w:rsidRDefault="00A730A0" w:rsidP="000A3BCB">
            <w:pPr>
              <w:spacing w:line="276" w:lineRule="auto"/>
              <w:rPr>
                <w:rFonts w:cs="Times New Roman"/>
                <w:bCs/>
                <w:spacing w:val="-10"/>
                <w:sz w:val="28"/>
                <w:szCs w:val="28"/>
              </w:rPr>
            </w:pPr>
            <w:r w:rsidRPr="009C3767">
              <w:rPr>
                <w:rFonts w:cs="Times New Roman"/>
                <w:bCs/>
                <w:spacing w:val="-10"/>
                <w:sz w:val="28"/>
                <w:szCs w:val="28"/>
              </w:rPr>
              <w:t>Người hoạt động không chuyên trách</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7B830FB4" w14:textId="2D63880A" w:rsidR="00A730A0" w:rsidRPr="009C3767" w:rsidRDefault="00A730A0" w:rsidP="000A3BCB">
            <w:pPr>
              <w:spacing w:line="276" w:lineRule="auto"/>
              <w:jc w:val="center"/>
              <w:rPr>
                <w:rFonts w:cs="Times New Roman"/>
                <w:sz w:val="28"/>
                <w:szCs w:val="28"/>
              </w:rPr>
            </w:pPr>
            <w:r w:rsidRPr="009C3767">
              <w:rPr>
                <w:rFonts w:cs="Times New Roman"/>
                <w:sz w:val="28"/>
                <w:szCs w:val="28"/>
              </w:rPr>
              <w:t>2</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6DFE792E" w14:textId="5E66B110" w:rsidR="00A730A0" w:rsidRPr="009C3767" w:rsidRDefault="00A730A0" w:rsidP="000A3BCB">
            <w:pPr>
              <w:spacing w:line="276" w:lineRule="auto"/>
              <w:jc w:val="center"/>
              <w:rPr>
                <w:rFonts w:cs="Times New Roman"/>
                <w:sz w:val="28"/>
                <w:szCs w:val="28"/>
              </w:rPr>
            </w:pPr>
            <w:r w:rsidRPr="009C3767">
              <w:rPr>
                <w:rFonts w:cs="Times New Roman"/>
                <w:sz w:val="28"/>
                <w:szCs w:val="28"/>
              </w:rPr>
              <w:t>3</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567BBF3D" w14:textId="24A38CF4" w:rsidR="00A730A0" w:rsidRPr="009C3767" w:rsidRDefault="003A3478" w:rsidP="000A3BCB">
            <w:pPr>
              <w:spacing w:line="276" w:lineRule="auto"/>
              <w:jc w:val="center"/>
              <w:rPr>
                <w:rFonts w:cs="Times New Roman"/>
                <w:sz w:val="28"/>
                <w:szCs w:val="28"/>
              </w:rPr>
            </w:pPr>
            <w:r w:rsidRPr="009C3767">
              <w:rPr>
                <w:rFonts w:cs="Times New Roman"/>
                <w:sz w:val="28"/>
                <w:szCs w:val="28"/>
              </w:rPr>
              <w:t>4</w:t>
            </w:r>
            <w:r w:rsidR="00A730A0" w:rsidRPr="009C3767">
              <w:rPr>
                <w:rFonts w:cs="Times New Roman"/>
                <w:sz w:val="28"/>
                <w:szCs w:val="28"/>
              </w:rPr>
              <w:t xml:space="preserve"> </w:t>
            </w:r>
          </w:p>
        </w:tc>
      </w:tr>
    </w:tbl>
    <w:p w14:paraId="7DFF2DA6" w14:textId="5F7CFC60" w:rsidR="00F22122" w:rsidRPr="009C3767" w:rsidRDefault="00F22122" w:rsidP="000A3BCB">
      <w:pPr>
        <w:spacing w:before="60" w:after="60" w:line="271" w:lineRule="auto"/>
        <w:ind w:firstLine="709"/>
        <w:jc w:val="both"/>
        <w:rPr>
          <w:rFonts w:cs="Times New Roman"/>
          <w:b/>
          <w:sz w:val="28"/>
          <w:szCs w:val="28"/>
          <w:lang w:val="vi-VN"/>
        </w:rPr>
      </w:pPr>
      <w:r w:rsidRPr="009C3767">
        <w:rPr>
          <w:rFonts w:cs="Times New Roman"/>
          <w:b/>
          <w:sz w:val="28"/>
          <w:szCs w:val="28"/>
        </w:rPr>
        <w:t>2</w:t>
      </w:r>
      <w:r w:rsidRPr="009C3767">
        <w:rPr>
          <w:rFonts w:cs="Times New Roman"/>
          <w:b/>
          <w:sz w:val="28"/>
          <w:szCs w:val="28"/>
          <w:lang w:val="vi-VN"/>
        </w:rPr>
        <w:t xml:space="preserve">.2. </w:t>
      </w:r>
      <w:r w:rsidRPr="009C3767">
        <w:rPr>
          <w:rFonts w:cs="Times New Roman"/>
          <w:b/>
          <w:sz w:val="28"/>
          <w:szCs w:val="28"/>
        </w:rPr>
        <w:t>Tổ dân phố Tứ Hiệp 2</w:t>
      </w:r>
    </w:p>
    <w:p w14:paraId="29043860" w14:textId="58B90D8B" w:rsidR="00F22122" w:rsidRPr="009C3767" w:rsidRDefault="00F22122" w:rsidP="000A3BCB">
      <w:pPr>
        <w:spacing w:before="60" w:after="60" w:line="271" w:lineRule="auto"/>
        <w:ind w:firstLine="709"/>
        <w:jc w:val="both"/>
        <w:rPr>
          <w:rFonts w:cs="Times New Roman"/>
          <w:sz w:val="28"/>
          <w:szCs w:val="28"/>
        </w:rPr>
      </w:pPr>
      <w:r w:rsidRPr="009C3767">
        <w:rPr>
          <w:rFonts w:cs="Times New Roman"/>
          <w:sz w:val="28"/>
          <w:szCs w:val="28"/>
        </w:rPr>
        <w:t>Tổ dân phố Tứ Hiệp 2 được hình thành trên cơ sở sáp nhập Tổ dân phố số 2 và Tổ dân phố số 5. Sau sáp nhập, tổ dân phố có 973 hộ, 3.905 nhân khẩu, diện tích khoảng 0,002 km² và 37 đảng viên. Phương án này bảo đảm quy mô số hộ theo quy định, đồng thời khắc phục tình trạng hai tổ dân phố hiện trạng đều có số hộ dưới tiêu chuẩn; góp phần tinh gọn đầu mối, thuận lợi trong quản lý dân cư, sinh hoạt cộng đồng và kiện toàn tổ chức hệ thống chính trị ở cơ sở.</w:t>
      </w:r>
    </w:p>
    <w:tbl>
      <w:tblPr>
        <w:tblStyle w:val="TableGrid"/>
        <w:tblW w:w="0" w:type="auto"/>
        <w:jc w:val="center"/>
        <w:tblLook w:val="04A0" w:firstRow="1" w:lastRow="0" w:firstColumn="1" w:lastColumn="0" w:noHBand="0" w:noVBand="1"/>
      </w:tblPr>
      <w:tblGrid>
        <w:gridCol w:w="4371"/>
        <w:gridCol w:w="1531"/>
        <w:gridCol w:w="1531"/>
        <w:gridCol w:w="1956"/>
      </w:tblGrid>
      <w:tr w:rsidR="003A3478" w:rsidRPr="009C3767" w14:paraId="30469BA3"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tcPr>
          <w:p w14:paraId="71EE55D3" w14:textId="77777777" w:rsidR="003A3478" w:rsidRPr="009C3767" w:rsidRDefault="003A3478" w:rsidP="00F25D34">
            <w:pPr>
              <w:spacing w:line="276" w:lineRule="auto"/>
              <w:jc w:val="center"/>
              <w:rPr>
                <w:rFonts w:cs="Times New Roman"/>
                <w:sz w:val="28"/>
                <w:szCs w:val="28"/>
              </w:rPr>
            </w:pPr>
            <w:r w:rsidRPr="009C3767">
              <w:rPr>
                <w:rFonts w:cs="Times New Roman"/>
                <w:b/>
                <w:sz w:val="28"/>
                <w:szCs w:val="28"/>
              </w:rPr>
              <w:t>Nội dung</w:t>
            </w:r>
          </w:p>
        </w:tc>
        <w:tc>
          <w:tcPr>
            <w:tcW w:w="1559" w:type="dxa"/>
            <w:tcBorders>
              <w:top w:val="single" w:sz="6" w:space="0" w:color="000000"/>
              <w:left w:val="single" w:sz="6" w:space="0" w:color="000000"/>
              <w:bottom w:val="single" w:sz="6" w:space="0" w:color="000000"/>
              <w:right w:val="single" w:sz="6" w:space="0" w:color="000000"/>
            </w:tcBorders>
            <w:vAlign w:val="center"/>
          </w:tcPr>
          <w:p w14:paraId="5F5F70DE" w14:textId="0598EDAF" w:rsidR="003A3478" w:rsidRPr="009C3767" w:rsidRDefault="003A3478"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 xml:space="preserve">Tổ dân phố số </w:t>
            </w:r>
            <w:r w:rsidR="00EF58E5" w:rsidRPr="009C3767">
              <w:rPr>
                <w:rFonts w:ascii="Times New Roman Bold" w:hAnsi="Times New Roman Bold" w:cs="Times New Roman"/>
                <w:b/>
                <w:spacing w:val="-6"/>
                <w:sz w:val="28"/>
                <w:szCs w:val="28"/>
              </w:rPr>
              <w:t>2</w:t>
            </w:r>
          </w:p>
        </w:tc>
        <w:tc>
          <w:tcPr>
            <w:tcW w:w="1559" w:type="dxa"/>
            <w:tcBorders>
              <w:top w:val="single" w:sz="6" w:space="0" w:color="000000"/>
              <w:left w:val="single" w:sz="6" w:space="0" w:color="000000"/>
              <w:bottom w:val="single" w:sz="6" w:space="0" w:color="000000"/>
              <w:right w:val="single" w:sz="6" w:space="0" w:color="000000"/>
            </w:tcBorders>
            <w:vAlign w:val="center"/>
          </w:tcPr>
          <w:p w14:paraId="6B79E02B" w14:textId="60743AFC" w:rsidR="003A3478" w:rsidRPr="009C3767" w:rsidRDefault="003A3478"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 xml:space="preserve">Tổ dân phố số </w:t>
            </w:r>
            <w:r w:rsidR="00EF58E5" w:rsidRPr="009C3767">
              <w:rPr>
                <w:rFonts w:ascii="Times New Roman Bold" w:hAnsi="Times New Roman Bold" w:cs="Times New Roman"/>
                <w:b/>
                <w:spacing w:val="-6"/>
                <w:sz w:val="28"/>
                <w:szCs w:val="28"/>
              </w:rPr>
              <w:t>5</w:t>
            </w:r>
          </w:p>
        </w:tc>
        <w:tc>
          <w:tcPr>
            <w:tcW w:w="2000" w:type="dxa"/>
            <w:tcBorders>
              <w:top w:val="single" w:sz="6" w:space="0" w:color="000000"/>
              <w:left w:val="single" w:sz="6" w:space="0" w:color="000000"/>
              <w:bottom w:val="single" w:sz="6" w:space="0" w:color="000000"/>
              <w:right w:val="single" w:sz="6" w:space="0" w:color="000000"/>
            </w:tcBorders>
            <w:vAlign w:val="center"/>
          </w:tcPr>
          <w:p w14:paraId="3D99C490" w14:textId="77777777" w:rsidR="003A3478" w:rsidRPr="009C3767" w:rsidRDefault="003A3478" w:rsidP="00F25D34">
            <w:pPr>
              <w:spacing w:line="276" w:lineRule="auto"/>
              <w:jc w:val="center"/>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Sau sáp nhập:</w:t>
            </w:r>
          </w:p>
          <w:p w14:paraId="4F16945D" w14:textId="77777777" w:rsidR="003A3478" w:rsidRPr="009C3767" w:rsidRDefault="003A3478" w:rsidP="00F25D34">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Tứ Hiệp 1</w:t>
            </w:r>
          </w:p>
        </w:tc>
      </w:tr>
      <w:tr w:rsidR="0045062A" w:rsidRPr="009C3767" w14:paraId="242171A3"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tcPr>
          <w:p w14:paraId="1FCD8C9D" w14:textId="77777777" w:rsidR="003A3478" w:rsidRPr="009C3767" w:rsidRDefault="003A3478" w:rsidP="000A3BCB">
            <w:pPr>
              <w:spacing w:line="276" w:lineRule="auto"/>
              <w:rPr>
                <w:rFonts w:cs="Times New Roman"/>
                <w:bCs/>
                <w:sz w:val="28"/>
                <w:szCs w:val="28"/>
              </w:rPr>
            </w:pPr>
            <w:r w:rsidRPr="009C3767">
              <w:rPr>
                <w:rFonts w:cs="Times New Roman"/>
                <w:bCs/>
                <w:sz w:val="28"/>
                <w:szCs w:val="28"/>
              </w:rPr>
              <w:t>Số hộ</w:t>
            </w:r>
          </w:p>
        </w:tc>
        <w:tc>
          <w:tcPr>
            <w:tcW w:w="1559" w:type="dxa"/>
            <w:tcBorders>
              <w:top w:val="single" w:sz="6" w:space="0" w:color="000000"/>
              <w:left w:val="single" w:sz="6" w:space="0" w:color="000000"/>
              <w:bottom w:val="single" w:sz="6" w:space="0" w:color="000000"/>
              <w:right w:val="single" w:sz="6" w:space="0" w:color="000000"/>
            </w:tcBorders>
            <w:vAlign w:val="center"/>
          </w:tcPr>
          <w:p w14:paraId="2B98390E" w14:textId="4004F369" w:rsidR="003A3478" w:rsidRPr="009C3767" w:rsidRDefault="003A3478" w:rsidP="000A3BCB">
            <w:pPr>
              <w:spacing w:line="276" w:lineRule="auto"/>
              <w:jc w:val="center"/>
              <w:rPr>
                <w:rFonts w:cs="Times New Roman"/>
                <w:sz w:val="28"/>
                <w:szCs w:val="28"/>
              </w:rPr>
            </w:pPr>
            <w:r w:rsidRPr="009C3767">
              <w:rPr>
                <w:rFonts w:cs="Times New Roman"/>
                <w:sz w:val="28"/>
                <w:szCs w:val="28"/>
              </w:rPr>
              <w:t>523</w:t>
            </w:r>
          </w:p>
        </w:tc>
        <w:tc>
          <w:tcPr>
            <w:tcW w:w="1559" w:type="dxa"/>
            <w:tcBorders>
              <w:top w:val="single" w:sz="6" w:space="0" w:color="000000"/>
              <w:left w:val="single" w:sz="6" w:space="0" w:color="000000"/>
              <w:bottom w:val="single" w:sz="6" w:space="0" w:color="000000"/>
              <w:right w:val="single" w:sz="6" w:space="0" w:color="000000"/>
            </w:tcBorders>
            <w:vAlign w:val="center"/>
          </w:tcPr>
          <w:p w14:paraId="09D195A5" w14:textId="68C35AD3" w:rsidR="003A3478" w:rsidRPr="009C3767" w:rsidRDefault="003A3478" w:rsidP="000A3BCB">
            <w:pPr>
              <w:spacing w:line="276" w:lineRule="auto"/>
              <w:jc w:val="center"/>
              <w:rPr>
                <w:rFonts w:cs="Times New Roman"/>
                <w:sz w:val="28"/>
                <w:szCs w:val="28"/>
              </w:rPr>
            </w:pPr>
            <w:r w:rsidRPr="009C3767">
              <w:rPr>
                <w:rFonts w:cs="Times New Roman"/>
                <w:sz w:val="28"/>
                <w:szCs w:val="28"/>
              </w:rPr>
              <w:t>450</w:t>
            </w:r>
          </w:p>
        </w:tc>
        <w:tc>
          <w:tcPr>
            <w:tcW w:w="2000" w:type="dxa"/>
            <w:tcBorders>
              <w:top w:val="single" w:sz="6" w:space="0" w:color="000000"/>
              <w:left w:val="single" w:sz="6" w:space="0" w:color="000000"/>
              <w:bottom w:val="single" w:sz="6" w:space="0" w:color="000000"/>
              <w:right w:val="single" w:sz="6" w:space="0" w:color="000000"/>
            </w:tcBorders>
            <w:vAlign w:val="center"/>
          </w:tcPr>
          <w:p w14:paraId="4866A053" w14:textId="36666460" w:rsidR="003A3478" w:rsidRPr="009C3767" w:rsidRDefault="003A3478" w:rsidP="000A3BCB">
            <w:pPr>
              <w:spacing w:line="276" w:lineRule="auto"/>
              <w:jc w:val="center"/>
              <w:rPr>
                <w:rFonts w:cs="Times New Roman"/>
                <w:sz w:val="28"/>
                <w:szCs w:val="28"/>
              </w:rPr>
            </w:pPr>
            <w:r w:rsidRPr="009C3767">
              <w:rPr>
                <w:rFonts w:cs="Times New Roman"/>
                <w:sz w:val="28"/>
                <w:szCs w:val="28"/>
              </w:rPr>
              <w:t xml:space="preserve">     973</w:t>
            </w:r>
          </w:p>
        </w:tc>
      </w:tr>
      <w:tr w:rsidR="0045062A" w:rsidRPr="009C3767" w14:paraId="3B84459C"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321139C1" w14:textId="77777777" w:rsidR="003A3478" w:rsidRPr="009C3767" w:rsidRDefault="003A3478" w:rsidP="000A3BCB">
            <w:pPr>
              <w:spacing w:line="276" w:lineRule="auto"/>
              <w:rPr>
                <w:rFonts w:cs="Times New Roman"/>
                <w:bCs/>
                <w:sz w:val="28"/>
                <w:szCs w:val="28"/>
              </w:rPr>
            </w:pPr>
            <w:r w:rsidRPr="009C3767">
              <w:rPr>
                <w:rFonts w:cs="Times New Roman"/>
                <w:bCs/>
                <w:sz w:val="28"/>
                <w:szCs w:val="28"/>
              </w:rPr>
              <w:t>Dân số/nhân khẩu</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59E17C26" w14:textId="6813DAD3" w:rsidR="003A3478" w:rsidRPr="009C3767" w:rsidRDefault="003A3478" w:rsidP="000A3BCB">
            <w:pPr>
              <w:spacing w:line="276" w:lineRule="auto"/>
              <w:jc w:val="center"/>
              <w:rPr>
                <w:rFonts w:cs="Times New Roman"/>
                <w:sz w:val="28"/>
                <w:szCs w:val="28"/>
              </w:rPr>
            </w:pPr>
            <w:r w:rsidRPr="009C3767">
              <w:rPr>
                <w:rFonts w:cs="Times New Roman"/>
                <w:sz w:val="28"/>
                <w:szCs w:val="28"/>
              </w:rPr>
              <w:t>2.123</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3A64B23E" w14:textId="1C96534E" w:rsidR="003A3478" w:rsidRPr="009C3767" w:rsidRDefault="003A3478" w:rsidP="000A3BCB">
            <w:pPr>
              <w:spacing w:line="276" w:lineRule="auto"/>
              <w:jc w:val="center"/>
              <w:rPr>
                <w:rFonts w:cs="Times New Roman"/>
                <w:sz w:val="28"/>
                <w:szCs w:val="28"/>
              </w:rPr>
            </w:pPr>
            <w:r w:rsidRPr="009C3767">
              <w:rPr>
                <w:rFonts w:cs="Times New Roman"/>
                <w:sz w:val="28"/>
                <w:szCs w:val="28"/>
              </w:rPr>
              <w:t>1.782</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4416D8B4" w14:textId="6FA5B597" w:rsidR="003A3478" w:rsidRPr="009C3767" w:rsidRDefault="003A3478" w:rsidP="000A3BCB">
            <w:pPr>
              <w:spacing w:line="276" w:lineRule="auto"/>
              <w:jc w:val="center"/>
              <w:rPr>
                <w:rFonts w:cs="Times New Roman"/>
                <w:sz w:val="28"/>
                <w:szCs w:val="28"/>
              </w:rPr>
            </w:pPr>
            <w:r w:rsidRPr="009C3767">
              <w:rPr>
                <w:rFonts w:cs="Times New Roman"/>
                <w:sz w:val="28"/>
                <w:szCs w:val="28"/>
              </w:rPr>
              <w:t xml:space="preserve">    3.905</w:t>
            </w:r>
          </w:p>
        </w:tc>
      </w:tr>
      <w:tr w:rsidR="0045062A" w:rsidRPr="009C3767" w14:paraId="053954A6"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5C6F51CE" w14:textId="77777777" w:rsidR="003A3478" w:rsidRPr="009C3767" w:rsidRDefault="003A3478" w:rsidP="000A3BCB">
            <w:pPr>
              <w:spacing w:line="276" w:lineRule="auto"/>
              <w:rPr>
                <w:rFonts w:cs="Times New Roman"/>
                <w:bCs/>
                <w:sz w:val="28"/>
                <w:szCs w:val="28"/>
              </w:rPr>
            </w:pPr>
            <w:r w:rsidRPr="009C3767">
              <w:rPr>
                <w:rFonts w:cs="Times New Roman"/>
                <w:bCs/>
                <w:sz w:val="28"/>
                <w:szCs w:val="28"/>
              </w:rPr>
              <w:t>Diện tích (km²)</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35A22766" w14:textId="482D5307" w:rsidR="003A3478" w:rsidRPr="009C3767" w:rsidRDefault="003A3478" w:rsidP="000A3BCB">
            <w:pPr>
              <w:spacing w:line="276" w:lineRule="auto"/>
              <w:jc w:val="center"/>
              <w:rPr>
                <w:rFonts w:cs="Times New Roman"/>
                <w:sz w:val="28"/>
                <w:szCs w:val="28"/>
              </w:rPr>
            </w:pPr>
            <w:r w:rsidRPr="009C3767">
              <w:rPr>
                <w:rFonts w:cs="Times New Roman"/>
                <w:sz w:val="28"/>
                <w:szCs w:val="28"/>
              </w:rPr>
              <w:t>0,001</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8CE4C8C" w14:textId="0FA1C956" w:rsidR="003A3478" w:rsidRPr="009C3767" w:rsidRDefault="003A3478" w:rsidP="000A3BCB">
            <w:pPr>
              <w:spacing w:line="276" w:lineRule="auto"/>
              <w:jc w:val="center"/>
              <w:rPr>
                <w:rFonts w:cs="Times New Roman"/>
                <w:sz w:val="28"/>
                <w:szCs w:val="28"/>
              </w:rPr>
            </w:pPr>
            <w:r w:rsidRPr="009C3767">
              <w:rPr>
                <w:rFonts w:cs="Times New Roman"/>
                <w:sz w:val="28"/>
                <w:szCs w:val="28"/>
              </w:rPr>
              <w:t>0,001</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0D5B5E32" w14:textId="6DA81913" w:rsidR="003A3478" w:rsidRPr="009C3767" w:rsidRDefault="003A3478" w:rsidP="000A3BCB">
            <w:pPr>
              <w:spacing w:line="276" w:lineRule="auto"/>
              <w:jc w:val="center"/>
              <w:rPr>
                <w:rFonts w:cs="Times New Roman"/>
                <w:sz w:val="28"/>
                <w:szCs w:val="28"/>
              </w:rPr>
            </w:pPr>
            <w:r w:rsidRPr="009C3767">
              <w:rPr>
                <w:rFonts w:cs="Times New Roman"/>
                <w:sz w:val="28"/>
                <w:szCs w:val="28"/>
              </w:rPr>
              <w:t xml:space="preserve">    0,002</w:t>
            </w:r>
          </w:p>
        </w:tc>
      </w:tr>
      <w:tr w:rsidR="0045062A" w:rsidRPr="009C3767" w14:paraId="354C1393"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0371056D" w14:textId="77777777" w:rsidR="003A3478" w:rsidRPr="009C3767" w:rsidRDefault="003A3478" w:rsidP="000A3BCB">
            <w:pPr>
              <w:spacing w:line="276" w:lineRule="auto"/>
              <w:rPr>
                <w:rFonts w:cs="Times New Roman"/>
                <w:bCs/>
                <w:sz w:val="28"/>
                <w:szCs w:val="28"/>
              </w:rPr>
            </w:pPr>
            <w:r w:rsidRPr="009C3767">
              <w:rPr>
                <w:rFonts w:cs="Times New Roman"/>
                <w:bCs/>
                <w:sz w:val="28"/>
                <w:szCs w:val="28"/>
              </w:rPr>
              <w:t>Số đảng viên</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1E9E504" w14:textId="22378DA0" w:rsidR="003A3478" w:rsidRPr="009C3767" w:rsidRDefault="003A3478" w:rsidP="000A3BCB">
            <w:pPr>
              <w:spacing w:line="276" w:lineRule="auto"/>
              <w:jc w:val="center"/>
              <w:rPr>
                <w:rFonts w:cs="Times New Roman"/>
                <w:sz w:val="28"/>
                <w:szCs w:val="28"/>
              </w:rPr>
            </w:pPr>
            <w:r w:rsidRPr="009C3767">
              <w:rPr>
                <w:rFonts w:cs="Times New Roman"/>
                <w:sz w:val="28"/>
                <w:szCs w:val="28"/>
              </w:rPr>
              <w:t>18</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50389B2" w14:textId="0247D528" w:rsidR="003A3478" w:rsidRPr="009C3767" w:rsidRDefault="003A3478" w:rsidP="000A3BCB">
            <w:pPr>
              <w:spacing w:line="276" w:lineRule="auto"/>
              <w:jc w:val="center"/>
              <w:rPr>
                <w:rFonts w:cs="Times New Roman"/>
                <w:sz w:val="28"/>
                <w:szCs w:val="28"/>
              </w:rPr>
            </w:pPr>
            <w:r w:rsidRPr="009C3767">
              <w:rPr>
                <w:rFonts w:cs="Times New Roman"/>
                <w:sz w:val="28"/>
                <w:szCs w:val="28"/>
              </w:rPr>
              <w:t>19</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13C630D5" w14:textId="75835E8B" w:rsidR="003A3478" w:rsidRPr="009C3767" w:rsidRDefault="003A3478" w:rsidP="000A3BCB">
            <w:pPr>
              <w:spacing w:line="276" w:lineRule="auto"/>
              <w:jc w:val="center"/>
              <w:rPr>
                <w:rFonts w:cs="Times New Roman"/>
                <w:sz w:val="28"/>
                <w:szCs w:val="28"/>
              </w:rPr>
            </w:pPr>
            <w:r w:rsidRPr="009C3767">
              <w:rPr>
                <w:rFonts w:cs="Times New Roman"/>
                <w:sz w:val="28"/>
                <w:szCs w:val="28"/>
              </w:rPr>
              <w:t>37</w:t>
            </w:r>
          </w:p>
        </w:tc>
      </w:tr>
      <w:tr w:rsidR="0045062A" w:rsidRPr="009C3767" w14:paraId="14B300DC"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4297D115" w14:textId="77777777" w:rsidR="003A3478" w:rsidRPr="009C3767" w:rsidRDefault="003A3478" w:rsidP="000A3BCB">
            <w:pPr>
              <w:spacing w:line="276" w:lineRule="auto"/>
              <w:rPr>
                <w:rFonts w:cs="Times New Roman"/>
                <w:bCs/>
                <w:spacing w:val="-10"/>
                <w:sz w:val="28"/>
                <w:szCs w:val="28"/>
              </w:rPr>
            </w:pPr>
            <w:r w:rsidRPr="009C3767">
              <w:rPr>
                <w:rFonts w:cs="Times New Roman"/>
                <w:bCs/>
                <w:spacing w:val="-10"/>
                <w:sz w:val="28"/>
                <w:szCs w:val="28"/>
              </w:rPr>
              <w:t>Nhà văn hóa/điểm sinh hoạt cộng đồng</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553CF4EF" w14:textId="5DD93DC2" w:rsidR="003A3478" w:rsidRPr="009C3767" w:rsidRDefault="003A3478" w:rsidP="000A3BCB">
            <w:pPr>
              <w:spacing w:line="276" w:lineRule="auto"/>
              <w:jc w:val="center"/>
              <w:rPr>
                <w:rFonts w:cs="Times New Roman"/>
                <w:sz w:val="28"/>
                <w:szCs w:val="28"/>
              </w:rPr>
            </w:pPr>
            <w:r w:rsidRPr="009C3767">
              <w:rPr>
                <w:rFonts w:cs="Times New Roman"/>
                <w:sz w:val="28"/>
                <w:szCs w:val="28"/>
              </w:rPr>
              <w:t>1</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1E8D5AA7" w14:textId="46CA780A" w:rsidR="003A3478" w:rsidRPr="009C3767" w:rsidRDefault="003A3478" w:rsidP="000A3BCB">
            <w:pPr>
              <w:spacing w:line="276" w:lineRule="auto"/>
              <w:jc w:val="center"/>
              <w:rPr>
                <w:rFonts w:cs="Times New Roman"/>
                <w:sz w:val="28"/>
                <w:szCs w:val="28"/>
              </w:rPr>
            </w:pPr>
            <w:r w:rsidRPr="009C3767">
              <w:rPr>
                <w:rFonts w:cs="Times New Roman"/>
                <w:sz w:val="28"/>
                <w:szCs w:val="28"/>
              </w:rPr>
              <w:t>1</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2FDB8CBD" w14:textId="25D11B03" w:rsidR="003A3478" w:rsidRPr="009C3767" w:rsidRDefault="003A3478" w:rsidP="000A3BCB">
            <w:pPr>
              <w:spacing w:line="276" w:lineRule="auto"/>
              <w:jc w:val="center"/>
              <w:rPr>
                <w:rFonts w:cs="Times New Roman"/>
                <w:sz w:val="28"/>
                <w:szCs w:val="28"/>
              </w:rPr>
            </w:pPr>
            <w:r w:rsidRPr="009C3767">
              <w:rPr>
                <w:rFonts w:cs="Times New Roman"/>
                <w:sz w:val="28"/>
                <w:szCs w:val="28"/>
              </w:rPr>
              <w:t>2</w:t>
            </w:r>
          </w:p>
        </w:tc>
      </w:tr>
      <w:tr w:rsidR="0045062A" w:rsidRPr="009C3767" w14:paraId="6F9A2B0C" w14:textId="77777777" w:rsidTr="00EB0752">
        <w:trPr>
          <w:jc w:val="center"/>
        </w:trPr>
        <w:tc>
          <w:tcPr>
            <w:tcW w:w="4503" w:type="dxa"/>
            <w:tcBorders>
              <w:top w:val="single" w:sz="6" w:space="0" w:color="000000"/>
              <w:left w:val="single" w:sz="6" w:space="0" w:color="000000"/>
              <w:bottom w:val="single" w:sz="6" w:space="0" w:color="000000"/>
              <w:right w:val="single" w:sz="6" w:space="0" w:color="000000"/>
            </w:tcBorders>
            <w:vAlign w:val="center"/>
            <w:hideMark/>
          </w:tcPr>
          <w:p w14:paraId="3234B55D" w14:textId="77777777" w:rsidR="003A3478" w:rsidRPr="009C3767" w:rsidRDefault="003A3478" w:rsidP="0045062A">
            <w:pPr>
              <w:spacing w:before="60" w:after="60" w:line="276" w:lineRule="auto"/>
              <w:rPr>
                <w:rFonts w:cs="Times New Roman"/>
                <w:bCs/>
                <w:spacing w:val="-10"/>
                <w:sz w:val="28"/>
                <w:szCs w:val="28"/>
              </w:rPr>
            </w:pPr>
            <w:r w:rsidRPr="009C3767">
              <w:rPr>
                <w:rFonts w:cs="Times New Roman"/>
                <w:bCs/>
                <w:spacing w:val="-10"/>
                <w:sz w:val="28"/>
                <w:szCs w:val="28"/>
              </w:rPr>
              <w:t>Người hoạt động không chuyên trách</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B1E8887" w14:textId="1EDA919A" w:rsidR="003A3478" w:rsidRPr="009C3767" w:rsidRDefault="003A3478" w:rsidP="0045062A">
            <w:pPr>
              <w:spacing w:before="60" w:after="60" w:line="276" w:lineRule="auto"/>
              <w:jc w:val="center"/>
              <w:rPr>
                <w:rFonts w:cs="Times New Roman"/>
                <w:sz w:val="28"/>
                <w:szCs w:val="28"/>
              </w:rPr>
            </w:pPr>
            <w:r w:rsidRPr="009C3767">
              <w:rPr>
                <w:rFonts w:cs="Times New Roman"/>
                <w:sz w:val="28"/>
                <w:szCs w:val="28"/>
              </w:rPr>
              <w:t>04</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4D68716B" w14:textId="0E600D1D" w:rsidR="003A3478" w:rsidRPr="009C3767" w:rsidRDefault="003A3478" w:rsidP="0045062A">
            <w:pPr>
              <w:spacing w:before="60" w:after="60" w:line="276" w:lineRule="auto"/>
              <w:jc w:val="center"/>
              <w:rPr>
                <w:rFonts w:cs="Times New Roman"/>
                <w:sz w:val="28"/>
                <w:szCs w:val="28"/>
              </w:rPr>
            </w:pPr>
            <w:r w:rsidRPr="009C3767">
              <w:rPr>
                <w:rFonts w:cs="Times New Roman"/>
                <w:sz w:val="28"/>
                <w:szCs w:val="28"/>
              </w:rPr>
              <w:t>03</w:t>
            </w:r>
          </w:p>
        </w:tc>
        <w:tc>
          <w:tcPr>
            <w:tcW w:w="2000" w:type="dxa"/>
            <w:tcBorders>
              <w:top w:val="single" w:sz="6" w:space="0" w:color="000000"/>
              <w:left w:val="single" w:sz="6" w:space="0" w:color="000000"/>
              <w:bottom w:val="single" w:sz="6" w:space="0" w:color="000000"/>
              <w:right w:val="single" w:sz="6" w:space="0" w:color="000000"/>
            </w:tcBorders>
            <w:vAlign w:val="center"/>
            <w:hideMark/>
          </w:tcPr>
          <w:p w14:paraId="3AD3EF90" w14:textId="201D691C" w:rsidR="003A3478" w:rsidRPr="009C3767" w:rsidRDefault="003A3478" w:rsidP="0045062A">
            <w:pPr>
              <w:spacing w:before="60" w:after="60" w:line="276" w:lineRule="auto"/>
              <w:jc w:val="center"/>
              <w:rPr>
                <w:rFonts w:cs="Times New Roman"/>
                <w:sz w:val="28"/>
                <w:szCs w:val="28"/>
              </w:rPr>
            </w:pPr>
            <w:r w:rsidRPr="009C3767">
              <w:rPr>
                <w:rFonts w:cs="Times New Roman"/>
                <w:sz w:val="28"/>
                <w:szCs w:val="28"/>
              </w:rPr>
              <w:t>0</w:t>
            </w:r>
            <w:r w:rsidR="00EF58E5" w:rsidRPr="009C3767">
              <w:rPr>
                <w:rFonts w:cs="Times New Roman"/>
                <w:sz w:val="28"/>
                <w:szCs w:val="28"/>
              </w:rPr>
              <w:t>4</w:t>
            </w:r>
            <w:r w:rsidRPr="009C3767">
              <w:rPr>
                <w:rFonts w:cs="Times New Roman"/>
                <w:sz w:val="28"/>
                <w:szCs w:val="28"/>
              </w:rPr>
              <w:t xml:space="preserve"> </w:t>
            </w:r>
          </w:p>
        </w:tc>
      </w:tr>
    </w:tbl>
    <w:p w14:paraId="50013679" w14:textId="7685D61C" w:rsidR="00F22122" w:rsidRPr="009C3767" w:rsidRDefault="00F22122" w:rsidP="0045062A">
      <w:pPr>
        <w:spacing w:before="60" w:after="60"/>
        <w:ind w:firstLine="709"/>
        <w:jc w:val="both"/>
        <w:rPr>
          <w:rFonts w:cs="Times New Roman"/>
          <w:b/>
          <w:sz w:val="28"/>
          <w:szCs w:val="28"/>
          <w:lang w:val="vi-VN"/>
        </w:rPr>
      </w:pPr>
      <w:r w:rsidRPr="009C3767">
        <w:rPr>
          <w:rFonts w:cs="Times New Roman"/>
          <w:b/>
          <w:sz w:val="28"/>
          <w:szCs w:val="28"/>
        </w:rPr>
        <w:t>2</w:t>
      </w:r>
      <w:r w:rsidRPr="009C3767">
        <w:rPr>
          <w:rFonts w:cs="Times New Roman"/>
          <w:b/>
          <w:sz w:val="28"/>
          <w:szCs w:val="28"/>
          <w:lang w:val="vi-VN"/>
        </w:rPr>
        <w:t>.</w:t>
      </w:r>
      <w:r w:rsidRPr="009C3767">
        <w:rPr>
          <w:rFonts w:cs="Times New Roman"/>
          <w:b/>
          <w:sz w:val="28"/>
          <w:szCs w:val="28"/>
        </w:rPr>
        <w:t>3. Tổ dân phố Pháp Vân 2</w:t>
      </w:r>
    </w:p>
    <w:p w14:paraId="179B3CFD" w14:textId="67214434" w:rsidR="00F22122" w:rsidRPr="009C3767" w:rsidRDefault="00F22122" w:rsidP="00390438">
      <w:pPr>
        <w:spacing w:after="0"/>
        <w:ind w:firstLine="709"/>
        <w:jc w:val="both"/>
        <w:rPr>
          <w:rFonts w:cs="Times New Roman"/>
          <w:sz w:val="28"/>
          <w:szCs w:val="28"/>
        </w:rPr>
      </w:pPr>
      <w:r w:rsidRPr="009C3767">
        <w:rPr>
          <w:rFonts w:cs="Times New Roman"/>
          <w:sz w:val="28"/>
          <w:szCs w:val="28"/>
        </w:rPr>
        <w:t xml:space="preserve">Tổ dân phố Pháp Vân 2 được hình thành trên cơ sở sắp xếp khu dân cư còn lại của Tổ dân phố số 7A sau khi tách khu Rose Town, khu dân cư còn lại của Tổ dân </w:t>
      </w:r>
      <w:r w:rsidRPr="009C3767">
        <w:rPr>
          <w:rFonts w:cs="Times New Roman"/>
          <w:sz w:val="28"/>
          <w:szCs w:val="28"/>
        </w:rPr>
        <w:lastRenderedPageBreak/>
        <w:t>phố số 7B sau khi tách Chung cư Phương Đông và Tổ dân phố số 18. Sau sắp xếp, tổ dân phố có 1.015 hộ, 3.401 nhân khẩu</w:t>
      </w:r>
      <w:r w:rsidR="00CC23C0" w:rsidRPr="009C3767">
        <w:rPr>
          <w:rFonts w:cs="Times New Roman"/>
          <w:sz w:val="28"/>
          <w:szCs w:val="28"/>
          <w:lang w:val="vi-VN"/>
        </w:rPr>
        <w:t xml:space="preserve">. </w:t>
      </w:r>
      <w:r w:rsidRPr="009C3767">
        <w:rPr>
          <w:rFonts w:cs="Times New Roman"/>
          <w:sz w:val="28"/>
          <w:szCs w:val="28"/>
        </w:rPr>
        <w:t>Phương án này giúp sắp xếp lại khu dân cư truyền thống sau khi tách các khu chung cư quy mô lớn, bảo đảm quy mô tổ dân phố và thuận lợi hơn cho quản lý dân cư, an ninh trật tự, phòng cháy chữa cháy và sinh hoạt cộng đồng.</w:t>
      </w:r>
    </w:p>
    <w:tbl>
      <w:tblPr>
        <w:tblStyle w:val="TableGrid"/>
        <w:tblW w:w="0" w:type="auto"/>
        <w:jc w:val="center"/>
        <w:tblLook w:val="04A0" w:firstRow="1" w:lastRow="0" w:firstColumn="1" w:lastColumn="0" w:noHBand="0" w:noVBand="1"/>
      </w:tblPr>
      <w:tblGrid>
        <w:gridCol w:w="2858"/>
        <w:gridCol w:w="1661"/>
        <w:gridCol w:w="1807"/>
        <w:gridCol w:w="1111"/>
        <w:gridCol w:w="1952"/>
      </w:tblGrid>
      <w:tr w:rsidR="00A730A0" w:rsidRPr="009C3767" w14:paraId="16547666"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tcPr>
          <w:p w14:paraId="139E3AF2" w14:textId="6C2BC50F" w:rsidR="00A730A0" w:rsidRPr="009C3767" w:rsidRDefault="00A730A0" w:rsidP="000A3BCB">
            <w:pPr>
              <w:spacing w:line="276" w:lineRule="auto"/>
              <w:jc w:val="center"/>
              <w:rPr>
                <w:rFonts w:cs="Times New Roman"/>
                <w:sz w:val="28"/>
                <w:szCs w:val="28"/>
              </w:rPr>
            </w:pPr>
            <w:r w:rsidRPr="009C3767">
              <w:rPr>
                <w:rFonts w:cs="Times New Roman"/>
                <w:b/>
                <w:sz w:val="28"/>
                <w:szCs w:val="28"/>
              </w:rPr>
              <w:t>Nội dung</w:t>
            </w:r>
          </w:p>
        </w:tc>
        <w:tc>
          <w:tcPr>
            <w:tcW w:w="1701" w:type="dxa"/>
            <w:tcBorders>
              <w:top w:val="single" w:sz="6" w:space="0" w:color="000000"/>
              <w:left w:val="single" w:sz="6" w:space="0" w:color="000000"/>
              <w:bottom w:val="single" w:sz="6" w:space="0" w:color="000000"/>
              <w:right w:val="single" w:sz="6" w:space="0" w:color="000000"/>
            </w:tcBorders>
            <w:vAlign w:val="center"/>
          </w:tcPr>
          <w:p w14:paraId="177BB289" w14:textId="54FFD362" w:rsidR="00EF58E5" w:rsidRPr="009C3767" w:rsidRDefault="00A730A0" w:rsidP="000A3BCB">
            <w:pPr>
              <w:spacing w:line="276" w:lineRule="auto"/>
              <w:jc w:val="center"/>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TDP số 7A sau khi</w:t>
            </w:r>
            <w:r w:rsidR="000A3BCB" w:rsidRPr="009C3767">
              <w:rPr>
                <w:rFonts w:ascii="Times New Roman Bold" w:hAnsi="Times New Roman Bold" w:cs="Times New Roman"/>
                <w:b/>
                <w:spacing w:val="-6"/>
                <w:sz w:val="28"/>
                <w:szCs w:val="28"/>
              </w:rPr>
              <w:t xml:space="preserve"> </w:t>
            </w:r>
            <w:r w:rsidRPr="009C3767">
              <w:rPr>
                <w:rFonts w:ascii="Times New Roman Bold" w:hAnsi="Times New Roman Bold" w:cs="Times New Roman"/>
                <w:b/>
                <w:spacing w:val="-6"/>
                <w:sz w:val="28"/>
                <w:szCs w:val="28"/>
              </w:rPr>
              <w:t xml:space="preserve">tách </w:t>
            </w:r>
          </w:p>
          <w:p w14:paraId="1C250E25" w14:textId="0E135A4B" w:rsidR="00EF58E5" w:rsidRPr="009C3767" w:rsidRDefault="00EF58E5" w:rsidP="000A3BCB">
            <w:pPr>
              <w:spacing w:line="276" w:lineRule="auto"/>
              <w:jc w:val="center"/>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chung cư</w:t>
            </w:r>
          </w:p>
          <w:p w14:paraId="38480A37" w14:textId="439A93CE" w:rsidR="00A730A0" w:rsidRPr="009C3767" w:rsidRDefault="00A730A0" w:rsidP="000A3BCB">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Rose Town</w:t>
            </w:r>
          </w:p>
        </w:tc>
        <w:tc>
          <w:tcPr>
            <w:tcW w:w="1843" w:type="dxa"/>
            <w:tcBorders>
              <w:top w:val="single" w:sz="6" w:space="0" w:color="000000"/>
              <w:left w:val="single" w:sz="6" w:space="0" w:color="000000"/>
              <w:bottom w:val="single" w:sz="6" w:space="0" w:color="000000"/>
              <w:right w:val="single" w:sz="6" w:space="0" w:color="000000"/>
            </w:tcBorders>
            <w:vAlign w:val="center"/>
          </w:tcPr>
          <w:p w14:paraId="059584A9" w14:textId="77777777" w:rsidR="005B4199" w:rsidRPr="009C3767" w:rsidRDefault="00A730A0" w:rsidP="000A3BCB">
            <w:pPr>
              <w:spacing w:line="276" w:lineRule="auto"/>
              <w:jc w:val="center"/>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 xml:space="preserve">TDP số 7B sau khi tách </w:t>
            </w:r>
          </w:p>
          <w:p w14:paraId="3EBCB194" w14:textId="0791F5F6" w:rsidR="00A730A0" w:rsidRPr="009C3767" w:rsidRDefault="00A730A0" w:rsidP="000A3BCB">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Chung cư Phương Đông</w:t>
            </w:r>
          </w:p>
        </w:tc>
        <w:tc>
          <w:tcPr>
            <w:tcW w:w="1125" w:type="dxa"/>
            <w:tcBorders>
              <w:top w:val="single" w:sz="6" w:space="0" w:color="000000"/>
              <w:left w:val="single" w:sz="6" w:space="0" w:color="000000"/>
              <w:bottom w:val="single" w:sz="6" w:space="0" w:color="000000"/>
              <w:right w:val="single" w:sz="6" w:space="0" w:color="000000"/>
            </w:tcBorders>
            <w:vAlign w:val="center"/>
          </w:tcPr>
          <w:p w14:paraId="67F54D2F" w14:textId="3C7DF28A" w:rsidR="00A730A0" w:rsidRPr="009C3767" w:rsidRDefault="005B4199" w:rsidP="000A3BCB">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TDP</w:t>
            </w:r>
            <w:r w:rsidR="00A730A0" w:rsidRPr="009C3767">
              <w:rPr>
                <w:rFonts w:ascii="Times New Roman Bold" w:hAnsi="Times New Roman Bold" w:cs="Times New Roman"/>
                <w:b/>
                <w:spacing w:val="-6"/>
                <w:sz w:val="28"/>
                <w:szCs w:val="28"/>
              </w:rPr>
              <w:t xml:space="preserve"> số 18</w:t>
            </w:r>
          </w:p>
        </w:tc>
        <w:tc>
          <w:tcPr>
            <w:tcW w:w="2009" w:type="dxa"/>
            <w:tcBorders>
              <w:top w:val="single" w:sz="6" w:space="0" w:color="000000"/>
              <w:left w:val="single" w:sz="6" w:space="0" w:color="000000"/>
              <w:bottom w:val="single" w:sz="6" w:space="0" w:color="000000"/>
              <w:right w:val="single" w:sz="6" w:space="0" w:color="000000"/>
            </w:tcBorders>
            <w:vAlign w:val="center"/>
          </w:tcPr>
          <w:p w14:paraId="489EFCC9" w14:textId="79EF9B65" w:rsidR="00A730A0" w:rsidRPr="009C3767" w:rsidRDefault="00A730A0" w:rsidP="000A3BCB">
            <w:pPr>
              <w:spacing w:line="276" w:lineRule="auto"/>
              <w:jc w:val="center"/>
              <w:rPr>
                <w:rFonts w:ascii="Times New Roman Bold" w:hAnsi="Times New Roman Bold" w:cs="Times New Roman"/>
                <w:spacing w:val="-6"/>
                <w:sz w:val="28"/>
                <w:szCs w:val="28"/>
              </w:rPr>
            </w:pPr>
            <w:r w:rsidRPr="009C3767">
              <w:rPr>
                <w:rFonts w:ascii="Times New Roman Bold" w:hAnsi="Times New Roman Bold" w:cs="Times New Roman"/>
                <w:b/>
                <w:spacing w:val="-6"/>
                <w:sz w:val="28"/>
                <w:szCs w:val="28"/>
              </w:rPr>
              <w:t>Sau sáp nhập: Pháp Vân 2</w:t>
            </w:r>
          </w:p>
        </w:tc>
      </w:tr>
      <w:tr w:rsidR="00A730A0" w:rsidRPr="009C3767" w14:paraId="7F5D8EC4"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tcPr>
          <w:p w14:paraId="03D36ABC" w14:textId="08588FDA" w:rsidR="00A730A0" w:rsidRPr="009C3767" w:rsidRDefault="00A730A0" w:rsidP="000A3BCB">
            <w:pPr>
              <w:spacing w:line="276" w:lineRule="auto"/>
              <w:rPr>
                <w:rFonts w:cs="Times New Roman"/>
                <w:bCs/>
                <w:sz w:val="28"/>
                <w:szCs w:val="28"/>
              </w:rPr>
            </w:pPr>
            <w:r w:rsidRPr="009C3767">
              <w:rPr>
                <w:rFonts w:cs="Times New Roman"/>
                <w:bCs/>
                <w:sz w:val="28"/>
                <w:szCs w:val="28"/>
              </w:rPr>
              <w:t>Số hộ</w:t>
            </w:r>
          </w:p>
        </w:tc>
        <w:tc>
          <w:tcPr>
            <w:tcW w:w="1701" w:type="dxa"/>
            <w:tcBorders>
              <w:top w:val="single" w:sz="6" w:space="0" w:color="000000"/>
              <w:left w:val="single" w:sz="6" w:space="0" w:color="000000"/>
              <w:bottom w:val="single" w:sz="6" w:space="0" w:color="000000"/>
              <w:right w:val="single" w:sz="6" w:space="0" w:color="000000"/>
            </w:tcBorders>
            <w:vAlign w:val="center"/>
          </w:tcPr>
          <w:p w14:paraId="60B268F7" w14:textId="48935617" w:rsidR="00A730A0" w:rsidRPr="009C3767" w:rsidRDefault="00A730A0" w:rsidP="000A3BCB">
            <w:pPr>
              <w:spacing w:line="276" w:lineRule="auto"/>
              <w:jc w:val="center"/>
              <w:rPr>
                <w:rFonts w:cs="Times New Roman"/>
                <w:sz w:val="28"/>
                <w:szCs w:val="28"/>
              </w:rPr>
            </w:pPr>
            <w:r w:rsidRPr="009C3767">
              <w:rPr>
                <w:rFonts w:cs="Times New Roman"/>
                <w:sz w:val="28"/>
                <w:szCs w:val="28"/>
              </w:rPr>
              <w:t>215</w:t>
            </w:r>
          </w:p>
        </w:tc>
        <w:tc>
          <w:tcPr>
            <w:tcW w:w="1843" w:type="dxa"/>
            <w:tcBorders>
              <w:top w:val="single" w:sz="6" w:space="0" w:color="000000"/>
              <w:left w:val="single" w:sz="6" w:space="0" w:color="000000"/>
              <w:bottom w:val="single" w:sz="6" w:space="0" w:color="000000"/>
              <w:right w:val="single" w:sz="6" w:space="0" w:color="000000"/>
            </w:tcBorders>
            <w:vAlign w:val="center"/>
          </w:tcPr>
          <w:p w14:paraId="3771AE30" w14:textId="575A9D86" w:rsidR="00A730A0" w:rsidRPr="009C3767" w:rsidRDefault="00A730A0" w:rsidP="000A3BCB">
            <w:pPr>
              <w:spacing w:line="276" w:lineRule="auto"/>
              <w:jc w:val="center"/>
              <w:rPr>
                <w:rFonts w:cs="Times New Roman"/>
                <w:sz w:val="28"/>
                <w:szCs w:val="28"/>
              </w:rPr>
            </w:pPr>
            <w:r w:rsidRPr="009C3767">
              <w:rPr>
                <w:rFonts w:cs="Times New Roman"/>
                <w:sz w:val="28"/>
                <w:szCs w:val="28"/>
              </w:rPr>
              <w:t>275</w:t>
            </w:r>
          </w:p>
        </w:tc>
        <w:tc>
          <w:tcPr>
            <w:tcW w:w="1125" w:type="dxa"/>
            <w:tcBorders>
              <w:top w:val="single" w:sz="6" w:space="0" w:color="000000"/>
              <w:left w:val="single" w:sz="6" w:space="0" w:color="000000"/>
              <w:bottom w:val="single" w:sz="6" w:space="0" w:color="000000"/>
              <w:right w:val="single" w:sz="6" w:space="0" w:color="000000"/>
            </w:tcBorders>
            <w:vAlign w:val="center"/>
          </w:tcPr>
          <w:p w14:paraId="1F3434D7" w14:textId="4A5A1078" w:rsidR="00A730A0" w:rsidRPr="009C3767" w:rsidRDefault="00A730A0" w:rsidP="000A3BCB">
            <w:pPr>
              <w:spacing w:line="276" w:lineRule="auto"/>
              <w:jc w:val="center"/>
              <w:rPr>
                <w:rFonts w:cs="Times New Roman"/>
                <w:sz w:val="28"/>
                <w:szCs w:val="28"/>
              </w:rPr>
            </w:pPr>
            <w:r w:rsidRPr="009C3767">
              <w:rPr>
                <w:rFonts w:cs="Times New Roman"/>
                <w:sz w:val="28"/>
                <w:szCs w:val="28"/>
              </w:rPr>
              <w:t>525</w:t>
            </w:r>
          </w:p>
        </w:tc>
        <w:tc>
          <w:tcPr>
            <w:tcW w:w="2009" w:type="dxa"/>
            <w:tcBorders>
              <w:top w:val="single" w:sz="6" w:space="0" w:color="000000"/>
              <w:left w:val="single" w:sz="6" w:space="0" w:color="000000"/>
              <w:bottom w:val="single" w:sz="6" w:space="0" w:color="000000"/>
              <w:right w:val="single" w:sz="6" w:space="0" w:color="000000"/>
            </w:tcBorders>
            <w:vAlign w:val="center"/>
          </w:tcPr>
          <w:p w14:paraId="30DBE7EF" w14:textId="7C36AFEB" w:rsidR="00A730A0" w:rsidRPr="009C3767" w:rsidRDefault="00A730A0" w:rsidP="000A3BCB">
            <w:pPr>
              <w:spacing w:line="276" w:lineRule="auto"/>
              <w:jc w:val="center"/>
              <w:rPr>
                <w:rFonts w:cs="Times New Roman"/>
                <w:sz w:val="28"/>
                <w:szCs w:val="28"/>
              </w:rPr>
            </w:pPr>
            <w:r w:rsidRPr="009C3767">
              <w:rPr>
                <w:rFonts w:cs="Times New Roman"/>
                <w:sz w:val="28"/>
                <w:szCs w:val="28"/>
              </w:rPr>
              <w:t>1.015</w:t>
            </w:r>
          </w:p>
        </w:tc>
      </w:tr>
      <w:tr w:rsidR="00A730A0" w:rsidRPr="009C3767" w14:paraId="11ADE3EC"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hideMark/>
          </w:tcPr>
          <w:p w14:paraId="414EF68E"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Dân số/nhân khẩu</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0D5574B7"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520</w:t>
            </w:r>
          </w:p>
        </w:tc>
        <w:tc>
          <w:tcPr>
            <w:tcW w:w="1843" w:type="dxa"/>
            <w:tcBorders>
              <w:top w:val="single" w:sz="6" w:space="0" w:color="000000"/>
              <w:left w:val="single" w:sz="6" w:space="0" w:color="000000"/>
              <w:bottom w:val="single" w:sz="6" w:space="0" w:color="000000"/>
              <w:right w:val="single" w:sz="6" w:space="0" w:color="000000"/>
            </w:tcBorders>
            <w:vAlign w:val="center"/>
            <w:hideMark/>
          </w:tcPr>
          <w:p w14:paraId="226B3CC4"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865</w:t>
            </w:r>
          </w:p>
        </w:tc>
        <w:tc>
          <w:tcPr>
            <w:tcW w:w="1125" w:type="dxa"/>
            <w:tcBorders>
              <w:top w:val="single" w:sz="6" w:space="0" w:color="000000"/>
              <w:left w:val="single" w:sz="6" w:space="0" w:color="000000"/>
              <w:bottom w:val="single" w:sz="6" w:space="0" w:color="000000"/>
              <w:right w:val="single" w:sz="6" w:space="0" w:color="000000"/>
            </w:tcBorders>
            <w:vAlign w:val="center"/>
            <w:hideMark/>
          </w:tcPr>
          <w:p w14:paraId="0706EC18"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2.016</w:t>
            </w:r>
          </w:p>
        </w:tc>
        <w:tc>
          <w:tcPr>
            <w:tcW w:w="2009" w:type="dxa"/>
            <w:tcBorders>
              <w:top w:val="single" w:sz="6" w:space="0" w:color="000000"/>
              <w:left w:val="single" w:sz="6" w:space="0" w:color="000000"/>
              <w:bottom w:val="single" w:sz="6" w:space="0" w:color="000000"/>
              <w:right w:val="single" w:sz="6" w:space="0" w:color="000000"/>
            </w:tcBorders>
            <w:vAlign w:val="center"/>
            <w:hideMark/>
          </w:tcPr>
          <w:p w14:paraId="2F9C13BC"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3.401</w:t>
            </w:r>
          </w:p>
        </w:tc>
      </w:tr>
      <w:tr w:rsidR="006B76C3" w:rsidRPr="009C3767" w14:paraId="2AB24DAB"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hideMark/>
          </w:tcPr>
          <w:p w14:paraId="570D994B" w14:textId="77777777" w:rsidR="006B76C3" w:rsidRPr="009C3767" w:rsidRDefault="006B76C3" w:rsidP="000A3BCB">
            <w:pPr>
              <w:spacing w:line="276" w:lineRule="auto"/>
              <w:rPr>
                <w:rFonts w:cs="Times New Roman"/>
                <w:bCs/>
                <w:sz w:val="28"/>
                <w:szCs w:val="28"/>
              </w:rPr>
            </w:pPr>
            <w:r w:rsidRPr="009C3767">
              <w:rPr>
                <w:rFonts w:cs="Times New Roman"/>
                <w:bCs/>
                <w:sz w:val="28"/>
                <w:szCs w:val="28"/>
              </w:rPr>
              <w:t>Diện tích (km²)</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3FBEB3CE" w14:textId="4155AE65" w:rsidR="006B76C3" w:rsidRPr="009C3767" w:rsidRDefault="006B76C3" w:rsidP="000A3BCB">
            <w:pPr>
              <w:spacing w:line="276" w:lineRule="auto"/>
              <w:jc w:val="center"/>
              <w:rPr>
                <w:rFonts w:cs="Times New Roman"/>
                <w:sz w:val="28"/>
                <w:szCs w:val="28"/>
              </w:rPr>
            </w:pPr>
            <w:r w:rsidRPr="009C3767">
              <w:rPr>
                <w:rFonts w:cs="Times New Roman"/>
                <w:sz w:val="28"/>
                <w:szCs w:val="28"/>
              </w:rPr>
              <w:t>0.08</w:t>
            </w:r>
          </w:p>
        </w:tc>
        <w:tc>
          <w:tcPr>
            <w:tcW w:w="1843" w:type="dxa"/>
            <w:tcBorders>
              <w:top w:val="single" w:sz="6" w:space="0" w:color="000000"/>
              <w:left w:val="single" w:sz="6" w:space="0" w:color="000000"/>
              <w:bottom w:val="single" w:sz="6" w:space="0" w:color="000000"/>
              <w:right w:val="single" w:sz="6" w:space="0" w:color="000000"/>
            </w:tcBorders>
            <w:vAlign w:val="center"/>
            <w:hideMark/>
          </w:tcPr>
          <w:p w14:paraId="1204AC59" w14:textId="7C3B73E5" w:rsidR="006B76C3" w:rsidRPr="009C3767" w:rsidRDefault="006B76C3" w:rsidP="000A3BCB">
            <w:pPr>
              <w:spacing w:line="276" w:lineRule="auto"/>
              <w:jc w:val="center"/>
              <w:rPr>
                <w:rFonts w:cs="Times New Roman"/>
                <w:sz w:val="28"/>
                <w:szCs w:val="28"/>
              </w:rPr>
            </w:pPr>
            <w:r w:rsidRPr="009C3767">
              <w:rPr>
                <w:rFonts w:cs="Times New Roman"/>
                <w:sz w:val="28"/>
                <w:szCs w:val="28"/>
              </w:rPr>
              <w:t>0.13</w:t>
            </w:r>
          </w:p>
        </w:tc>
        <w:tc>
          <w:tcPr>
            <w:tcW w:w="1125" w:type="dxa"/>
            <w:tcBorders>
              <w:top w:val="single" w:sz="6" w:space="0" w:color="000000"/>
              <w:left w:val="single" w:sz="6" w:space="0" w:color="000000"/>
              <w:bottom w:val="single" w:sz="6" w:space="0" w:color="000000"/>
              <w:right w:val="single" w:sz="6" w:space="0" w:color="000000"/>
            </w:tcBorders>
            <w:vAlign w:val="center"/>
            <w:hideMark/>
          </w:tcPr>
          <w:p w14:paraId="585482E2" w14:textId="4067C4F2" w:rsidR="006B76C3" w:rsidRPr="009C3767" w:rsidRDefault="006B76C3" w:rsidP="000A3BCB">
            <w:pPr>
              <w:spacing w:line="276" w:lineRule="auto"/>
              <w:jc w:val="center"/>
              <w:rPr>
                <w:rFonts w:cs="Times New Roman"/>
                <w:sz w:val="28"/>
                <w:szCs w:val="28"/>
              </w:rPr>
            </w:pPr>
            <w:r w:rsidRPr="009C3767">
              <w:rPr>
                <w:rFonts w:cs="Times New Roman"/>
                <w:sz w:val="28"/>
                <w:szCs w:val="28"/>
              </w:rPr>
              <w:t>0</w:t>
            </w:r>
            <w:r w:rsidR="00FF61A7" w:rsidRPr="009C3767">
              <w:rPr>
                <w:rFonts w:cs="Times New Roman"/>
                <w:sz w:val="28"/>
                <w:szCs w:val="28"/>
              </w:rPr>
              <w:t>.</w:t>
            </w:r>
            <w:r w:rsidRPr="009C3767">
              <w:rPr>
                <w:rFonts w:cs="Times New Roman"/>
                <w:sz w:val="28"/>
                <w:szCs w:val="28"/>
              </w:rPr>
              <w:t>19</w:t>
            </w:r>
          </w:p>
        </w:tc>
        <w:tc>
          <w:tcPr>
            <w:tcW w:w="2009" w:type="dxa"/>
            <w:tcBorders>
              <w:top w:val="single" w:sz="6" w:space="0" w:color="000000"/>
              <w:left w:val="single" w:sz="6" w:space="0" w:color="000000"/>
              <w:bottom w:val="single" w:sz="6" w:space="0" w:color="000000"/>
              <w:right w:val="single" w:sz="6" w:space="0" w:color="000000"/>
            </w:tcBorders>
            <w:vAlign w:val="center"/>
            <w:hideMark/>
          </w:tcPr>
          <w:p w14:paraId="3D2E0CEA" w14:textId="354497D6" w:rsidR="006B76C3" w:rsidRPr="009C3767" w:rsidRDefault="00FF61A7" w:rsidP="000A3BCB">
            <w:pPr>
              <w:spacing w:line="276" w:lineRule="auto"/>
              <w:jc w:val="center"/>
              <w:rPr>
                <w:rFonts w:cs="Times New Roman"/>
                <w:sz w:val="28"/>
                <w:szCs w:val="28"/>
              </w:rPr>
            </w:pPr>
            <w:r w:rsidRPr="009C3767">
              <w:rPr>
                <w:rFonts w:cs="Times New Roman"/>
                <w:sz w:val="28"/>
                <w:szCs w:val="28"/>
              </w:rPr>
              <w:t>0.4</w:t>
            </w:r>
          </w:p>
        </w:tc>
      </w:tr>
      <w:tr w:rsidR="00A730A0" w:rsidRPr="009C3767" w14:paraId="2BE9917E"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hideMark/>
          </w:tcPr>
          <w:p w14:paraId="155A58BD"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Số đảng viên</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460B064E" w14:textId="4CEFCAA2" w:rsidR="00A730A0" w:rsidRPr="009C3767" w:rsidRDefault="00047411" w:rsidP="000A3BCB">
            <w:pPr>
              <w:spacing w:line="276" w:lineRule="auto"/>
              <w:jc w:val="center"/>
              <w:rPr>
                <w:rFonts w:cs="Times New Roman"/>
                <w:sz w:val="28"/>
                <w:szCs w:val="28"/>
              </w:rPr>
            </w:pPr>
            <w:r w:rsidRPr="009C3767">
              <w:rPr>
                <w:rFonts w:cs="Times New Roman"/>
                <w:sz w:val="28"/>
                <w:szCs w:val="28"/>
              </w:rPr>
              <w:t>3</w:t>
            </w:r>
            <w:r w:rsidR="003B07E5" w:rsidRPr="009C3767">
              <w:rPr>
                <w:rFonts w:cs="Times New Roman"/>
                <w:sz w:val="28"/>
                <w:szCs w:val="28"/>
              </w:rPr>
              <w:t>8</w:t>
            </w:r>
          </w:p>
        </w:tc>
        <w:tc>
          <w:tcPr>
            <w:tcW w:w="1843" w:type="dxa"/>
            <w:tcBorders>
              <w:top w:val="single" w:sz="6" w:space="0" w:color="000000"/>
              <w:left w:val="single" w:sz="6" w:space="0" w:color="000000"/>
              <w:bottom w:val="single" w:sz="6" w:space="0" w:color="000000"/>
              <w:right w:val="single" w:sz="6" w:space="0" w:color="000000"/>
            </w:tcBorders>
            <w:vAlign w:val="center"/>
            <w:hideMark/>
          </w:tcPr>
          <w:p w14:paraId="2FFDA84B" w14:textId="206416A1" w:rsidR="00A730A0" w:rsidRPr="009C3767" w:rsidRDefault="00047411" w:rsidP="000A3BCB">
            <w:pPr>
              <w:spacing w:line="276" w:lineRule="auto"/>
              <w:jc w:val="center"/>
              <w:rPr>
                <w:rFonts w:cs="Times New Roman"/>
                <w:sz w:val="28"/>
                <w:szCs w:val="28"/>
              </w:rPr>
            </w:pPr>
            <w:r w:rsidRPr="009C3767">
              <w:rPr>
                <w:rFonts w:cs="Times New Roman"/>
                <w:sz w:val="28"/>
                <w:szCs w:val="28"/>
              </w:rPr>
              <w:t>4</w:t>
            </w:r>
            <w:r w:rsidR="003B07E5" w:rsidRPr="009C3767">
              <w:rPr>
                <w:rFonts w:cs="Times New Roman"/>
                <w:sz w:val="28"/>
                <w:szCs w:val="28"/>
              </w:rPr>
              <w:t>8</w:t>
            </w:r>
          </w:p>
        </w:tc>
        <w:tc>
          <w:tcPr>
            <w:tcW w:w="1125" w:type="dxa"/>
            <w:tcBorders>
              <w:top w:val="single" w:sz="6" w:space="0" w:color="000000"/>
              <w:left w:val="single" w:sz="6" w:space="0" w:color="000000"/>
              <w:bottom w:val="single" w:sz="6" w:space="0" w:color="000000"/>
              <w:right w:val="single" w:sz="6" w:space="0" w:color="000000"/>
            </w:tcBorders>
            <w:vAlign w:val="center"/>
            <w:hideMark/>
          </w:tcPr>
          <w:p w14:paraId="312E0370" w14:textId="77777777" w:rsidR="00A730A0" w:rsidRPr="009C3767" w:rsidRDefault="00A730A0" w:rsidP="000A3BCB">
            <w:pPr>
              <w:spacing w:line="276" w:lineRule="auto"/>
              <w:jc w:val="center"/>
              <w:rPr>
                <w:rFonts w:cs="Times New Roman"/>
                <w:sz w:val="28"/>
                <w:szCs w:val="28"/>
              </w:rPr>
            </w:pPr>
            <w:r w:rsidRPr="009C3767">
              <w:rPr>
                <w:rFonts w:cs="Times New Roman"/>
                <w:sz w:val="28"/>
                <w:szCs w:val="28"/>
              </w:rPr>
              <w:t>66</w:t>
            </w:r>
          </w:p>
        </w:tc>
        <w:tc>
          <w:tcPr>
            <w:tcW w:w="2009" w:type="dxa"/>
            <w:tcBorders>
              <w:top w:val="single" w:sz="6" w:space="0" w:color="000000"/>
              <w:left w:val="single" w:sz="6" w:space="0" w:color="000000"/>
              <w:bottom w:val="single" w:sz="6" w:space="0" w:color="000000"/>
              <w:right w:val="single" w:sz="6" w:space="0" w:color="000000"/>
            </w:tcBorders>
            <w:vAlign w:val="center"/>
            <w:hideMark/>
          </w:tcPr>
          <w:p w14:paraId="4D46B063" w14:textId="30A2C9C2" w:rsidR="00A730A0" w:rsidRPr="009C3767" w:rsidRDefault="003B07E5" w:rsidP="000A3BCB">
            <w:pPr>
              <w:spacing w:line="276" w:lineRule="auto"/>
              <w:jc w:val="center"/>
              <w:rPr>
                <w:rFonts w:cs="Times New Roman"/>
                <w:sz w:val="28"/>
                <w:szCs w:val="28"/>
              </w:rPr>
            </w:pPr>
            <w:r w:rsidRPr="009C3767">
              <w:rPr>
                <w:rFonts w:cs="Times New Roman"/>
                <w:sz w:val="28"/>
                <w:szCs w:val="28"/>
              </w:rPr>
              <w:t>1</w:t>
            </w:r>
            <w:r w:rsidR="00047411" w:rsidRPr="009C3767">
              <w:rPr>
                <w:rFonts w:cs="Times New Roman"/>
                <w:sz w:val="28"/>
                <w:szCs w:val="28"/>
              </w:rPr>
              <w:t>5</w:t>
            </w:r>
            <w:r w:rsidRPr="009C3767">
              <w:rPr>
                <w:rFonts w:cs="Times New Roman"/>
                <w:sz w:val="28"/>
                <w:szCs w:val="28"/>
              </w:rPr>
              <w:t>2</w:t>
            </w:r>
          </w:p>
        </w:tc>
      </w:tr>
      <w:tr w:rsidR="006B76C3" w:rsidRPr="009C3767" w14:paraId="2105A5DD"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hideMark/>
          </w:tcPr>
          <w:p w14:paraId="3A7F6C36" w14:textId="77777777" w:rsidR="006B76C3" w:rsidRPr="009C3767" w:rsidRDefault="006B76C3" w:rsidP="000A3BCB">
            <w:pPr>
              <w:spacing w:line="276" w:lineRule="auto"/>
              <w:rPr>
                <w:rFonts w:cs="Times New Roman"/>
                <w:bCs/>
                <w:sz w:val="28"/>
                <w:szCs w:val="28"/>
              </w:rPr>
            </w:pPr>
            <w:r w:rsidRPr="009C3767">
              <w:rPr>
                <w:rFonts w:cs="Times New Roman"/>
                <w:bCs/>
                <w:sz w:val="28"/>
                <w:szCs w:val="28"/>
              </w:rPr>
              <w:t>Nhà văn hóa/điểm sinh hoạt cộng đồng</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45671A80" w14:textId="34E9E4C0" w:rsidR="006B76C3" w:rsidRPr="009C3767" w:rsidRDefault="006B76C3" w:rsidP="000A3BCB">
            <w:pPr>
              <w:spacing w:line="276" w:lineRule="auto"/>
              <w:jc w:val="center"/>
              <w:rPr>
                <w:rFonts w:cs="Times New Roman"/>
                <w:sz w:val="28"/>
                <w:szCs w:val="28"/>
              </w:rPr>
            </w:pPr>
            <w:r w:rsidRPr="009C3767">
              <w:rPr>
                <w:rFonts w:cs="Times New Roman"/>
                <w:sz w:val="28"/>
                <w:szCs w:val="28"/>
              </w:rPr>
              <w:t>1</w:t>
            </w:r>
          </w:p>
        </w:tc>
        <w:tc>
          <w:tcPr>
            <w:tcW w:w="1843" w:type="dxa"/>
            <w:tcBorders>
              <w:top w:val="single" w:sz="6" w:space="0" w:color="000000"/>
              <w:left w:val="single" w:sz="6" w:space="0" w:color="000000"/>
              <w:bottom w:val="single" w:sz="6" w:space="0" w:color="000000"/>
              <w:right w:val="single" w:sz="6" w:space="0" w:color="000000"/>
            </w:tcBorders>
            <w:vAlign w:val="center"/>
            <w:hideMark/>
          </w:tcPr>
          <w:p w14:paraId="1F7073E6" w14:textId="7A198D71" w:rsidR="006B76C3" w:rsidRPr="009C3767" w:rsidRDefault="006B76C3" w:rsidP="000A3BCB">
            <w:pPr>
              <w:spacing w:line="276" w:lineRule="auto"/>
              <w:jc w:val="center"/>
              <w:rPr>
                <w:rFonts w:cs="Times New Roman"/>
                <w:sz w:val="28"/>
                <w:szCs w:val="28"/>
              </w:rPr>
            </w:pPr>
            <w:r w:rsidRPr="009C3767">
              <w:rPr>
                <w:rFonts w:cs="Times New Roman"/>
                <w:sz w:val="28"/>
                <w:szCs w:val="28"/>
              </w:rPr>
              <w:t>1</w:t>
            </w:r>
          </w:p>
        </w:tc>
        <w:tc>
          <w:tcPr>
            <w:tcW w:w="1125" w:type="dxa"/>
            <w:tcBorders>
              <w:top w:val="single" w:sz="6" w:space="0" w:color="000000"/>
              <w:left w:val="single" w:sz="6" w:space="0" w:color="000000"/>
              <w:bottom w:val="single" w:sz="6" w:space="0" w:color="000000"/>
              <w:right w:val="single" w:sz="6" w:space="0" w:color="000000"/>
            </w:tcBorders>
            <w:vAlign w:val="center"/>
            <w:hideMark/>
          </w:tcPr>
          <w:p w14:paraId="381AF866" w14:textId="51E73666" w:rsidR="006B76C3" w:rsidRPr="009C3767" w:rsidRDefault="006B76C3" w:rsidP="000A3BCB">
            <w:pPr>
              <w:spacing w:line="276" w:lineRule="auto"/>
              <w:jc w:val="center"/>
              <w:rPr>
                <w:rFonts w:cs="Times New Roman"/>
                <w:sz w:val="28"/>
                <w:szCs w:val="28"/>
              </w:rPr>
            </w:pPr>
            <w:r w:rsidRPr="009C3767">
              <w:rPr>
                <w:rFonts w:cs="Times New Roman"/>
                <w:sz w:val="28"/>
                <w:szCs w:val="28"/>
              </w:rPr>
              <w:t>0</w:t>
            </w:r>
          </w:p>
        </w:tc>
        <w:tc>
          <w:tcPr>
            <w:tcW w:w="2009" w:type="dxa"/>
            <w:tcBorders>
              <w:top w:val="single" w:sz="6" w:space="0" w:color="000000"/>
              <w:left w:val="single" w:sz="6" w:space="0" w:color="000000"/>
              <w:bottom w:val="single" w:sz="6" w:space="0" w:color="000000"/>
              <w:right w:val="single" w:sz="6" w:space="0" w:color="000000"/>
            </w:tcBorders>
            <w:vAlign w:val="center"/>
            <w:hideMark/>
          </w:tcPr>
          <w:p w14:paraId="7DB84395" w14:textId="6C930618" w:rsidR="006B76C3" w:rsidRPr="009C3767" w:rsidRDefault="006B76C3" w:rsidP="000A3BCB">
            <w:pPr>
              <w:spacing w:line="276" w:lineRule="auto"/>
              <w:jc w:val="center"/>
              <w:rPr>
                <w:rFonts w:cs="Times New Roman"/>
                <w:sz w:val="28"/>
                <w:szCs w:val="28"/>
              </w:rPr>
            </w:pPr>
            <w:r w:rsidRPr="009C3767">
              <w:rPr>
                <w:rFonts w:cs="Times New Roman"/>
                <w:sz w:val="28"/>
                <w:szCs w:val="28"/>
              </w:rPr>
              <w:t>2</w:t>
            </w:r>
          </w:p>
        </w:tc>
      </w:tr>
      <w:tr w:rsidR="00A730A0" w:rsidRPr="009C3767" w14:paraId="2C7F9862" w14:textId="77777777" w:rsidTr="005B4199">
        <w:trPr>
          <w:jc w:val="center"/>
        </w:trPr>
        <w:tc>
          <w:tcPr>
            <w:tcW w:w="2943" w:type="dxa"/>
            <w:tcBorders>
              <w:top w:val="single" w:sz="6" w:space="0" w:color="000000"/>
              <w:left w:val="single" w:sz="6" w:space="0" w:color="000000"/>
              <w:bottom w:val="single" w:sz="6" w:space="0" w:color="000000"/>
              <w:right w:val="single" w:sz="6" w:space="0" w:color="000000"/>
            </w:tcBorders>
            <w:vAlign w:val="center"/>
            <w:hideMark/>
          </w:tcPr>
          <w:p w14:paraId="70B8D724" w14:textId="77777777" w:rsidR="00A730A0" w:rsidRPr="009C3767" w:rsidRDefault="00A730A0" w:rsidP="000A3BCB">
            <w:pPr>
              <w:spacing w:line="276" w:lineRule="auto"/>
              <w:rPr>
                <w:rFonts w:cs="Times New Roman"/>
                <w:bCs/>
                <w:sz w:val="28"/>
                <w:szCs w:val="28"/>
              </w:rPr>
            </w:pPr>
            <w:r w:rsidRPr="009C3767">
              <w:rPr>
                <w:rFonts w:cs="Times New Roman"/>
                <w:bCs/>
                <w:sz w:val="28"/>
                <w:szCs w:val="28"/>
              </w:rPr>
              <w:t>Người hoạt động không chuyên trách</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7E226155" w14:textId="4D098AC4" w:rsidR="00A730A0" w:rsidRPr="009C3767" w:rsidRDefault="00A730A0" w:rsidP="000A3BCB">
            <w:pPr>
              <w:spacing w:line="276" w:lineRule="auto"/>
              <w:jc w:val="center"/>
              <w:rPr>
                <w:rFonts w:cs="Times New Roman"/>
                <w:sz w:val="28"/>
                <w:szCs w:val="28"/>
              </w:rPr>
            </w:pPr>
            <w:r w:rsidRPr="009C3767">
              <w:rPr>
                <w:rFonts w:cs="Times New Roman"/>
                <w:sz w:val="28"/>
                <w:szCs w:val="28"/>
              </w:rPr>
              <w:t>3</w:t>
            </w:r>
          </w:p>
        </w:tc>
        <w:tc>
          <w:tcPr>
            <w:tcW w:w="1843" w:type="dxa"/>
            <w:tcBorders>
              <w:top w:val="single" w:sz="6" w:space="0" w:color="000000"/>
              <w:left w:val="single" w:sz="6" w:space="0" w:color="000000"/>
              <w:bottom w:val="single" w:sz="6" w:space="0" w:color="000000"/>
              <w:right w:val="single" w:sz="6" w:space="0" w:color="000000"/>
            </w:tcBorders>
            <w:vAlign w:val="center"/>
            <w:hideMark/>
          </w:tcPr>
          <w:p w14:paraId="07FCF165" w14:textId="021D6C81" w:rsidR="00A730A0" w:rsidRPr="009C3767" w:rsidRDefault="00A730A0" w:rsidP="000A3BCB">
            <w:pPr>
              <w:spacing w:line="276" w:lineRule="auto"/>
              <w:jc w:val="center"/>
              <w:rPr>
                <w:rFonts w:cs="Times New Roman"/>
                <w:sz w:val="28"/>
                <w:szCs w:val="28"/>
              </w:rPr>
            </w:pPr>
            <w:r w:rsidRPr="009C3767">
              <w:rPr>
                <w:rFonts w:cs="Times New Roman"/>
                <w:sz w:val="28"/>
                <w:szCs w:val="28"/>
              </w:rPr>
              <w:t>3</w:t>
            </w:r>
          </w:p>
        </w:tc>
        <w:tc>
          <w:tcPr>
            <w:tcW w:w="1125" w:type="dxa"/>
            <w:tcBorders>
              <w:top w:val="single" w:sz="6" w:space="0" w:color="000000"/>
              <w:left w:val="single" w:sz="6" w:space="0" w:color="000000"/>
              <w:bottom w:val="single" w:sz="6" w:space="0" w:color="000000"/>
              <w:right w:val="single" w:sz="6" w:space="0" w:color="000000"/>
            </w:tcBorders>
            <w:vAlign w:val="center"/>
            <w:hideMark/>
          </w:tcPr>
          <w:p w14:paraId="0DC55862" w14:textId="3DD84889" w:rsidR="00A730A0" w:rsidRPr="009C3767" w:rsidRDefault="00A730A0" w:rsidP="000A3BCB">
            <w:pPr>
              <w:spacing w:line="276" w:lineRule="auto"/>
              <w:jc w:val="center"/>
              <w:rPr>
                <w:rFonts w:cs="Times New Roman"/>
                <w:sz w:val="28"/>
                <w:szCs w:val="28"/>
              </w:rPr>
            </w:pPr>
            <w:r w:rsidRPr="009C3767">
              <w:rPr>
                <w:rFonts w:cs="Times New Roman"/>
                <w:sz w:val="28"/>
                <w:szCs w:val="28"/>
              </w:rPr>
              <w:t>3</w:t>
            </w:r>
          </w:p>
        </w:tc>
        <w:tc>
          <w:tcPr>
            <w:tcW w:w="2009" w:type="dxa"/>
            <w:tcBorders>
              <w:top w:val="single" w:sz="6" w:space="0" w:color="000000"/>
              <w:left w:val="single" w:sz="6" w:space="0" w:color="000000"/>
              <w:bottom w:val="single" w:sz="6" w:space="0" w:color="000000"/>
              <w:right w:val="single" w:sz="6" w:space="0" w:color="000000"/>
            </w:tcBorders>
            <w:vAlign w:val="center"/>
            <w:hideMark/>
          </w:tcPr>
          <w:p w14:paraId="66DC4CEA" w14:textId="316333D3" w:rsidR="00A730A0" w:rsidRPr="009C3767" w:rsidRDefault="00A730A0" w:rsidP="000A3BCB">
            <w:pPr>
              <w:spacing w:line="276" w:lineRule="auto"/>
              <w:jc w:val="center"/>
              <w:rPr>
                <w:rFonts w:cs="Times New Roman"/>
                <w:sz w:val="28"/>
                <w:szCs w:val="28"/>
              </w:rPr>
            </w:pPr>
            <w:r w:rsidRPr="009C3767">
              <w:rPr>
                <w:rFonts w:cs="Times New Roman"/>
                <w:sz w:val="28"/>
                <w:szCs w:val="28"/>
              </w:rPr>
              <w:t>5</w:t>
            </w:r>
          </w:p>
        </w:tc>
      </w:tr>
    </w:tbl>
    <w:p w14:paraId="549AB244" w14:textId="77777777" w:rsidR="00F25D34" w:rsidRPr="009C3767" w:rsidRDefault="00F22122" w:rsidP="00F25D34">
      <w:pPr>
        <w:spacing w:before="60" w:after="60"/>
        <w:ind w:firstLine="709"/>
        <w:jc w:val="both"/>
        <w:rPr>
          <w:rFonts w:cs="Times New Roman"/>
          <w:b/>
          <w:sz w:val="28"/>
          <w:szCs w:val="28"/>
        </w:rPr>
      </w:pPr>
      <w:r w:rsidRPr="009C3767">
        <w:rPr>
          <w:rFonts w:cs="Times New Roman"/>
          <w:b/>
          <w:sz w:val="28"/>
          <w:szCs w:val="28"/>
        </w:rPr>
        <w:t>2</w:t>
      </w:r>
      <w:r w:rsidRPr="009C3767">
        <w:rPr>
          <w:rFonts w:cs="Times New Roman"/>
          <w:b/>
          <w:sz w:val="28"/>
          <w:szCs w:val="28"/>
          <w:lang w:val="vi-VN"/>
        </w:rPr>
        <w:t>.</w:t>
      </w:r>
      <w:r w:rsidRPr="009C3767">
        <w:rPr>
          <w:rFonts w:cs="Times New Roman"/>
          <w:b/>
          <w:sz w:val="28"/>
          <w:szCs w:val="28"/>
        </w:rPr>
        <w:t>4. Tổ dân phố Pháp Vân 3</w:t>
      </w:r>
    </w:p>
    <w:p w14:paraId="4AB26161" w14:textId="4182DE65" w:rsidR="00F22122" w:rsidRPr="009C3767" w:rsidRDefault="00F22122" w:rsidP="00F25D34">
      <w:pPr>
        <w:spacing w:before="60" w:after="60"/>
        <w:ind w:firstLine="709"/>
        <w:jc w:val="both"/>
        <w:rPr>
          <w:rFonts w:cs="Times New Roman"/>
          <w:b/>
          <w:sz w:val="28"/>
          <w:szCs w:val="28"/>
          <w:lang w:val="vi-VN"/>
        </w:rPr>
      </w:pPr>
      <w:r w:rsidRPr="009C3767">
        <w:rPr>
          <w:rFonts w:cs="Times New Roman"/>
          <w:sz w:val="28"/>
          <w:szCs w:val="28"/>
        </w:rPr>
        <w:t xml:space="preserve">Tổ dân phố Pháp Vân 3 được hình thành trên cơ sở điều chỉnh Tổ dân phố số 19 sau khi tách khu South Building + BT1 để sáp nhập với Tổ dân phố số 20 thành Tổ dân phố Pháp Vân 4. Sau điều chỉnh, Pháp Vân 3 có 765 hộ, 2.608 nhân khẩu, đạt tiêu chuẩn quy mô số hộ. </w:t>
      </w:r>
    </w:p>
    <w:tbl>
      <w:tblPr>
        <w:tblStyle w:val="TableGrid"/>
        <w:tblW w:w="0" w:type="auto"/>
        <w:jc w:val="center"/>
        <w:tblLook w:val="04A0" w:firstRow="1" w:lastRow="0" w:firstColumn="1" w:lastColumn="0" w:noHBand="0" w:noVBand="1"/>
      </w:tblPr>
      <w:tblGrid>
        <w:gridCol w:w="2465"/>
        <w:gridCol w:w="1797"/>
        <w:gridCol w:w="2854"/>
        <w:gridCol w:w="2273"/>
      </w:tblGrid>
      <w:tr w:rsidR="00A730A0" w:rsidRPr="009C3767" w14:paraId="68884DAD"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tcPr>
          <w:p w14:paraId="266FEBE1" w14:textId="7BB809D4" w:rsidR="00A730A0" w:rsidRPr="009C3767" w:rsidRDefault="00A730A0" w:rsidP="00F25D34">
            <w:pPr>
              <w:spacing w:line="276" w:lineRule="auto"/>
              <w:ind w:firstLine="709"/>
              <w:jc w:val="center"/>
              <w:rPr>
                <w:rFonts w:cs="Times New Roman"/>
                <w:sz w:val="28"/>
                <w:szCs w:val="28"/>
              </w:rPr>
            </w:pPr>
            <w:r w:rsidRPr="009C3767">
              <w:rPr>
                <w:rFonts w:cs="Times New Roman"/>
                <w:b/>
                <w:sz w:val="28"/>
                <w:szCs w:val="28"/>
              </w:rPr>
              <w:t>Nội dung</w:t>
            </w:r>
          </w:p>
        </w:tc>
        <w:tc>
          <w:tcPr>
            <w:tcW w:w="1841" w:type="dxa"/>
            <w:tcBorders>
              <w:top w:val="single" w:sz="6" w:space="0" w:color="000000"/>
              <w:left w:val="single" w:sz="6" w:space="0" w:color="000000"/>
              <w:bottom w:val="single" w:sz="6" w:space="0" w:color="000000"/>
              <w:right w:val="single" w:sz="6" w:space="0" w:color="000000"/>
            </w:tcBorders>
            <w:vAlign w:val="center"/>
          </w:tcPr>
          <w:p w14:paraId="798CE59B" w14:textId="77777777" w:rsidR="00316B1F" w:rsidRPr="009C3767" w:rsidRDefault="003B07E5" w:rsidP="00F25D34">
            <w:pPr>
              <w:spacing w:line="276" w:lineRule="auto"/>
              <w:jc w:val="center"/>
              <w:rPr>
                <w:rFonts w:cs="Times New Roman"/>
                <w:b/>
                <w:sz w:val="28"/>
                <w:szCs w:val="28"/>
              </w:rPr>
            </w:pPr>
            <w:r w:rsidRPr="009C3767">
              <w:rPr>
                <w:rFonts w:cs="Times New Roman"/>
                <w:b/>
                <w:sz w:val="28"/>
                <w:szCs w:val="28"/>
              </w:rPr>
              <w:t>TDP</w:t>
            </w:r>
            <w:r w:rsidR="00A730A0" w:rsidRPr="009C3767">
              <w:rPr>
                <w:rFonts w:cs="Times New Roman"/>
                <w:b/>
                <w:sz w:val="28"/>
                <w:szCs w:val="28"/>
              </w:rPr>
              <w:t xml:space="preserve"> 19 </w:t>
            </w:r>
          </w:p>
          <w:p w14:paraId="2EB8F047" w14:textId="5A6F43E7" w:rsidR="00A730A0" w:rsidRPr="009C3767" w:rsidRDefault="00A730A0" w:rsidP="00F25D34">
            <w:pPr>
              <w:spacing w:line="276" w:lineRule="auto"/>
              <w:jc w:val="center"/>
              <w:rPr>
                <w:rFonts w:cs="Times New Roman"/>
                <w:sz w:val="28"/>
                <w:szCs w:val="28"/>
              </w:rPr>
            </w:pPr>
            <w:r w:rsidRPr="009C3767">
              <w:rPr>
                <w:rFonts w:cs="Times New Roman"/>
                <w:b/>
                <w:sz w:val="28"/>
                <w:szCs w:val="28"/>
              </w:rPr>
              <w:t>hiện nay</w:t>
            </w:r>
          </w:p>
        </w:tc>
        <w:tc>
          <w:tcPr>
            <w:tcW w:w="2929" w:type="dxa"/>
            <w:tcBorders>
              <w:top w:val="single" w:sz="6" w:space="0" w:color="000000"/>
              <w:left w:val="single" w:sz="6" w:space="0" w:color="000000"/>
              <w:bottom w:val="single" w:sz="6" w:space="0" w:color="000000"/>
              <w:right w:val="single" w:sz="6" w:space="0" w:color="000000"/>
            </w:tcBorders>
            <w:vAlign w:val="center"/>
          </w:tcPr>
          <w:p w14:paraId="07E6AFF5" w14:textId="4339050E" w:rsidR="00A730A0" w:rsidRPr="009C3767" w:rsidRDefault="00870516" w:rsidP="00F25D34">
            <w:pPr>
              <w:spacing w:line="276" w:lineRule="auto"/>
              <w:jc w:val="center"/>
              <w:rPr>
                <w:rFonts w:cs="Times New Roman"/>
                <w:b/>
                <w:sz w:val="28"/>
                <w:szCs w:val="28"/>
              </w:rPr>
            </w:pPr>
            <w:r w:rsidRPr="009C3767">
              <w:rPr>
                <w:rFonts w:cs="Times New Roman"/>
                <w:b/>
                <w:sz w:val="28"/>
                <w:szCs w:val="28"/>
              </w:rPr>
              <w:t xml:space="preserve">Tách </w:t>
            </w:r>
            <w:r w:rsidR="00A730A0" w:rsidRPr="009C3767">
              <w:rPr>
                <w:rFonts w:cs="Times New Roman"/>
                <w:b/>
                <w:sz w:val="28"/>
                <w:szCs w:val="28"/>
              </w:rPr>
              <w:t>South Building + BT1 tách chuyển sang Pháp Vân 4</w:t>
            </w:r>
          </w:p>
        </w:tc>
        <w:tc>
          <w:tcPr>
            <w:tcW w:w="2333" w:type="dxa"/>
            <w:tcBorders>
              <w:top w:val="single" w:sz="6" w:space="0" w:color="000000"/>
              <w:left w:val="single" w:sz="6" w:space="0" w:color="000000"/>
              <w:bottom w:val="single" w:sz="6" w:space="0" w:color="000000"/>
              <w:right w:val="single" w:sz="6" w:space="0" w:color="000000"/>
            </w:tcBorders>
            <w:vAlign w:val="center"/>
          </w:tcPr>
          <w:p w14:paraId="37F90D84" w14:textId="71B2BCC5" w:rsidR="00A730A0" w:rsidRPr="009C3767" w:rsidRDefault="00A730A0" w:rsidP="00F25D34">
            <w:pPr>
              <w:spacing w:line="276" w:lineRule="auto"/>
              <w:jc w:val="center"/>
              <w:rPr>
                <w:rFonts w:cs="Times New Roman"/>
                <w:sz w:val="28"/>
                <w:szCs w:val="28"/>
              </w:rPr>
            </w:pPr>
            <w:r w:rsidRPr="009C3767">
              <w:rPr>
                <w:rFonts w:cs="Times New Roman"/>
                <w:b/>
                <w:sz w:val="28"/>
                <w:szCs w:val="28"/>
              </w:rPr>
              <w:t>Sau điều chỉnh: Pháp Vân 3</w:t>
            </w:r>
          </w:p>
        </w:tc>
      </w:tr>
      <w:tr w:rsidR="00A730A0" w:rsidRPr="009C3767" w14:paraId="1FD1DC34"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tcPr>
          <w:p w14:paraId="34B1DDE6" w14:textId="383CB90B"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Số hộ</w:t>
            </w:r>
          </w:p>
        </w:tc>
        <w:tc>
          <w:tcPr>
            <w:tcW w:w="1841" w:type="dxa"/>
            <w:tcBorders>
              <w:top w:val="single" w:sz="6" w:space="0" w:color="000000"/>
              <w:left w:val="single" w:sz="6" w:space="0" w:color="000000"/>
              <w:bottom w:val="single" w:sz="6" w:space="0" w:color="000000"/>
              <w:right w:val="single" w:sz="6" w:space="0" w:color="000000"/>
            </w:tcBorders>
            <w:vAlign w:val="center"/>
          </w:tcPr>
          <w:p w14:paraId="269A9048" w14:textId="0C93B55D"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944</w:t>
            </w:r>
          </w:p>
        </w:tc>
        <w:tc>
          <w:tcPr>
            <w:tcW w:w="2929" w:type="dxa"/>
            <w:tcBorders>
              <w:top w:val="single" w:sz="6" w:space="0" w:color="000000"/>
              <w:left w:val="single" w:sz="6" w:space="0" w:color="000000"/>
              <w:bottom w:val="single" w:sz="6" w:space="0" w:color="000000"/>
              <w:right w:val="single" w:sz="6" w:space="0" w:color="000000"/>
            </w:tcBorders>
            <w:vAlign w:val="center"/>
          </w:tcPr>
          <w:p w14:paraId="129DD7D3" w14:textId="19A16683"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179</w:t>
            </w:r>
          </w:p>
        </w:tc>
        <w:tc>
          <w:tcPr>
            <w:tcW w:w="2333" w:type="dxa"/>
            <w:tcBorders>
              <w:top w:val="single" w:sz="6" w:space="0" w:color="000000"/>
              <w:left w:val="single" w:sz="6" w:space="0" w:color="000000"/>
              <w:bottom w:val="single" w:sz="6" w:space="0" w:color="000000"/>
              <w:right w:val="single" w:sz="6" w:space="0" w:color="000000"/>
            </w:tcBorders>
            <w:vAlign w:val="center"/>
          </w:tcPr>
          <w:p w14:paraId="4C6D7FEF" w14:textId="5FE66C21"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765</w:t>
            </w:r>
          </w:p>
        </w:tc>
      </w:tr>
      <w:tr w:rsidR="00A730A0" w:rsidRPr="009C3767" w14:paraId="09575A51"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hideMark/>
          </w:tcPr>
          <w:p w14:paraId="5018E60D"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Dân số/nhân khẩu</w:t>
            </w:r>
          </w:p>
        </w:tc>
        <w:tc>
          <w:tcPr>
            <w:tcW w:w="1841" w:type="dxa"/>
            <w:tcBorders>
              <w:top w:val="single" w:sz="6" w:space="0" w:color="000000"/>
              <w:left w:val="single" w:sz="6" w:space="0" w:color="000000"/>
              <w:bottom w:val="single" w:sz="6" w:space="0" w:color="000000"/>
              <w:right w:val="single" w:sz="6" w:space="0" w:color="000000"/>
            </w:tcBorders>
            <w:vAlign w:val="center"/>
            <w:hideMark/>
          </w:tcPr>
          <w:p w14:paraId="663E5264" w14:textId="77777777"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3.258</w:t>
            </w:r>
          </w:p>
        </w:tc>
        <w:tc>
          <w:tcPr>
            <w:tcW w:w="2929" w:type="dxa"/>
            <w:tcBorders>
              <w:top w:val="single" w:sz="6" w:space="0" w:color="000000"/>
              <w:left w:val="single" w:sz="6" w:space="0" w:color="000000"/>
              <w:bottom w:val="single" w:sz="6" w:space="0" w:color="000000"/>
              <w:right w:val="single" w:sz="6" w:space="0" w:color="000000"/>
            </w:tcBorders>
            <w:vAlign w:val="center"/>
            <w:hideMark/>
          </w:tcPr>
          <w:p w14:paraId="7FEBC614" w14:textId="77777777"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650</w:t>
            </w:r>
          </w:p>
        </w:tc>
        <w:tc>
          <w:tcPr>
            <w:tcW w:w="2333" w:type="dxa"/>
            <w:tcBorders>
              <w:top w:val="single" w:sz="6" w:space="0" w:color="000000"/>
              <w:left w:val="single" w:sz="6" w:space="0" w:color="000000"/>
              <w:bottom w:val="single" w:sz="6" w:space="0" w:color="000000"/>
              <w:right w:val="single" w:sz="6" w:space="0" w:color="000000"/>
            </w:tcBorders>
            <w:vAlign w:val="center"/>
            <w:hideMark/>
          </w:tcPr>
          <w:p w14:paraId="131AE1DB" w14:textId="77777777"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2.608</w:t>
            </w:r>
          </w:p>
        </w:tc>
      </w:tr>
      <w:tr w:rsidR="006B76C3" w:rsidRPr="009C3767" w14:paraId="5273CAEA"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hideMark/>
          </w:tcPr>
          <w:p w14:paraId="77307B09" w14:textId="77777777" w:rsidR="006B76C3" w:rsidRPr="009C3767" w:rsidRDefault="006B76C3" w:rsidP="0045062A">
            <w:pPr>
              <w:spacing w:before="60" w:after="60" w:line="276" w:lineRule="auto"/>
              <w:rPr>
                <w:rFonts w:cs="Times New Roman"/>
                <w:bCs/>
                <w:sz w:val="28"/>
                <w:szCs w:val="28"/>
              </w:rPr>
            </w:pPr>
            <w:r w:rsidRPr="009C3767">
              <w:rPr>
                <w:rFonts w:cs="Times New Roman"/>
                <w:bCs/>
                <w:sz w:val="28"/>
                <w:szCs w:val="28"/>
              </w:rPr>
              <w:t>Diện tích (km²)</w:t>
            </w:r>
          </w:p>
        </w:tc>
        <w:tc>
          <w:tcPr>
            <w:tcW w:w="1841" w:type="dxa"/>
            <w:tcBorders>
              <w:top w:val="single" w:sz="6" w:space="0" w:color="000000"/>
              <w:left w:val="single" w:sz="6" w:space="0" w:color="000000"/>
              <w:bottom w:val="single" w:sz="6" w:space="0" w:color="000000"/>
              <w:right w:val="single" w:sz="6" w:space="0" w:color="000000"/>
            </w:tcBorders>
            <w:vAlign w:val="center"/>
            <w:hideMark/>
          </w:tcPr>
          <w:p w14:paraId="19ED0F85" w14:textId="1D75C524"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0</w:t>
            </w:r>
            <w:r w:rsidR="00870516" w:rsidRPr="009C3767">
              <w:rPr>
                <w:rFonts w:cs="Times New Roman"/>
                <w:sz w:val="28"/>
                <w:szCs w:val="28"/>
              </w:rPr>
              <w:t>.</w:t>
            </w:r>
            <w:r w:rsidRPr="009C3767">
              <w:rPr>
                <w:rFonts w:cs="Times New Roman"/>
                <w:sz w:val="28"/>
                <w:szCs w:val="28"/>
              </w:rPr>
              <w:t>18</w:t>
            </w:r>
          </w:p>
        </w:tc>
        <w:tc>
          <w:tcPr>
            <w:tcW w:w="2929" w:type="dxa"/>
            <w:tcBorders>
              <w:top w:val="single" w:sz="6" w:space="0" w:color="000000"/>
              <w:left w:val="single" w:sz="6" w:space="0" w:color="000000"/>
              <w:bottom w:val="single" w:sz="6" w:space="0" w:color="000000"/>
              <w:right w:val="single" w:sz="6" w:space="0" w:color="000000"/>
            </w:tcBorders>
            <w:vAlign w:val="center"/>
            <w:hideMark/>
          </w:tcPr>
          <w:p w14:paraId="36790F8C" w14:textId="4D61F13E"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0.01</w:t>
            </w:r>
          </w:p>
        </w:tc>
        <w:tc>
          <w:tcPr>
            <w:tcW w:w="2333" w:type="dxa"/>
            <w:tcBorders>
              <w:top w:val="single" w:sz="6" w:space="0" w:color="000000"/>
              <w:left w:val="single" w:sz="6" w:space="0" w:color="000000"/>
              <w:bottom w:val="single" w:sz="6" w:space="0" w:color="000000"/>
              <w:right w:val="single" w:sz="6" w:space="0" w:color="000000"/>
            </w:tcBorders>
            <w:vAlign w:val="center"/>
            <w:hideMark/>
          </w:tcPr>
          <w:p w14:paraId="5D564A78" w14:textId="1B8A8BDF"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0.17</w:t>
            </w:r>
          </w:p>
        </w:tc>
      </w:tr>
      <w:tr w:rsidR="00A730A0" w:rsidRPr="009C3767" w14:paraId="11803E72"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hideMark/>
          </w:tcPr>
          <w:p w14:paraId="3F3C4D5F"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Số đảng viên</w:t>
            </w:r>
          </w:p>
        </w:tc>
        <w:tc>
          <w:tcPr>
            <w:tcW w:w="1841" w:type="dxa"/>
            <w:tcBorders>
              <w:top w:val="single" w:sz="6" w:space="0" w:color="000000"/>
              <w:left w:val="single" w:sz="6" w:space="0" w:color="000000"/>
              <w:bottom w:val="single" w:sz="6" w:space="0" w:color="000000"/>
              <w:right w:val="single" w:sz="6" w:space="0" w:color="000000"/>
            </w:tcBorders>
            <w:vAlign w:val="center"/>
            <w:hideMark/>
          </w:tcPr>
          <w:p w14:paraId="0771119A" w14:textId="7C415385" w:rsidR="00A730A0" w:rsidRPr="009C3767" w:rsidRDefault="008B1FB4" w:rsidP="0045062A">
            <w:pPr>
              <w:spacing w:before="60" w:after="60" w:line="276" w:lineRule="auto"/>
              <w:jc w:val="center"/>
              <w:rPr>
                <w:rFonts w:cs="Times New Roman"/>
                <w:sz w:val="28"/>
                <w:szCs w:val="28"/>
              </w:rPr>
            </w:pPr>
            <w:r w:rsidRPr="009C3767">
              <w:rPr>
                <w:rFonts w:cs="Times New Roman"/>
                <w:sz w:val="28"/>
                <w:szCs w:val="28"/>
              </w:rPr>
              <w:t>58</w:t>
            </w:r>
          </w:p>
        </w:tc>
        <w:tc>
          <w:tcPr>
            <w:tcW w:w="2929" w:type="dxa"/>
            <w:tcBorders>
              <w:top w:val="single" w:sz="6" w:space="0" w:color="000000"/>
              <w:left w:val="single" w:sz="6" w:space="0" w:color="000000"/>
              <w:bottom w:val="single" w:sz="6" w:space="0" w:color="000000"/>
              <w:right w:val="single" w:sz="6" w:space="0" w:color="000000"/>
            </w:tcBorders>
            <w:vAlign w:val="center"/>
            <w:hideMark/>
          </w:tcPr>
          <w:p w14:paraId="17BCFD7D" w14:textId="0F4104ED" w:rsidR="00A730A0" w:rsidRPr="009C3767" w:rsidRDefault="008B1FB4" w:rsidP="0045062A">
            <w:pPr>
              <w:spacing w:before="60" w:after="60" w:line="276" w:lineRule="auto"/>
              <w:jc w:val="center"/>
              <w:rPr>
                <w:rFonts w:cs="Times New Roman"/>
                <w:sz w:val="28"/>
                <w:szCs w:val="28"/>
              </w:rPr>
            </w:pPr>
            <w:r w:rsidRPr="009C3767">
              <w:rPr>
                <w:rFonts w:cs="Times New Roman"/>
                <w:sz w:val="28"/>
                <w:szCs w:val="28"/>
              </w:rPr>
              <w:t>8</w:t>
            </w:r>
          </w:p>
        </w:tc>
        <w:tc>
          <w:tcPr>
            <w:tcW w:w="2333" w:type="dxa"/>
            <w:tcBorders>
              <w:top w:val="single" w:sz="6" w:space="0" w:color="000000"/>
              <w:left w:val="single" w:sz="6" w:space="0" w:color="000000"/>
              <w:bottom w:val="single" w:sz="6" w:space="0" w:color="000000"/>
              <w:right w:val="single" w:sz="6" w:space="0" w:color="000000"/>
            </w:tcBorders>
            <w:vAlign w:val="center"/>
            <w:hideMark/>
          </w:tcPr>
          <w:p w14:paraId="48557542" w14:textId="626F2686" w:rsidR="00A730A0" w:rsidRPr="009C3767" w:rsidRDefault="008B1FB4" w:rsidP="0045062A">
            <w:pPr>
              <w:spacing w:before="60" w:after="60" w:line="276" w:lineRule="auto"/>
              <w:jc w:val="center"/>
              <w:rPr>
                <w:rFonts w:cs="Times New Roman"/>
                <w:sz w:val="28"/>
                <w:szCs w:val="28"/>
              </w:rPr>
            </w:pPr>
            <w:r w:rsidRPr="009C3767">
              <w:rPr>
                <w:rFonts w:cs="Times New Roman"/>
                <w:sz w:val="28"/>
                <w:szCs w:val="28"/>
              </w:rPr>
              <w:t>50</w:t>
            </w:r>
          </w:p>
        </w:tc>
      </w:tr>
      <w:tr w:rsidR="006B76C3" w:rsidRPr="009C3767" w14:paraId="184649F7"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hideMark/>
          </w:tcPr>
          <w:p w14:paraId="7FE84A3E" w14:textId="77777777" w:rsidR="006B76C3" w:rsidRPr="009C3767" w:rsidRDefault="006B76C3" w:rsidP="0045062A">
            <w:pPr>
              <w:spacing w:before="60" w:after="60" w:line="276" w:lineRule="auto"/>
              <w:rPr>
                <w:rFonts w:cs="Times New Roman"/>
                <w:bCs/>
                <w:spacing w:val="-8"/>
                <w:sz w:val="28"/>
                <w:szCs w:val="28"/>
              </w:rPr>
            </w:pPr>
            <w:r w:rsidRPr="009C3767">
              <w:rPr>
                <w:rFonts w:cs="Times New Roman"/>
                <w:bCs/>
                <w:spacing w:val="-8"/>
                <w:sz w:val="28"/>
                <w:szCs w:val="28"/>
              </w:rPr>
              <w:t>Nhà văn hóa/điểm sinh hoạt cộng đồng</w:t>
            </w:r>
          </w:p>
        </w:tc>
        <w:tc>
          <w:tcPr>
            <w:tcW w:w="1841" w:type="dxa"/>
            <w:tcBorders>
              <w:top w:val="single" w:sz="6" w:space="0" w:color="000000"/>
              <w:left w:val="single" w:sz="6" w:space="0" w:color="000000"/>
              <w:bottom w:val="single" w:sz="6" w:space="0" w:color="000000"/>
              <w:right w:val="single" w:sz="6" w:space="0" w:color="000000"/>
            </w:tcBorders>
            <w:vAlign w:val="center"/>
            <w:hideMark/>
          </w:tcPr>
          <w:p w14:paraId="0D751A86" w14:textId="14C0BD4C"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1</w:t>
            </w:r>
          </w:p>
        </w:tc>
        <w:tc>
          <w:tcPr>
            <w:tcW w:w="2929" w:type="dxa"/>
            <w:tcBorders>
              <w:top w:val="single" w:sz="6" w:space="0" w:color="000000"/>
              <w:left w:val="single" w:sz="6" w:space="0" w:color="000000"/>
              <w:bottom w:val="single" w:sz="6" w:space="0" w:color="000000"/>
              <w:right w:val="single" w:sz="6" w:space="0" w:color="000000"/>
            </w:tcBorders>
            <w:vAlign w:val="center"/>
            <w:hideMark/>
          </w:tcPr>
          <w:p w14:paraId="60872CAB" w14:textId="242E2E97"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0</w:t>
            </w:r>
          </w:p>
        </w:tc>
        <w:tc>
          <w:tcPr>
            <w:tcW w:w="2333" w:type="dxa"/>
            <w:tcBorders>
              <w:top w:val="single" w:sz="6" w:space="0" w:color="000000"/>
              <w:left w:val="single" w:sz="6" w:space="0" w:color="000000"/>
              <w:bottom w:val="single" w:sz="6" w:space="0" w:color="000000"/>
              <w:right w:val="single" w:sz="6" w:space="0" w:color="000000"/>
            </w:tcBorders>
            <w:vAlign w:val="center"/>
            <w:hideMark/>
          </w:tcPr>
          <w:p w14:paraId="3CC9797B" w14:textId="0CB835D7" w:rsidR="006B76C3" w:rsidRPr="009C3767" w:rsidRDefault="006B76C3" w:rsidP="0045062A">
            <w:pPr>
              <w:spacing w:before="60" w:after="60" w:line="276" w:lineRule="auto"/>
              <w:jc w:val="center"/>
              <w:rPr>
                <w:rFonts w:cs="Times New Roman"/>
                <w:sz w:val="28"/>
                <w:szCs w:val="28"/>
              </w:rPr>
            </w:pPr>
            <w:r w:rsidRPr="009C3767">
              <w:rPr>
                <w:rFonts w:cs="Times New Roman"/>
                <w:sz w:val="28"/>
                <w:szCs w:val="28"/>
              </w:rPr>
              <w:t>1</w:t>
            </w:r>
          </w:p>
        </w:tc>
      </w:tr>
      <w:tr w:rsidR="00A730A0" w:rsidRPr="009C3767" w14:paraId="34F4B488" w14:textId="77777777" w:rsidTr="003B07E5">
        <w:trPr>
          <w:jc w:val="center"/>
        </w:trPr>
        <w:tc>
          <w:tcPr>
            <w:tcW w:w="2518" w:type="dxa"/>
            <w:tcBorders>
              <w:top w:val="single" w:sz="6" w:space="0" w:color="000000"/>
              <w:left w:val="single" w:sz="6" w:space="0" w:color="000000"/>
              <w:bottom w:val="single" w:sz="6" w:space="0" w:color="000000"/>
              <w:right w:val="single" w:sz="6" w:space="0" w:color="000000"/>
            </w:tcBorders>
            <w:vAlign w:val="center"/>
            <w:hideMark/>
          </w:tcPr>
          <w:p w14:paraId="5B9039E2"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Người hoạt động không chuyên trách</w:t>
            </w:r>
          </w:p>
        </w:tc>
        <w:tc>
          <w:tcPr>
            <w:tcW w:w="1841" w:type="dxa"/>
            <w:tcBorders>
              <w:top w:val="single" w:sz="6" w:space="0" w:color="000000"/>
              <w:left w:val="single" w:sz="6" w:space="0" w:color="000000"/>
              <w:bottom w:val="single" w:sz="6" w:space="0" w:color="000000"/>
              <w:right w:val="single" w:sz="6" w:space="0" w:color="000000"/>
            </w:tcBorders>
            <w:vAlign w:val="center"/>
            <w:hideMark/>
          </w:tcPr>
          <w:p w14:paraId="470972EF" w14:textId="2E2497F8" w:rsidR="00A730A0" w:rsidRPr="009C3767" w:rsidRDefault="00A730A0" w:rsidP="0045062A">
            <w:pPr>
              <w:spacing w:before="60" w:after="60" w:line="276" w:lineRule="auto"/>
              <w:jc w:val="center"/>
              <w:rPr>
                <w:rFonts w:cs="Times New Roman"/>
                <w:sz w:val="28"/>
                <w:szCs w:val="28"/>
              </w:rPr>
            </w:pPr>
            <w:r w:rsidRPr="009C3767">
              <w:rPr>
                <w:rFonts w:cs="Times New Roman"/>
                <w:sz w:val="28"/>
                <w:szCs w:val="28"/>
              </w:rPr>
              <w:t>3</w:t>
            </w:r>
          </w:p>
        </w:tc>
        <w:tc>
          <w:tcPr>
            <w:tcW w:w="2929" w:type="dxa"/>
            <w:tcBorders>
              <w:top w:val="single" w:sz="6" w:space="0" w:color="000000"/>
              <w:left w:val="single" w:sz="6" w:space="0" w:color="000000"/>
              <w:bottom w:val="single" w:sz="6" w:space="0" w:color="000000"/>
              <w:right w:val="single" w:sz="6" w:space="0" w:color="000000"/>
            </w:tcBorders>
            <w:vAlign w:val="center"/>
            <w:hideMark/>
          </w:tcPr>
          <w:p w14:paraId="508B20E0" w14:textId="541EB08C" w:rsidR="00A730A0" w:rsidRPr="009C3767" w:rsidRDefault="00C05898" w:rsidP="0045062A">
            <w:pPr>
              <w:spacing w:before="60" w:after="60" w:line="276" w:lineRule="auto"/>
              <w:jc w:val="center"/>
              <w:rPr>
                <w:rFonts w:cs="Times New Roman"/>
                <w:sz w:val="28"/>
                <w:szCs w:val="28"/>
              </w:rPr>
            </w:pPr>
            <w:r w:rsidRPr="009C3767">
              <w:rPr>
                <w:rFonts w:cs="Times New Roman"/>
                <w:sz w:val="28"/>
                <w:szCs w:val="28"/>
              </w:rPr>
              <w:t>0</w:t>
            </w:r>
          </w:p>
        </w:tc>
        <w:tc>
          <w:tcPr>
            <w:tcW w:w="2333" w:type="dxa"/>
            <w:tcBorders>
              <w:top w:val="single" w:sz="6" w:space="0" w:color="000000"/>
              <w:left w:val="single" w:sz="6" w:space="0" w:color="000000"/>
              <w:bottom w:val="single" w:sz="6" w:space="0" w:color="000000"/>
              <w:right w:val="single" w:sz="6" w:space="0" w:color="000000"/>
            </w:tcBorders>
            <w:vAlign w:val="center"/>
            <w:hideMark/>
          </w:tcPr>
          <w:p w14:paraId="04791A5A" w14:textId="254DA0F5" w:rsidR="00A730A0" w:rsidRPr="009C3767" w:rsidRDefault="00316B1F" w:rsidP="0045062A">
            <w:pPr>
              <w:spacing w:before="60" w:after="60" w:line="276" w:lineRule="auto"/>
              <w:jc w:val="center"/>
              <w:rPr>
                <w:rFonts w:cs="Times New Roman"/>
                <w:sz w:val="28"/>
                <w:szCs w:val="28"/>
              </w:rPr>
            </w:pPr>
            <w:r w:rsidRPr="009C3767">
              <w:rPr>
                <w:rFonts w:cs="Times New Roman"/>
                <w:sz w:val="28"/>
                <w:szCs w:val="28"/>
              </w:rPr>
              <w:t>4</w:t>
            </w:r>
          </w:p>
        </w:tc>
      </w:tr>
    </w:tbl>
    <w:p w14:paraId="5FF38823" w14:textId="410ED1B3" w:rsidR="00F22122" w:rsidRPr="009C3767" w:rsidRDefault="00F22122" w:rsidP="0045062A">
      <w:pPr>
        <w:spacing w:before="60" w:after="60"/>
        <w:ind w:firstLine="709"/>
        <w:jc w:val="both"/>
        <w:rPr>
          <w:rFonts w:cs="Times New Roman"/>
          <w:b/>
          <w:sz w:val="28"/>
          <w:szCs w:val="28"/>
          <w:lang w:val="vi-VN"/>
        </w:rPr>
      </w:pPr>
      <w:r w:rsidRPr="009C3767">
        <w:rPr>
          <w:rFonts w:cs="Times New Roman"/>
          <w:b/>
          <w:sz w:val="28"/>
          <w:szCs w:val="28"/>
        </w:rPr>
        <w:lastRenderedPageBreak/>
        <w:t>2</w:t>
      </w:r>
      <w:r w:rsidRPr="009C3767">
        <w:rPr>
          <w:rFonts w:cs="Times New Roman"/>
          <w:b/>
          <w:sz w:val="28"/>
          <w:szCs w:val="28"/>
          <w:lang w:val="vi-VN"/>
        </w:rPr>
        <w:t>.</w:t>
      </w:r>
      <w:r w:rsidRPr="009C3767">
        <w:rPr>
          <w:rFonts w:cs="Times New Roman"/>
          <w:b/>
          <w:sz w:val="28"/>
          <w:szCs w:val="28"/>
        </w:rPr>
        <w:t>5. Tổ dân phố Pháp Vân 4</w:t>
      </w:r>
    </w:p>
    <w:p w14:paraId="7D875315" w14:textId="51F5E63B" w:rsidR="00F22122" w:rsidRPr="009C3767" w:rsidRDefault="00F22122" w:rsidP="0045062A">
      <w:pPr>
        <w:spacing w:before="60" w:after="60"/>
        <w:ind w:firstLine="709"/>
        <w:jc w:val="both"/>
        <w:rPr>
          <w:rFonts w:cs="Times New Roman"/>
          <w:sz w:val="28"/>
          <w:szCs w:val="28"/>
        </w:rPr>
      </w:pPr>
      <w:r w:rsidRPr="009C3767">
        <w:rPr>
          <w:rFonts w:cs="Times New Roman"/>
          <w:sz w:val="28"/>
          <w:szCs w:val="28"/>
        </w:rPr>
        <w:t xml:space="preserve">Tổ dân phố Pháp Vân 4 được hình thành trên cơ sở sáp nhập Tổ dân phố số 20 với khu South Building + BT1 được điều chỉnh từ Tổ dân phố số 19. Sau sáp nhập, tổ dân phố có 758 hộ, 2.638 nhân khẩu, bảo đảm tiêu chuẩn về quy mô số hộ. </w:t>
      </w:r>
    </w:p>
    <w:tbl>
      <w:tblPr>
        <w:tblStyle w:val="TableGrid"/>
        <w:tblW w:w="0" w:type="auto"/>
        <w:jc w:val="center"/>
        <w:tblLook w:val="04A0" w:firstRow="1" w:lastRow="0" w:firstColumn="1" w:lastColumn="0" w:noHBand="0" w:noVBand="1"/>
      </w:tblPr>
      <w:tblGrid>
        <w:gridCol w:w="2473"/>
        <w:gridCol w:w="2121"/>
        <w:gridCol w:w="2159"/>
        <w:gridCol w:w="2636"/>
      </w:tblGrid>
      <w:tr w:rsidR="00A730A0" w:rsidRPr="009C3767" w14:paraId="3BF243EA" w14:textId="77777777" w:rsidTr="00A730A0">
        <w:trPr>
          <w:jc w:val="center"/>
        </w:trPr>
        <w:tc>
          <w:tcPr>
            <w:tcW w:w="2525" w:type="dxa"/>
            <w:tcBorders>
              <w:top w:val="single" w:sz="6" w:space="0" w:color="000000"/>
              <w:left w:val="single" w:sz="6" w:space="0" w:color="000000"/>
              <w:bottom w:val="single" w:sz="6" w:space="0" w:color="000000"/>
              <w:right w:val="single" w:sz="6" w:space="0" w:color="000000"/>
            </w:tcBorders>
            <w:vAlign w:val="center"/>
          </w:tcPr>
          <w:p w14:paraId="001A54A4" w14:textId="74F48902" w:rsidR="00A730A0" w:rsidRPr="009C3767" w:rsidRDefault="00A730A0" w:rsidP="0045062A">
            <w:pPr>
              <w:spacing w:before="60" w:after="60" w:line="276" w:lineRule="auto"/>
              <w:ind w:firstLine="709"/>
              <w:rPr>
                <w:rFonts w:cs="Times New Roman"/>
                <w:b/>
                <w:sz w:val="28"/>
                <w:szCs w:val="28"/>
              </w:rPr>
            </w:pPr>
            <w:r w:rsidRPr="009C3767">
              <w:rPr>
                <w:rFonts w:cs="Times New Roman"/>
                <w:b/>
                <w:sz w:val="28"/>
                <w:szCs w:val="28"/>
              </w:rPr>
              <w:t>Nội dung</w:t>
            </w:r>
          </w:p>
        </w:tc>
        <w:tc>
          <w:tcPr>
            <w:tcW w:w="2179" w:type="dxa"/>
            <w:tcBorders>
              <w:top w:val="single" w:sz="6" w:space="0" w:color="000000"/>
              <w:left w:val="single" w:sz="6" w:space="0" w:color="000000"/>
              <w:bottom w:val="single" w:sz="6" w:space="0" w:color="000000"/>
              <w:right w:val="single" w:sz="6" w:space="0" w:color="000000"/>
            </w:tcBorders>
            <w:vAlign w:val="center"/>
          </w:tcPr>
          <w:p w14:paraId="0D2DC164" w14:textId="6439033E" w:rsidR="00A730A0" w:rsidRPr="009C3767" w:rsidRDefault="00A730A0" w:rsidP="0045062A">
            <w:pPr>
              <w:spacing w:before="60" w:after="60" w:line="276" w:lineRule="auto"/>
              <w:jc w:val="center"/>
              <w:rPr>
                <w:rFonts w:cs="Times New Roman"/>
                <w:sz w:val="28"/>
                <w:szCs w:val="28"/>
              </w:rPr>
            </w:pPr>
            <w:r w:rsidRPr="009C3767">
              <w:rPr>
                <w:rFonts w:cs="Times New Roman"/>
                <w:b/>
                <w:sz w:val="28"/>
                <w:szCs w:val="28"/>
              </w:rPr>
              <w:t>Tổ dân phố số 20</w:t>
            </w:r>
          </w:p>
        </w:tc>
        <w:tc>
          <w:tcPr>
            <w:tcW w:w="2201" w:type="dxa"/>
            <w:tcBorders>
              <w:top w:val="single" w:sz="6" w:space="0" w:color="000000"/>
              <w:left w:val="single" w:sz="6" w:space="0" w:color="000000"/>
              <w:bottom w:val="single" w:sz="6" w:space="0" w:color="000000"/>
              <w:right w:val="single" w:sz="6" w:space="0" w:color="000000"/>
            </w:tcBorders>
            <w:vAlign w:val="center"/>
          </w:tcPr>
          <w:p w14:paraId="2F60DA72" w14:textId="7A3E428D" w:rsidR="00A730A0" w:rsidRPr="009C3767" w:rsidRDefault="00A730A0" w:rsidP="0045062A">
            <w:pPr>
              <w:spacing w:before="60" w:after="60" w:line="276" w:lineRule="auto"/>
              <w:jc w:val="center"/>
              <w:rPr>
                <w:rFonts w:cs="Times New Roman"/>
                <w:sz w:val="28"/>
                <w:szCs w:val="28"/>
              </w:rPr>
            </w:pPr>
            <w:r w:rsidRPr="009C3767">
              <w:rPr>
                <w:rFonts w:cs="Times New Roman"/>
                <w:b/>
                <w:sz w:val="28"/>
                <w:szCs w:val="28"/>
              </w:rPr>
              <w:t>South Building + BT1</w:t>
            </w:r>
          </w:p>
        </w:tc>
        <w:tc>
          <w:tcPr>
            <w:tcW w:w="2716" w:type="dxa"/>
            <w:tcBorders>
              <w:top w:val="single" w:sz="6" w:space="0" w:color="000000"/>
              <w:left w:val="single" w:sz="6" w:space="0" w:color="000000"/>
              <w:bottom w:val="single" w:sz="6" w:space="0" w:color="000000"/>
              <w:right w:val="single" w:sz="6" w:space="0" w:color="000000"/>
            </w:tcBorders>
            <w:vAlign w:val="center"/>
          </w:tcPr>
          <w:p w14:paraId="54225E19" w14:textId="77777777" w:rsidR="00316B1F" w:rsidRPr="009C3767" w:rsidRDefault="00A730A0" w:rsidP="0045062A">
            <w:pPr>
              <w:spacing w:before="60" w:after="60" w:line="276" w:lineRule="auto"/>
              <w:jc w:val="center"/>
              <w:rPr>
                <w:rFonts w:cs="Times New Roman"/>
                <w:b/>
                <w:sz w:val="28"/>
                <w:szCs w:val="28"/>
              </w:rPr>
            </w:pPr>
            <w:r w:rsidRPr="009C3767">
              <w:rPr>
                <w:rFonts w:cs="Times New Roman"/>
                <w:b/>
                <w:sz w:val="28"/>
                <w:szCs w:val="28"/>
              </w:rPr>
              <w:t xml:space="preserve">Sau sáp nhập: </w:t>
            </w:r>
          </w:p>
          <w:p w14:paraId="31A90359" w14:textId="5FBC414F" w:rsidR="00A730A0" w:rsidRPr="009C3767" w:rsidRDefault="00A730A0" w:rsidP="0045062A">
            <w:pPr>
              <w:spacing w:before="60" w:after="60" w:line="276" w:lineRule="auto"/>
              <w:jc w:val="center"/>
              <w:rPr>
                <w:rFonts w:cs="Times New Roman"/>
                <w:sz w:val="28"/>
                <w:szCs w:val="28"/>
              </w:rPr>
            </w:pPr>
            <w:r w:rsidRPr="009C3767">
              <w:rPr>
                <w:rFonts w:cs="Times New Roman"/>
                <w:b/>
                <w:sz w:val="28"/>
                <w:szCs w:val="28"/>
              </w:rPr>
              <w:t>Pháp Vân 4</w:t>
            </w:r>
          </w:p>
        </w:tc>
      </w:tr>
      <w:tr w:rsidR="00A730A0" w:rsidRPr="009C3767" w14:paraId="35D88257"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tcPr>
          <w:p w14:paraId="23D3A153" w14:textId="55270679" w:rsidR="00A730A0" w:rsidRPr="009C3767" w:rsidRDefault="00A730A0" w:rsidP="0045062A">
            <w:pPr>
              <w:spacing w:before="60" w:after="60" w:line="276" w:lineRule="auto"/>
              <w:ind w:firstLine="709"/>
              <w:rPr>
                <w:rFonts w:cs="Times New Roman"/>
                <w:bCs/>
                <w:sz w:val="28"/>
                <w:szCs w:val="28"/>
              </w:rPr>
            </w:pPr>
            <w:r w:rsidRPr="009C3767">
              <w:rPr>
                <w:rFonts w:cs="Times New Roman"/>
                <w:bCs/>
                <w:sz w:val="28"/>
                <w:szCs w:val="28"/>
              </w:rPr>
              <w:t>Số hộ</w:t>
            </w:r>
          </w:p>
        </w:tc>
        <w:tc>
          <w:tcPr>
            <w:tcW w:w="2179" w:type="dxa"/>
            <w:tcBorders>
              <w:top w:val="single" w:sz="6" w:space="0" w:color="000000"/>
              <w:left w:val="single" w:sz="6" w:space="0" w:color="000000"/>
              <w:bottom w:val="single" w:sz="6" w:space="0" w:color="000000"/>
              <w:right w:val="single" w:sz="6" w:space="0" w:color="000000"/>
            </w:tcBorders>
            <w:vAlign w:val="center"/>
          </w:tcPr>
          <w:p w14:paraId="08E0B0BE" w14:textId="55302E84"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579</w:t>
            </w:r>
          </w:p>
        </w:tc>
        <w:tc>
          <w:tcPr>
            <w:tcW w:w="2201" w:type="dxa"/>
            <w:tcBorders>
              <w:top w:val="single" w:sz="6" w:space="0" w:color="000000"/>
              <w:left w:val="single" w:sz="6" w:space="0" w:color="000000"/>
              <w:bottom w:val="single" w:sz="6" w:space="0" w:color="000000"/>
              <w:right w:val="single" w:sz="6" w:space="0" w:color="000000"/>
            </w:tcBorders>
            <w:vAlign w:val="center"/>
          </w:tcPr>
          <w:p w14:paraId="2EE9165B" w14:textId="347560A2"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179</w:t>
            </w:r>
          </w:p>
        </w:tc>
        <w:tc>
          <w:tcPr>
            <w:tcW w:w="2716" w:type="dxa"/>
            <w:tcBorders>
              <w:top w:val="single" w:sz="6" w:space="0" w:color="000000"/>
              <w:left w:val="single" w:sz="6" w:space="0" w:color="000000"/>
              <w:bottom w:val="single" w:sz="6" w:space="0" w:color="000000"/>
              <w:right w:val="single" w:sz="6" w:space="0" w:color="000000"/>
            </w:tcBorders>
            <w:vAlign w:val="center"/>
          </w:tcPr>
          <w:p w14:paraId="3F0B76C7" w14:textId="16090929"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758</w:t>
            </w:r>
          </w:p>
        </w:tc>
      </w:tr>
      <w:tr w:rsidR="00A730A0" w:rsidRPr="009C3767" w14:paraId="491CD248"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hideMark/>
          </w:tcPr>
          <w:p w14:paraId="58242A48"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Dân số/nhân khẩu</w:t>
            </w:r>
          </w:p>
        </w:tc>
        <w:tc>
          <w:tcPr>
            <w:tcW w:w="2179" w:type="dxa"/>
            <w:tcBorders>
              <w:top w:val="single" w:sz="6" w:space="0" w:color="000000"/>
              <w:left w:val="single" w:sz="6" w:space="0" w:color="000000"/>
              <w:bottom w:val="single" w:sz="6" w:space="0" w:color="000000"/>
              <w:right w:val="single" w:sz="6" w:space="0" w:color="000000"/>
            </w:tcBorders>
            <w:vAlign w:val="center"/>
            <w:hideMark/>
          </w:tcPr>
          <w:p w14:paraId="7E76EC36" w14:textId="77777777"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1.988</w:t>
            </w:r>
          </w:p>
        </w:tc>
        <w:tc>
          <w:tcPr>
            <w:tcW w:w="2201" w:type="dxa"/>
            <w:tcBorders>
              <w:top w:val="single" w:sz="6" w:space="0" w:color="000000"/>
              <w:left w:val="single" w:sz="6" w:space="0" w:color="000000"/>
              <w:bottom w:val="single" w:sz="6" w:space="0" w:color="000000"/>
              <w:right w:val="single" w:sz="6" w:space="0" w:color="000000"/>
            </w:tcBorders>
            <w:vAlign w:val="center"/>
            <w:hideMark/>
          </w:tcPr>
          <w:p w14:paraId="3350CE93" w14:textId="77777777"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650</w:t>
            </w:r>
          </w:p>
        </w:tc>
        <w:tc>
          <w:tcPr>
            <w:tcW w:w="2716" w:type="dxa"/>
            <w:tcBorders>
              <w:top w:val="single" w:sz="6" w:space="0" w:color="000000"/>
              <w:left w:val="single" w:sz="6" w:space="0" w:color="000000"/>
              <w:bottom w:val="single" w:sz="6" w:space="0" w:color="000000"/>
              <w:right w:val="single" w:sz="6" w:space="0" w:color="000000"/>
            </w:tcBorders>
            <w:vAlign w:val="center"/>
            <w:hideMark/>
          </w:tcPr>
          <w:p w14:paraId="3E11BA17" w14:textId="77777777"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2.638</w:t>
            </w:r>
          </w:p>
        </w:tc>
      </w:tr>
      <w:tr w:rsidR="006B76C3" w:rsidRPr="009C3767" w14:paraId="5D47A6F3"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hideMark/>
          </w:tcPr>
          <w:p w14:paraId="71BBEA65" w14:textId="77777777" w:rsidR="006B76C3" w:rsidRPr="009C3767" w:rsidRDefault="006B76C3" w:rsidP="0045062A">
            <w:pPr>
              <w:spacing w:before="60" w:after="60" w:line="276" w:lineRule="auto"/>
              <w:rPr>
                <w:rFonts w:cs="Times New Roman"/>
                <w:bCs/>
                <w:sz w:val="28"/>
                <w:szCs w:val="28"/>
              </w:rPr>
            </w:pPr>
            <w:r w:rsidRPr="009C3767">
              <w:rPr>
                <w:rFonts w:cs="Times New Roman"/>
                <w:bCs/>
                <w:sz w:val="28"/>
                <w:szCs w:val="28"/>
              </w:rPr>
              <w:t>Diện tích (km²)</w:t>
            </w:r>
          </w:p>
        </w:tc>
        <w:tc>
          <w:tcPr>
            <w:tcW w:w="2179" w:type="dxa"/>
            <w:tcBorders>
              <w:top w:val="single" w:sz="6" w:space="0" w:color="000000"/>
              <w:left w:val="single" w:sz="6" w:space="0" w:color="000000"/>
              <w:bottom w:val="single" w:sz="6" w:space="0" w:color="000000"/>
              <w:right w:val="single" w:sz="6" w:space="0" w:color="000000"/>
            </w:tcBorders>
            <w:vAlign w:val="center"/>
            <w:hideMark/>
          </w:tcPr>
          <w:p w14:paraId="511C2784" w14:textId="40B00769"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0</w:t>
            </w:r>
            <w:r w:rsidR="00870516" w:rsidRPr="009C3767">
              <w:rPr>
                <w:rFonts w:cs="Times New Roman"/>
                <w:sz w:val="28"/>
                <w:szCs w:val="28"/>
              </w:rPr>
              <w:t>.</w:t>
            </w:r>
            <w:r w:rsidRPr="009C3767">
              <w:rPr>
                <w:rFonts w:cs="Times New Roman"/>
                <w:sz w:val="28"/>
                <w:szCs w:val="28"/>
              </w:rPr>
              <w:t>2</w:t>
            </w:r>
          </w:p>
        </w:tc>
        <w:tc>
          <w:tcPr>
            <w:tcW w:w="2201" w:type="dxa"/>
            <w:tcBorders>
              <w:top w:val="single" w:sz="6" w:space="0" w:color="000000"/>
              <w:left w:val="single" w:sz="6" w:space="0" w:color="000000"/>
              <w:bottom w:val="single" w:sz="6" w:space="0" w:color="000000"/>
              <w:right w:val="single" w:sz="6" w:space="0" w:color="000000"/>
            </w:tcBorders>
            <w:vAlign w:val="center"/>
            <w:hideMark/>
          </w:tcPr>
          <w:p w14:paraId="4024D27D" w14:textId="599C42BD"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0.01</w:t>
            </w:r>
          </w:p>
        </w:tc>
        <w:tc>
          <w:tcPr>
            <w:tcW w:w="2716" w:type="dxa"/>
            <w:tcBorders>
              <w:top w:val="single" w:sz="6" w:space="0" w:color="000000"/>
              <w:left w:val="single" w:sz="6" w:space="0" w:color="000000"/>
              <w:bottom w:val="single" w:sz="6" w:space="0" w:color="000000"/>
              <w:right w:val="single" w:sz="6" w:space="0" w:color="000000"/>
            </w:tcBorders>
            <w:vAlign w:val="center"/>
            <w:hideMark/>
          </w:tcPr>
          <w:p w14:paraId="5FABCF96" w14:textId="0D7F5D3C"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0.21</w:t>
            </w:r>
          </w:p>
        </w:tc>
      </w:tr>
      <w:tr w:rsidR="00A730A0" w:rsidRPr="009C3767" w14:paraId="294EF538"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hideMark/>
          </w:tcPr>
          <w:p w14:paraId="20DCA2FA"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Số đảng viên</w:t>
            </w:r>
          </w:p>
        </w:tc>
        <w:tc>
          <w:tcPr>
            <w:tcW w:w="2179" w:type="dxa"/>
            <w:tcBorders>
              <w:top w:val="single" w:sz="6" w:space="0" w:color="000000"/>
              <w:left w:val="single" w:sz="6" w:space="0" w:color="000000"/>
              <w:bottom w:val="single" w:sz="6" w:space="0" w:color="000000"/>
              <w:right w:val="single" w:sz="6" w:space="0" w:color="000000"/>
            </w:tcBorders>
            <w:vAlign w:val="center"/>
            <w:hideMark/>
          </w:tcPr>
          <w:p w14:paraId="4B651D79" w14:textId="08F8F57E" w:rsidR="00A730A0" w:rsidRPr="009C3767" w:rsidRDefault="008B1FB4" w:rsidP="0045062A">
            <w:pPr>
              <w:spacing w:before="60" w:after="60" w:line="276" w:lineRule="auto"/>
              <w:ind w:firstLine="33"/>
              <w:jc w:val="center"/>
              <w:rPr>
                <w:rFonts w:cs="Times New Roman"/>
                <w:sz w:val="28"/>
                <w:szCs w:val="28"/>
              </w:rPr>
            </w:pPr>
            <w:r w:rsidRPr="009C3767">
              <w:rPr>
                <w:rFonts w:cs="Times New Roman"/>
                <w:sz w:val="28"/>
                <w:szCs w:val="28"/>
              </w:rPr>
              <w:t>79</w:t>
            </w:r>
          </w:p>
        </w:tc>
        <w:tc>
          <w:tcPr>
            <w:tcW w:w="2201" w:type="dxa"/>
            <w:tcBorders>
              <w:top w:val="single" w:sz="6" w:space="0" w:color="000000"/>
              <w:left w:val="single" w:sz="6" w:space="0" w:color="000000"/>
              <w:bottom w:val="single" w:sz="6" w:space="0" w:color="000000"/>
              <w:right w:val="single" w:sz="6" w:space="0" w:color="000000"/>
            </w:tcBorders>
            <w:vAlign w:val="center"/>
            <w:hideMark/>
          </w:tcPr>
          <w:p w14:paraId="01287DD5" w14:textId="49C1BE84" w:rsidR="00A730A0" w:rsidRPr="009C3767" w:rsidRDefault="008B1FB4" w:rsidP="0045062A">
            <w:pPr>
              <w:spacing w:before="60" w:after="60" w:line="276" w:lineRule="auto"/>
              <w:ind w:firstLine="33"/>
              <w:jc w:val="center"/>
              <w:rPr>
                <w:rFonts w:cs="Times New Roman"/>
                <w:sz w:val="28"/>
                <w:szCs w:val="28"/>
              </w:rPr>
            </w:pPr>
            <w:r w:rsidRPr="009C3767">
              <w:rPr>
                <w:rFonts w:cs="Times New Roman"/>
                <w:sz w:val="28"/>
                <w:szCs w:val="28"/>
              </w:rPr>
              <w:t>8</w:t>
            </w:r>
          </w:p>
        </w:tc>
        <w:tc>
          <w:tcPr>
            <w:tcW w:w="2716" w:type="dxa"/>
            <w:tcBorders>
              <w:top w:val="single" w:sz="6" w:space="0" w:color="000000"/>
              <w:left w:val="single" w:sz="6" w:space="0" w:color="000000"/>
              <w:bottom w:val="single" w:sz="6" w:space="0" w:color="000000"/>
              <w:right w:val="single" w:sz="6" w:space="0" w:color="000000"/>
            </w:tcBorders>
            <w:vAlign w:val="center"/>
            <w:hideMark/>
          </w:tcPr>
          <w:p w14:paraId="097003D0" w14:textId="196767EF" w:rsidR="00A730A0" w:rsidRPr="009C3767" w:rsidRDefault="008B1FB4" w:rsidP="0045062A">
            <w:pPr>
              <w:spacing w:before="60" w:after="60" w:line="276" w:lineRule="auto"/>
              <w:ind w:firstLine="33"/>
              <w:jc w:val="center"/>
              <w:rPr>
                <w:rFonts w:cs="Times New Roman"/>
                <w:sz w:val="28"/>
                <w:szCs w:val="28"/>
              </w:rPr>
            </w:pPr>
            <w:r w:rsidRPr="009C3767">
              <w:rPr>
                <w:rFonts w:cs="Times New Roman"/>
                <w:sz w:val="28"/>
                <w:szCs w:val="28"/>
              </w:rPr>
              <w:t>87</w:t>
            </w:r>
          </w:p>
        </w:tc>
      </w:tr>
      <w:tr w:rsidR="006B76C3" w:rsidRPr="009C3767" w14:paraId="02DA227E"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hideMark/>
          </w:tcPr>
          <w:p w14:paraId="55221C3A" w14:textId="77777777" w:rsidR="006B76C3" w:rsidRPr="009C3767" w:rsidRDefault="006B76C3" w:rsidP="0045062A">
            <w:pPr>
              <w:spacing w:before="60" w:after="60" w:line="276" w:lineRule="auto"/>
              <w:rPr>
                <w:rFonts w:cs="Times New Roman"/>
                <w:bCs/>
                <w:sz w:val="28"/>
                <w:szCs w:val="28"/>
              </w:rPr>
            </w:pPr>
            <w:r w:rsidRPr="009C3767">
              <w:rPr>
                <w:rFonts w:cs="Times New Roman"/>
                <w:bCs/>
                <w:sz w:val="28"/>
                <w:szCs w:val="28"/>
              </w:rPr>
              <w:t>Nhà văn hóa/điểm sinh hoạt cộng đồng</w:t>
            </w:r>
          </w:p>
        </w:tc>
        <w:tc>
          <w:tcPr>
            <w:tcW w:w="2179" w:type="dxa"/>
            <w:tcBorders>
              <w:top w:val="single" w:sz="6" w:space="0" w:color="000000"/>
              <w:left w:val="single" w:sz="6" w:space="0" w:color="000000"/>
              <w:bottom w:val="single" w:sz="6" w:space="0" w:color="000000"/>
              <w:right w:val="single" w:sz="6" w:space="0" w:color="000000"/>
            </w:tcBorders>
            <w:vAlign w:val="center"/>
            <w:hideMark/>
          </w:tcPr>
          <w:p w14:paraId="18A1CC14" w14:textId="4D4C7D3A"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1</w:t>
            </w:r>
          </w:p>
        </w:tc>
        <w:tc>
          <w:tcPr>
            <w:tcW w:w="2201" w:type="dxa"/>
            <w:tcBorders>
              <w:top w:val="single" w:sz="6" w:space="0" w:color="000000"/>
              <w:left w:val="single" w:sz="6" w:space="0" w:color="000000"/>
              <w:bottom w:val="single" w:sz="6" w:space="0" w:color="000000"/>
              <w:right w:val="single" w:sz="6" w:space="0" w:color="000000"/>
            </w:tcBorders>
            <w:vAlign w:val="center"/>
            <w:hideMark/>
          </w:tcPr>
          <w:p w14:paraId="121EE5BF" w14:textId="0F12B7A0"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0</w:t>
            </w:r>
          </w:p>
        </w:tc>
        <w:tc>
          <w:tcPr>
            <w:tcW w:w="2716" w:type="dxa"/>
            <w:tcBorders>
              <w:top w:val="single" w:sz="6" w:space="0" w:color="000000"/>
              <w:left w:val="single" w:sz="6" w:space="0" w:color="000000"/>
              <w:bottom w:val="single" w:sz="6" w:space="0" w:color="000000"/>
              <w:right w:val="single" w:sz="6" w:space="0" w:color="000000"/>
            </w:tcBorders>
            <w:vAlign w:val="center"/>
            <w:hideMark/>
          </w:tcPr>
          <w:p w14:paraId="466098FE" w14:textId="1819D752" w:rsidR="006B76C3" w:rsidRPr="009C3767" w:rsidRDefault="006B76C3" w:rsidP="0045062A">
            <w:pPr>
              <w:spacing w:before="60" w:after="60" w:line="276" w:lineRule="auto"/>
              <w:ind w:firstLine="33"/>
              <w:jc w:val="center"/>
              <w:rPr>
                <w:rFonts w:cs="Times New Roman"/>
                <w:sz w:val="28"/>
                <w:szCs w:val="28"/>
              </w:rPr>
            </w:pPr>
            <w:r w:rsidRPr="009C3767">
              <w:rPr>
                <w:rFonts w:cs="Times New Roman"/>
                <w:sz w:val="28"/>
                <w:szCs w:val="28"/>
              </w:rPr>
              <w:t>1</w:t>
            </w:r>
          </w:p>
        </w:tc>
      </w:tr>
      <w:tr w:rsidR="00A730A0" w:rsidRPr="009C3767" w14:paraId="59B73FA1" w14:textId="77777777" w:rsidTr="00F22122">
        <w:trPr>
          <w:jc w:val="center"/>
        </w:trPr>
        <w:tc>
          <w:tcPr>
            <w:tcW w:w="2525" w:type="dxa"/>
            <w:tcBorders>
              <w:top w:val="single" w:sz="6" w:space="0" w:color="000000"/>
              <w:left w:val="single" w:sz="6" w:space="0" w:color="000000"/>
              <w:bottom w:val="single" w:sz="6" w:space="0" w:color="000000"/>
              <w:right w:val="single" w:sz="6" w:space="0" w:color="000000"/>
            </w:tcBorders>
            <w:vAlign w:val="center"/>
            <w:hideMark/>
          </w:tcPr>
          <w:p w14:paraId="0569E390" w14:textId="77777777" w:rsidR="00A730A0" w:rsidRPr="009C3767" w:rsidRDefault="00A730A0" w:rsidP="0045062A">
            <w:pPr>
              <w:spacing w:before="60" w:after="60" w:line="276" w:lineRule="auto"/>
              <w:rPr>
                <w:rFonts w:cs="Times New Roman"/>
                <w:bCs/>
                <w:sz w:val="28"/>
                <w:szCs w:val="28"/>
              </w:rPr>
            </w:pPr>
            <w:r w:rsidRPr="009C3767">
              <w:rPr>
                <w:rFonts w:cs="Times New Roman"/>
                <w:bCs/>
                <w:sz w:val="28"/>
                <w:szCs w:val="28"/>
              </w:rPr>
              <w:t>Người hoạt động không chuyên trách</w:t>
            </w:r>
          </w:p>
        </w:tc>
        <w:tc>
          <w:tcPr>
            <w:tcW w:w="2179" w:type="dxa"/>
            <w:tcBorders>
              <w:top w:val="single" w:sz="6" w:space="0" w:color="000000"/>
              <w:left w:val="single" w:sz="6" w:space="0" w:color="000000"/>
              <w:bottom w:val="single" w:sz="6" w:space="0" w:color="000000"/>
              <w:right w:val="single" w:sz="6" w:space="0" w:color="000000"/>
            </w:tcBorders>
            <w:vAlign w:val="center"/>
            <w:hideMark/>
          </w:tcPr>
          <w:p w14:paraId="4A4BD019" w14:textId="4CE6CB14" w:rsidR="00A730A0" w:rsidRPr="009C3767" w:rsidRDefault="00A730A0" w:rsidP="0045062A">
            <w:pPr>
              <w:spacing w:before="60" w:after="60" w:line="276" w:lineRule="auto"/>
              <w:ind w:firstLine="33"/>
              <w:jc w:val="center"/>
              <w:rPr>
                <w:rFonts w:cs="Times New Roman"/>
                <w:sz w:val="28"/>
                <w:szCs w:val="28"/>
              </w:rPr>
            </w:pPr>
            <w:r w:rsidRPr="009C3767">
              <w:rPr>
                <w:rFonts w:cs="Times New Roman"/>
                <w:sz w:val="28"/>
                <w:szCs w:val="28"/>
              </w:rPr>
              <w:t>3</w:t>
            </w:r>
          </w:p>
        </w:tc>
        <w:tc>
          <w:tcPr>
            <w:tcW w:w="2201" w:type="dxa"/>
            <w:tcBorders>
              <w:top w:val="single" w:sz="6" w:space="0" w:color="000000"/>
              <w:left w:val="single" w:sz="6" w:space="0" w:color="000000"/>
              <w:bottom w:val="single" w:sz="6" w:space="0" w:color="000000"/>
              <w:right w:val="single" w:sz="6" w:space="0" w:color="000000"/>
            </w:tcBorders>
            <w:vAlign w:val="center"/>
            <w:hideMark/>
          </w:tcPr>
          <w:p w14:paraId="597B362C" w14:textId="0105CC4A" w:rsidR="00A730A0" w:rsidRPr="009C3767" w:rsidRDefault="00C05898" w:rsidP="0045062A">
            <w:pPr>
              <w:spacing w:before="60" w:after="60" w:line="276" w:lineRule="auto"/>
              <w:ind w:firstLine="33"/>
              <w:jc w:val="center"/>
              <w:rPr>
                <w:rFonts w:cs="Times New Roman"/>
                <w:sz w:val="28"/>
                <w:szCs w:val="28"/>
              </w:rPr>
            </w:pPr>
            <w:r w:rsidRPr="009C3767">
              <w:rPr>
                <w:rFonts w:cs="Times New Roman"/>
                <w:sz w:val="28"/>
                <w:szCs w:val="28"/>
              </w:rPr>
              <w:t>0</w:t>
            </w:r>
          </w:p>
        </w:tc>
        <w:tc>
          <w:tcPr>
            <w:tcW w:w="2716" w:type="dxa"/>
            <w:tcBorders>
              <w:top w:val="single" w:sz="6" w:space="0" w:color="000000"/>
              <w:left w:val="single" w:sz="6" w:space="0" w:color="000000"/>
              <w:bottom w:val="single" w:sz="6" w:space="0" w:color="000000"/>
              <w:right w:val="single" w:sz="6" w:space="0" w:color="000000"/>
            </w:tcBorders>
            <w:vAlign w:val="center"/>
            <w:hideMark/>
          </w:tcPr>
          <w:p w14:paraId="66DA2480" w14:textId="55B8958A" w:rsidR="00A730A0" w:rsidRPr="009C3767" w:rsidRDefault="008B1FB4" w:rsidP="0045062A">
            <w:pPr>
              <w:spacing w:before="60" w:after="60" w:line="276" w:lineRule="auto"/>
              <w:ind w:firstLine="33"/>
              <w:jc w:val="center"/>
              <w:rPr>
                <w:rFonts w:cs="Times New Roman"/>
                <w:sz w:val="28"/>
                <w:szCs w:val="28"/>
              </w:rPr>
            </w:pPr>
            <w:r w:rsidRPr="009C3767">
              <w:rPr>
                <w:rFonts w:cs="Times New Roman"/>
                <w:sz w:val="28"/>
                <w:szCs w:val="28"/>
              </w:rPr>
              <w:t>4</w:t>
            </w:r>
          </w:p>
        </w:tc>
      </w:tr>
    </w:tbl>
    <w:p w14:paraId="260150CE" w14:textId="7523B57B" w:rsidR="00F22122" w:rsidRPr="009C3767" w:rsidRDefault="00F22122" w:rsidP="00140DE4">
      <w:pPr>
        <w:spacing w:before="60" w:after="60" w:line="360" w:lineRule="exact"/>
        <w:ind w:firstLine="709"/>
        <w:jc w:val="both"/>
        <w:rPr>
          <w:rFonts w:cs="Times New Roman"/>
          <w:b/>
          <w:sz w:val="28"/>
          <w:szCs w:val="28"/>
          <w:lang w:val="vi-VN"/>
        </w:rPr>
      </w:pPr>
      <w:r w:rsidRPr="009C3767">
        <w:rPr>
          <w:rFonts w:cs="Times New Roman"/>
          <w:b/>
          <w:sz w:val="28"/>
          <w:szCs w:val="28"/>
        </w:rPr>
        <w:t>2</w:t>
      </w:r>
      <w:r w:rsidRPr="009C3767">
        <w:rPr>
          <w:rFonts w:cs="Times New Roman"/>
          <w:b/>
          <w:sz w:val="28"/>
          <w:szCs w:val="28"/>
          <w:lang w:val="vi-VN"/>
        </w:rPr>
        <w:t>.</w:t>
      </w:r>
      <w:r w:rsidRPr="009C3767">
        <w:rPr>
          <w:rFonts w:cs="Times New Roman"/>
          <w:b/>
          <w:sz w:val="28"/>
          <w:szCs w:val="28"/>
        </w:rPr>
        <w:t>6. Tổ dân phố Hưng Phúc</w:t>
      </w:r>
    </w:p>
    <w:p w14:paraId="7BB440C4" w14:textId="16A50F14" w:rsidR="00F22122" w:rsidRPr="009C3767" w:rsidRDefault="00F22122" w:rsidP="00140DE4">
      <w:pPr>
        <w:spacing w:before="60" w:after="60" w:line="360" w:lineRule="exact"/>
        <w:ind w:firstLine="709"/>
        <w:jc w:val="both"/>
        <w:rPr>
          <w:rFonts w:cs="Times New Roman"/>
          <w:sz w:val="28"/>
          <w:szCs w:val="28"/>
        </w:rPr>
      </w:pPr>
      <w:r w:rsidRPr="009C3767">
        <w:rPr>
          <w:rFonts w:cs="Times New Roman"/>
          <w:sz w:val="28"/>
          <w:szCs w:val="28"/>
        </w:rPr>
        <w:t xml:space="preserve">Tổ dân phố Hưng Phúc được hình thành trên cơ sở sáp nhập Tổ dân phố số 9, Tổ dân phố số 15 và Tổ dân phố số 16. Đây đều là các tổ dân phố có quy mô số hộ chưa đạt tiêu chuẩn theo quy định. Sau sáp nhập, tổ dân phố Hưng Phúc có 1.085 hộ, 3.161 nhân khẩu, diện tích khoảng 3,5 km². </w:t>
      </w:r>
    </w:p>
    <w:tbl>
      <w:tblPr>
        <w:tblStyle w:val="TableGrid"/>
        <w:tblW w:w="0" w:type="auto"/>
        <w:jc w:val="center"/>
        <w:tblLook w:val="04A0" w:firstRow="1" w:lastRow="0" w:firstColumn="1" w:lastColumn="0" w:noHBand="0" w:noVBand="1"/>
      </w:tblPr>
      <w:tblGrid>
        <w:gridCol w:w="3003"/>
        <w:gridCol w:w="1518"/>
        <w:gridCol w:w="1528"/>
        <w:gridCol w:w="1527"/>
        <w:gridCol w:w="1813"/>
      </w:tblGrid>
      <w:tr w:rsidR="00A730A0" w:rsidRPr="009C3767" w14:paraId="6030D492"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tcPr>
          <w:p w14:paraId="1CCB0128" w14:textId="71B02E50" w:rsidR="00A730A0" w:rsidRPr="009C3767" w:rsidRDefault="00A730A0" w:rsidP="00140DE4">
            <w:pPr>
              <w:spacing w:before="60" w:after="60" w:line="360" w:lineRule="exact"/>
              <w:jc w:val="center"/>
              <w:rPr>
                <w:rFonts w:cs="Times New Roman"/>
                <w:sz w:val="28"/>
                <w:szCs w:val="28"/>
              </w:rPr>
            </w:pPr>
            <w:r w:rsidRPr="009C3767">
              <w:rPr>
                <w:rFonts w:cs="Times New Roman"/>
                <w:b/>
                <w:sz w:val="28"/>
                <w:szCs w:val="28"/>
              </w:rPr>
              <w:t>Nội dung</w:t>
            </w:r>
          </w:p>
        </w:tc>
        <w:tc>
          <w:tcPr>
            <w:tcW w:w="1559" w:type="dxa"/>
            <w:tcBorders>
              <w:top w:val="single" w:sz="6" w:space="0" w:color="000000"/>
              <w:left w:val="single" w:sz="6" w:space="0" w:color="000000"/>
              <w:bottom w:val="single" w:sz="6" w:space="0" w:color="000000"/>
              <w:right w:val="single" w:sz="6" w:space="0" w:color="000000"/>
            </w:tcBorders>
            <w:vAlign w:val="center"/>
          </w:tcPr>
          <w:p w14:paraId="32F82124" w14:textId="0EED9CDD" w:rsidR="00A730A0" w:rsidRPr="009C3767" w:rsidRDefault="00A730A0" w:rsidP="00140DE4">
            <w:pPr>
              <w:spacing w:before="60" w:after="60" w:line="360" w:lineRule="exact"/>
              <w:jc w:val="center"/>
              <w:rPr>
                <w:rFonts w:ascii="Times New Roman Bold" w:hAnsi="Times New Roman Bold" w:cs="Times New Roman"/>
                <w:spacing w:val="-10"/>
                <w:sz w:val="28"/>
                <w:szCs w:val="28"/>
              </w:rPr>
            </w:pPr>
            <w:r w:rsidRPr="009C3767">
              <w:rPr>
                <w:rFonts w:ascii="Times New Roman Bold" w:hAnsi="Times New Roman Bold" w:cs="Times New Roman"/>
                <w:b/>
                <w:spacing w:val="-10"/>
                <w:sz w:val="28"/>
                <w:szCs w:val="28"/>
              </w:rPr>
              <w:t>Tổ dân phố số 9</w:t>
            </w:r>
          </w:p>
        </w:tc>
        <w:tc>
          <w:tcPr>
            <w:tcW w:w="1560" w:type="dxa"/>
            <w:tcBorders>
              <w:top w:val="single" w:sz="6" w:space="0" w:color="000000"/>
              <w:left w:val="single" w:sz="6" w:space="0" w:color="000000"/>
              <w:bottom w:val="single" w:sz="6" w:space="0" w:color="000000"/>
              <w:right w:val="single" w:sz="6" w:space="0" w:color="000000"/>
            </w:tcBorders>
            <w:vAlign w:val="center"/>
          </w:tcPr>
          <w:p w14:paraId="741C3219" w14:textId="4CA7900B" w:rsidR="00A730A0" w:rsidRPr="009C3767" w:rsidRDefault="00A730A0" w:rsidP="00140DE4">
            <w:pPr>
              <w:spacing w:before="60" w:after="60" w:line="360" w:lineRule="exact"/>
              <w:jc w:val="center"/>
              <w:rPr>
                <w:rFonts w:ascii="Times New Roman Bold" w:hAnsi="Times New Roman Bold" w:cs="Times New Roman"/>
                <w:spacing w:val="-10"/>
                <w:sz w:val="28"/>
                <w:szCs w:val="28"/>
              </w:rPr>
            </w:pPr>
            <w:r w:rsidRPr="009C3767">
              <w:rPr>
                <w:rFonts w:ascii="Times New Roman Bold" w:hAnsi="Times New Roman Bold" w:cs="Times New Roman"/>
                <w:b/>
                <w:spacing w:val="-10"/>
                <w:sz w:val="28"/>
                <w:szCs w:val="28"/>
              </w:rPr>
              <w:t>Tổ dân phố số 15</w:t>
            </w:r>
          </w:p>
        </w:tc>
        <w:tc>
          <w:tcPr>
            <w:tcW w:w="1559" w:type="dxa"/>
            <w:tcBorders>
              <w:top w:val="single" w:sz="6" w:space="0" w:color="000000"/>
              <w:left w:val="single" w:sz="6" w:space="0" w:color="000000"/>
              <w:bottom w:val="single" w:sz="6" w:space="0" w:color="000000"/>
              <w:right w:val="single" w:sz="6" w:space="0" w:color="000000"/>
            </w:tcBorders>
            <w:vAlign w:val="center"/>
          </w:tcPr>
          <w:p w14:paraId="78BAE8FB" w14:textId="534DD3F5" w:rsidR="00A730A0" w:rsidRPr="009C3767" w:rsidRDefault="00A730A0" w:rsidP="00140DE4">
            <w:pPr>
              <w:spacing w:before="60" w:after="60" w:line="360" w:lineRule="exact"/>
              <w:jc w:val="center"/>
              <w:rPr>
                <w:rFonts w:ascii="Times New Roman Bold" w:hAnsi="Times New Roman Bold" w:cs="Times New Roman"/>
                <w:spacing w:val="-10"/>
                <w:sz w:val="28"/>
                <w:szCs w:val="28"/>
              </w:rPr>
            </w:pPr>
            <w:r w:rsidRPr="009C3767">
              <w:rPr>
                <w:rFonts w:ascii="Times New Roman Bold" w:hAnsi="Times New Roman Bold" w:cs="Times New Roman"/>
                <w:b/>
                <w:spacing w:val="-10"/>
                <w:sz w:val="28"/>
                <w:szCs w:val="28"/>
              </w:rPr>
              <w:t>Tổ dân phố số 16</w:t>
            </w:r>
          </w:p>
        </w:tc>
        <w:tc>
          <w:tcPr>
            <w:tcW w:w="1858" w:type="dxa"/>
            <w:tcBorders>
              <w:top w:val="single" w:sz="6" w:space="0" w:color="000000"/>
              <w:left w:val="single" w:sz="6" w:space="0" w:color="000000"/>
              <w:bottom w:val="single" w:sz="6" w:space="0" w:color="000000"/>
              <w:right w:val="single" w:sz="6" w:space="0" w:color="000000"/>
            </w:tcBorders>
            <w:vAlign w:val="center"/>
          </w:tcPr>
          <w:p w14:paraId="3588E7C9" w14:textId="6BC92F4C" w:rsidR="00A730A0" w:rsidRPr="009C3767" w:rsidRDefault="00A730A0" w:rsidP="00140DE4">
            <w:pPr>
              <w:spacing w:before="60" w:after="60" w:line="360" w:lineRule="exact"/>
              <w:jc w:val="center"/>
              <w:rPr>
                <w:rFonts w:ascii="Times New Roman Bold" w:hAnsi="Times New Roman Bold" w:cs="Times New Roman"/>
                <w:spacing w:val="-10"/>
                <w:sz w:val="28"/>
                <w:szCs w:val="28"/>
              </w:rPr>
            </w:pPr>
            <w:r w:rsidRPr="009C3767">
              <w:rPr>
                <w:rFonts w:ascii="Times New Roman Bold" w:hAnsi="Times New Roman Bold" w:cs="Times New Roman"/>
                <w:b/>
                <w:spacing w:val="-10"/>
                <w:sz w:val="28"/>
                <w:szCs w:val="28"/>
              </w:rPr>
              <w:t>Sau sáp nhập: Hưng Phúc</w:t>
            </w:r>
          </w:p>
        </w:tc>
      </w:tr>
      <w:tr w:rsidR="00A730A0" w:rsidRPr="009C3767" w14:paraId="22C60A9B"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tcPr>
          <w:p w14:paraId="5F8A1D77" w14:textId="6071F829" w:rsidR="00A730A0" w:rsidRPr="009C3767" w:rsidRDefault="00A730A0" w:rsidP="00140DE4">
            <w:pPr>
              <w:spacing w:before="60" w:after="60" w:line="360" w:lineRule="exact"/>
              <w:rPr>
                <w:rFonts w:cs="Times New Roman"/>
                <w:bCs/>
                <w:sz w:val="28"/>
                <w:szCs w:val="28"/>
              </w:rPr>
            </w:pPr>
            <w:r w:rsidRPr="009C3767">
              <w:rPr>
                <w:rFonts w:cs="Times New Roman"/>
                <w:bCs/>
                <w:sz w:val="28"/>
                <w:szCs w:val="28"/>
              </w:rPr>
              <w:t>Số hộ</w:t>
            </w:r>
          </w:p>
        </w:tc>
        <w:tc>
          <w:tcPr>
            <w:tcW w:w="1559" w:type="dxa"/>
            <w:tcBorders>
              <w:top w:val="single" w:sz="6" w:space="0" w:color="000000"/>
              <w:left w:val="single" w:sz="6" w:space="0" w:color="000000"/>
              <w:bottom w:val="single" w:sz="6" w:space="0" w:color="000000"/>
              <w:right w:val="single" w:sz="6" w:space="0" w:color="000000"/>
            </w:tcBorders>
            <w:vAlign w:val="center"/>
          </w:tcPr>
          <w:p w14:paraId="50993ED0" w14:textId="0F4A2499"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155</w:t>
            </w:r>
          </w:p>
        </w:tc>
        <w:tc>
          <w:tcPr>
            <w:tcW w:w="1560" w:type="dxa"/>
            <w:tcBorders>
              <w:top w:val="single" w:sz="6" w:space="0" w:color="000000"/>
              <w:left w:val="single" w:sz="6" w:space="0" w:color="000000"/>
              <w:bottom w:val="single" w:sz="6" w:space="0" w:color="000000"/>
              <w:right w:val="single" w:sz="6" w:space="0" w:color="000000"/>
            </w:tcBorders>
            <w:vAlign w:val="center"/>
          </w:tcPr>
          <w:p w14:paraId="220B9093" w14:textId="2A6AC40C"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377</w:t>
            </w:r>
          </w:p>
        </w:tc>
        <w:tc>
          <w:tcPr>
            <w:tcW w:w="1559" w:type="dxa"/>
            <w:tcBorders>
              <w:top w:val="single" w:sz="6" w:space="0" w:color="000000"/>
              <w:left w:val="single" w:sz="6" w:space="0" w:color="000000"/>
              <w:bottom w:val="single" w:sz="6" w:space="0" w:color="000000"/>
              <w:right w:val="single" w:sz="6" w:space="0" w:color="000000"/>
            </w:tcBorders>
            <w:vAlign w:val="center"/>
          </w:tcPr>
          <w:p w14:paraId="30B6172B" w14:textId="5CEFB841"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553</w:t>
            </w:r>
          </w:p>
        </w:tc>
        <w:tc>
          <w:tcPr>
            <w:tcW w:w="1858" w:type="dxa"/>
            <w:tcBorders>
              <w:top w:val="single" w:sz="6" w:space="0" w:color="000000"/>
              <w:left w:val="single" w:sz="6" w:space="0" w:color="000000"/>
              <w:bottom w:val="single" w:sz="6" w:space="0" w:color="000000"/>
              <w:right w:val="single" w:sz="6" w:space="0" w:color="000000"/>
            </w:tcBorders>
            <w:vAlign w:val="center"/>
          </w:tcPr>
          <w:p w14:paraId="54A39633" w14:textId="737C82C8"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1.085</w:t>
            </w:r>
          </w:p>
        </w:tc>
      </w:tr>
      <w:tr w:rsidR="00A730A0" w:rsidRPr="009C3767" w14:paraId="667EE938"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hideMark/>
          </w:tcPr>
          <w:p w14:paraId="4C57DAFA" w14:textId="77777777" w:rsidR="00A730A0" w:rsidRPr="009C3767" w:rsidRDefault="00A730A0" w:rsidP="00140DE4">
            <w:pPr>
              <w:spacing w:before="60" w:after="60" w:line="360" w:lineRule="exact"/>
              <w:rPr>
                <w:rFonts w:cs="Times New Roman"/>
                <w:bCs/>
                <w:sz w:val="28"/>
                <w:szCs w:val="28"/>
              </w:rPr>
            </w:pPr>
            <w:r w:rsidRPr="009C3767">
              <w:rPr>
                <w:rFonts w:cs="Times New Roman"/>
                <w:bCs/>
                <w:sz w:val="28"/>
                <w:szCs w:val="28"/>
              </w:rPr>
              <w:t>Dân số/nhân khẩu</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61787EE9" w14:textId="77777777"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477</w:t>
            </w:r>
          </w:p>
        </w:tc>
        <w:tc>
          <w:tcPr>
            <w:tcW w:w="1560" w:type="dxa"/>
            <w:tcBorders>
              <w:top w:val="single" w:sz="6" w:space="0" w:color="000000"/>
              <w:left w:val="single" w:sz="6" w:space="0" w:color="000000"/>
              <w:bottom w:val="single" w:sz="6" w:space="0" w:color="000000"/>
              <w:right w:val="single" w:sz="6" w:space="0" w:color="000000"/>
            </w:tcBorders>
            <w:vAlign w:val="center"/>
            <w:hideMark/>
          </w:tcPr>
          <w:p w14:paraId="66A9A588" w14:textId="77777777"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1.156</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15403A09" w14:textId="77777777"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1.528</w:t>
            </w:r>
          </w:p>
        </w:tc>
        <w:tc>
          <w:tcPr>
            <w:tcW w:w="1858" w:type="dxa"/>
            <w:tcBorders>
              <w:top w:val="single" w:sz="6" w:space="0" w:color="000000"/>
              <w:left w:val="single" w:sz="6" w:space="0" w:color="000000"/>
              <w:bottom w:val="single" w:sz="6" w:space="0" w:color="000000"/>
              <w:right w:val="single" w:sz="6" w:space="0" w:color="000000"/>
            </w:tcBorders>
            <w:vAlign w:val="center"/>
            <w:hideMark/>
          </w:tcPr>
          <w:p w14:paraId="5BFF26C3" w14:textId="77777777" w:rsidR="00A730A0" w:rsidRPr="009C3767" w:rsidRDefault="00A730A0" w:rsidP="00140DE4">
            <w:pPr>
              <w:spacing w:before="60" w:after="60" w:line="360" w:lineRule="exact"/>
              <w:jc w:val="center"/>
              <w:rPr>
                <w:rFonts w:cs="Times New Roman"/>
                <w:sz w:val="28"/>
                <w:szCs w:val="28"/>
              </w:rPr>
            </w:pPr>
            <w:r w:rsidRPr="009C3767">
              <w:rPr>
                <w:rFonts w:cs="Times New Roman"/>
                <w:sz w:val="28"/>
                <w:szCs w:val="28"/>
              </w:rPr>
              <w:t>3.161</w:t>
            </w:r>
          </w:p>
        </w:tc>
      </w:tr>
      <w:tr w:rsidR="009B3F57" w:rsidRPr="009C3767" w14:paraId="21D6478F"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tcPr>
          <w:p w14:paraId="3C41D3C6" w14:textId="326A96E5" w:rsidR="009B3F57" w:rsidRPr="009C3767" w:rsidRDefault="009B3F57" w:rsidP="00140DE4">
            <w:pPr>
              <w:spacing w:before="60" w:after="60" w:line="360" w:lineRule="exact"/>
              <w:rPr>
                <w:rFonts w:cs="Times New Roman"/>
                <w:bCs/>
                <w:sz w:val="28"/>
                <w:szCs w:val="28"/>
              </w:rPr>
            </w:pPr>
            <w:r w:rsidRPr="009C3767">
              <w:rPr>
                <w:rFonts w:cs="Times New Roman"/>
                <w:bCs/>
                <w:sz w:val="28"/>
                <w:szCs w:val="28"/>
              </w:rPr>
              <w:t>Diện tích (km²)</w:t>
            </w:r>
          </w:p>
        </w:tc>
        <w:tc>
          <w:tcPr>
            <w:tcW w:w="1559" w:type="dxa"/>
            <w:tcBorders>
              <w:top w:val="single" w:sz="6" w:space="0" w:color="000000"/>
              <w:left w:val="single" w:sz="6" w:space="0" w:color="000000"/>
              <w:bottom w:val="single" w:sz="6" w:space="0" w:color="000000"/>
              <w:right w:val="single" w:sz="6" w:space="0" w:color="000000"/>
            </w:tcBorders>
            <w:vAlign w:val="center"/>
          </w:tcPr>
          <w:p w14:paraId="4466316A" w14:textId="2BBFAD76"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0</w:t>
            </w:r>
            <w:r w:rsidR="00870516" w:rsidRPr="009C3767">
              <w:rPr>
                <w:rFonts w:cs="Times New Roman"/>
                <w:sz w:val="28"/>
                <w:szCs w:val="28"/>
              </w:rPr>
              <w:t>.</w:t>
            </w:r>
            <w:r w:rsidRPr="009C3767">
              <w:rPr>
                <w:rFonts w:cs="Times New Roman"/>
                <w:sz w:val="28"/>
                <w:szCs w:val="28"/>
              </w:rPr>
              <w:t>3</w:t>
            </w:r>
          </w:p>
        </w:tc>
        <w:tc>
          <w:tcPr>
            <w:tcW w:w="1560" w:type="dxa"/>
            <w:tcBorders>
              <w:top w:val="single" w:sz="6" w:space="0" w:color="000000"/>
              <w:left w:val="single" w:sz="6" w:space="0" w:color="000000"/>
              <w:bottom w:val="single" w:sz="6" w:space="0" w:color="000000"/>
              <w:right w:val="single" w:sz="6" w:space="0" w:color="000000"/>
            </w:tcBorders>
            <w:vAlign w:val="center"/>
          </w:tcPr>
          <w:p w14:paraId="1F828B39" w14:textId="6A068CB0"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1</w:t>
            </w:r>
            <w:r w:rsidR="00870516" w:rsidRPr="009C3767">
              <w:rPr>
                <w:rFonts w:cs="Times New Roman"/>
                <w:sz w:val="28"/>
                <w:szCs w:val="28"/>
              </w:rPr>
              <w:t>.</w:t>
            </w:r>
            <w:r w:rsidRPr="009C3767">
              <w:rPr>
                <w:rFonts w:cs="Times New Roman"/>
                <w:sz w:val="28"/>
                <w:szCs w:val="28"/>
              </w:rPr>
              <w:t>2</w:t>
            </w:r>
          </w:p>
        </w:tc>
        <w:tc>
          <w:tcPr>
            <w:tcW w:w="1559" w:type="dxa"/>
            <w:tcBorders>
              <w:top w:val="single" w:sz="6" w:space="0" w:color="000000"/>
              <w:left w:val="single" w:sz="6" w:space="0" w:color="000000"/>
              <w:bottom w:val="single" w:sz="6" w:space="0" w:color="000000"/>
              <w:right w:val="single" w:sz="6" w:space="0" w:color="000000"/>
            </w:tcBorders>
            <w:vAlign w:val="center"/>
          </w:tcPr>
          <w:p w14:paraId="6E23C9C5" w14:textId="0572011C"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2</w:t>
            </w:r>
          </w:p>
        </w:tc>
        <w:tc>
          <w:tcPr>
            <w:tcW w:w="1858" w:type="dxa"/>
            <w:tcBorders>
              <w:top w:val="single" w:sz="6" w:space="0" w:color="000000"/>
              <w:left w:val="single" w:sz="6" w:space="0" w:color="000000"/>
              <w:bottom w:val="single" w:sz="6" w:space="0" w:color="000000"/>
              <w:right w:val="single" w:sz="6" w:space="0" w:color="000000"/>
            </w:tcBorders>
            <w:vAlign w:val="center"/>
          </w:tcPr>
          <w:p w14:paraId="6E007004" w14:textId="54183CB0"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3</w:t>
            </w:r>
            <w:r w:rsidR="00870516" w:rsidRPr="009C3767">
              <w:rPr>
                <w:rFonts w:cs="Times New Roman"/>
                <w:sz w:val="28"/>
                <w:szCs w:val="28"/>
              </w:rPr>
              <w:t>.</w:t>
            </w:r>
            <w:r w:rsidRPr="009C3767">
              <w:rPr>
                <w:rFonts w:cs="Times New Roman"/>
                <w:sz w:val="28"/>
                <w:szCs w:val="28"/>
              </w:rPr>
              <w:t>5</w:t>
            </w:r>
          </w:p>
        </w:tc>
      </w:tr>
      <w:tr w:rsidR="009B3F57" w:rsidRPr="009C3767" w14:paraId="7667EAD8"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tcPr>
          <w:p w14:paraId="2DC5F624" w14:textId="50F275E7" w:rsidR="009B3F57" w:rsidRPr="009C3767" w:rsidRDefault="009B3F57" w:rsidP="00140DE4">
            <w:pPr>
              <w:spacing w:before="60" w:after="60" w:line="360" w:lineRule="exact"/>
              <w:rPr>
                <w:rFonts w:cs="Times New Roman"/>
                <w:bCs/>
                <w:sz w:val="28"/>
                <w:szCs w:val="28"/>
              </w:rPr>
            </w:pPr>
            <w:r w:rsidRPr="009C3767">
              <w:rPr>
                <w:rFonts w:cs="Times New Roman"/>
                <w:bCs/>
                <w:sz w:val="28"/>
                <w:szCs w:val="28"/>
              </w:rPr>
              <w:t>Số đảng viên</w:t>
            </w:r>
          </w:p>
        </w:tc>
        <w:tc>
          <w:tcPr>
            <w:tcW w:w="1559" w:type="dxa"/>
            <w:tcBorders>
              <w:top w:val="single" w:sz="6" w:space="0" w:color="000000"/>
              <w:left w:val="single" w:sz="6" w:space="0" w:color="000000"/>
              <w:bottom w:val="single" w:sz="6" w:space="0" w:color="000000"/>
              <w:right w:val="single" w:sz="6" w:space="0" w:color="000000"/>
            </w:tcBorders>
            <w:vAlign w:val="center"/>
          </w:tcPr>
          <w:p w14:paraId="1E809307" w14:textId="73704273"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8</w:t>
            </w:r>
          </w:p>
        </w:tc>
        <w:tc>
          <w:tcPr>
            <w:tcW w:w="1560" w:type="dxa"/>
            <w:tcBorders>
              <w:top w:val="single" w:sz="6" w:space="0" w:color="000000"/>
              <w:left w:val="single" w:sz="6" w:space="0" w:color="000000"/>
              <w:bottom w:val="single" w:sz="6" w:space="0" w:color="000000"/>
              <w:right w:val="single" w:sz="6" w:space="0" w:color="000000"/>
            </w:tcBorders>
            <w:vAlign w:val="center"/>
          </w:tcPr>
          <w:p w14:paraId="4595461D" w14:textId="621BBC54" w:rsidR="009B3F57" w:rsidRPr="009C3767" w:rsidRDefault="009B3F57" w:rsidP="00140DE4">
            <w:pPr>
              <w:spacing w:before="60" w:after="60" w:line="360" w:lineRule="exact"/>
              <w:jc w:val="center"/>
              <w:rPr>
                <w:rFonts w:cs="Times New Roman"/>
                <w:sz w:val="28"/>
                <w:szCs w:val="28"/>
              </w:rPr>
            </w:pPr>
          </w:p>
        </w:tc>
        <w:tc>
          <w:tcPr>
            <w:tcW w:w="1559" w:type="dxa"/>
            <w:tcBorders>
              <w:top w:val="single" w:sz="6" w:space="0" w:color="000000"/>
              <w:left w:val="single" w:sz="6" w:space="0" w:color="000000"/>
              <w:bottom w:val="single" w:sz="6" w:space="0" w:color="000000"/>
              <w:right w:val="single" w:sz="6" w:space="0" w:color="000000"/>
            </w:tcBorders>
            <w:vAlign w:val="center"/>
          </w:tcPr>
          <w:p w14:paraId="0AAFA6D2" w14:textId="605CC5C3" w:rsidR="009B3F57" w:rsidRPr="009C3767" w:rsidRDefault="009B3F57" w:rsidP="00140DE4">
            <w:pPr>
              <w:spacing w:before="60" w:after="60" w:line="360" w:lineRule="exact"/>
              <w:jc w:val="center"/>
              <w:rPr>
                <w:rFonts w:cs="Times New Roman"/>
                <w:sz w:val="28"/>
                <w:szCs w:val="28"/>
              </w:rPr>
            </w:pPr>
          </w:p>
        </w:tc>
        <w:tc>
          <w:tcPr>
            <w:tcW w:w="1858" w:type="dxa"/>
            <w:tcBorders>
              <w:top w:val="single" w:sz="6" w:space="0" w:color="000000"/>
              <w:left w:val="single" w:sz="6" w:space="0" w:color="000000"/>
              <w:bottom w:val="single" w:sz="6" w:space="0" w:color="000000"/>
              <w:right w:val="single" w:sz="6" w:space="0" w:color="000000"/>
            </w:tcBorders>
            <w:vAlign w:val="center"/>
          </w:tcPr>
          <w:p w14:paraId="0F9F896E" w14:textId="197B0CAD"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52</w:t>
            </w:r>
          </w:p>
        </w:tc>
      </w:tr>
      <w:tr w:rsidR="009B3F57" w:rsidRPr="009C3767" w14:paraId="36D532B4"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hideMark/>
          </w:tcPr>
          <w:p w14:paraId="4ABDC46A" w14:textId="77777777" w:rsidR="009B3F57" w:rsidRPr="009C3767" w:rsidRDefault="009B3F57" w:rsidP="00140DE4">
            <w:pPr>
              <w:spacing w:before="60" w:after="60" w:line="360" w:lineRule="exact"/>
              <w:rPr>
                <w:rFonts w:cs="Times New Roman"/>
                <w:bCs/>
                <w:sz w:val="28"/>
                <w:szCs w:val="28"/>
              </w:rPr>
            </w:pPr>
            <w:r w:rsidRPr="009C3767">
              <w:rPr>
                <w:rFonts w:cs="Times New Roman"/>
                <w:bCs/>
                <w:sz w:val="28"/>
                <w:szCs w:val="28"/>
              </w:rPr>
              <w:t>Nhà văn hóa/điểm sinh hoạt cộng đồng</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6D2501E1" w14:textId="300AFDC6"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1</w:t>
            </w:r>
          </w:p>
        </w:tc>
        <w:tc>
          <w:tcPr>
            <w:tcW w:w="1560" w:type="dxa"/>
            <w:tcBorders>
              <w:top w:val="single" w:sz="6" w:space="0" w:color="000000"/>
              <w:left w:val="single" w:sz="6" w:space="0" w:color="000000"/>
              <w:bottom w:val="single" w:sz="6" w:space="0" w:color="000000"/>
              <w:right w:val="single" w:sz="6" w:space="0" w:color="000000"/>
            </w:tcBorders>
            <w:vAlign w:val="center"/>
            <w:hideMark/>
          </w:tcPr>
          <w:p w14:paraId="3FC5F9BE" w14:textId="62094A22"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0</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90AC22B" w14:textId="27CDD251"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1</w:t>
            </w:r>
          </w:p>
        </w:tc>
        <w:tc>
          <w:tcPr>
            <w:tcW w:w="1858" w:type="dxa"/>
            <w:tcBorders>
              <w:top w:val="single" w:sz="6" w:space="0" w:color="000000"/>
              <w:left w:val="single" w:sz="6" w:space="0" w:color="000000"/>
              <w:bottom w:val="single" w:sz="6" w:space="0" w:color="000000"/>
              <w:right w:val="single" w:sz="6" w:space="0" w:color="000000"/>
            </w:tcBorders>
            <w:vAlign w:val="center"/>
            <w:hideMark/>
          </w:tcPr>
          <w:p w14:paraId="1CC7C4CA" w14:textId="1E0E44B9"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1</w:t>
            </w:r>
          </w:p>
        </w:tc>
      </w:tr>
      <w:tr w:rsidR="009B3F57" w:rsidRPr="009C3767" w14:paraId="59B5B5C7" w14:textId="77777777" w:rsidTr="005A50EA">
        <w:trPr>
          <w:jc w:val="center"/>
        </w:trPr>
        <w:tc>
          <w:tcPr>
            <w:tcW w:w="3085" w:type="dxa"/>
            <w:tcBorders>
              <w:top w:val="single" w:sz="6" w:space="0" w:color="000000"/>
              <w:left w:val="single" w:sz="6" w:space="0" w:color="000000"/>
              <w:bottom w:val="single" w:sz="6" w:space="0" w:color="000000"/>
              <w:right w:val="single" w:sz="6" w:space="0" w:color="000000"/>
            </w:tcBorders>
            <w:vAlign w:val="center"/>
            <w:hideMark/>
          </w:tcPr>
          <w:p w14:paraId="2C06FB82" w14:textId="77777777" w:rsidR="009B3F57" w:rsidRPr="009C3767" w:rsidRDefault="009B3F57" w:rsidP="00140DE4">
            <w:pPr>
              <w:spacing w:before="60" w:after="60" w:line="360" w:lineRule="exact"/>
              <w:rPr>
                <w:rFonts w:cs="Times New Roman"/>
                <w:bCs/>
                <w:sz w:val="28"/>
                <w:szCs w:val="28"/>
              </w:rPr>
            </w:pPr>
            <w:r w:rsidRPr="009C3767">
              <w:rPr>
                <w:rFonts w:cs="Times New Roman"/>
                <w:bCs/>
                <w:sz w:val="28"/>
                <w:szCs w:val="28"/>
              </w:rPr>
              <w:t>Người hoạt động không chuyên trách</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22EB7515" w14:textId="77777777"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03</w:t>
            </w:r>
          </w:p>
        </w:tc>
        <w:tc>
          <w:tcPr>
            <w:tcW w:w="1560" w:type="dxa"/>
            <w:tcBorders>
              <w:top w:val="single" w:sz="6" w:space="0" w:color="000000"/>
              <w:left w:val="single" w:sz="6" w:space="0" w:color="000000"/>
              <w:bottom w:val="single" w:sz="6" w:space="0" w:color="000000"/>
              <w:right w:val="single" w:sz="6" w:space="0" w:color="000000"/>
            </w:tcBorders>
            <w:vAlign w:val="center"/>
            <w:hideMark/>
          </w:tcPr>
          <w:p w14:paraId="3DF76BB7" w14:textId="77777777"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03</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57EC1116" w14:textId="77777777"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02</w:t>
            </w:r>
          </w:p>
        </w:tc>
        <w:tc>
          <w:tcPr>
            <w:tcW w:w="1858" w:type="dxa"/>
            <w:tcBorders>
              <w:top w:val="single" w:sz="6" w:space="0" w:color="000000"/>
              <w:left w:val="single" w:sz="6" w:space="0" w:color="000000"/>
              <w:bottom w:val="single" w:sz="6" w:space="0" w:color="000000"/>
              <w:right w:val="single" w:sz="6" w:space="0" w:color="000000"/>
            </w:tcBorders>
            <w:vAlign w:val="center"/>
            <w:hideMark/>
          </w:tcPr>
          <w:p w14:paraId="16586F62" w14:textId="03E78B1B" w:rsidR="009B3F57" w:rsidRPr="009C3767" w:rsidRDefault="009B3F57" w:rsidP="00140DE4">
            <w:pPr>
              <w:spacing w:before="60" w:after="60" w:line="360" w:lineRule="exact"/>
              <w:jc w:val="center"/>
              <w:rPr>
                <w:rFonts w:cs="Times New Roman"/>
                <w:sz w:val="28"/>
                <w:szCs w:val="28"/>
              </w:rPr>
            </w:pPr>
            <w:r w:rsidRPr="009C3767">
              <w:rPr>
                <w:rFonts w:cs="Times New Roman"/>
                <w:sz w:val="28"/>
                <w:szCs w:val="28"/>
              </w:rPr>
              <w:t xml:space="preserve">05 </w:t>
            </w:r>
          </w:p>
        </w:tc>
      </w:tr>
    </w:tbl>
    <w:p w14:paraId="2A0C9CBF" w14:textId="77777777" w:rsidR="00102E8F" w:rsidRPr="009C3767" w:rsidRDefault="00723C88" w:rsidP="00140DE4">
      <w:pPr>
        <w:spacing w:before="60" w:after="60" w:line="360" w:lineRule="exact"/>
        <w:ind w:left="709"/>
        <w:rPr>
          <w:rFonts w:cs="Times New Roman"/>
          <w:b/>
          <w:sz w:val="28"/>
          <w:szCs w:val="28"/>
          <w:lang w:val="vi-VN"/>
        </w:rPr>
      </w:pPr>
      <w:r w:rsidRPr="009C3767">
        <w:rPr>
          <w:rFonts w:cs="Times New Roman"/>
          <w:b/>
          <w:sz w:val="28"/>
          <w:szCs w:val="28"/>
        </w:rPr>
        <w:lastRenderedPageBreak/>
        <w:t>3. Phương án chia tách, thành lập mới hoặc điều chỉnh ranh giới</w:t>
      </w:r>
    </w:p>
    <w:p w14:paraId="6C71CBAD" w14:textId="3281800B" w:rsidR="003F1589" w:rsidRPr="009C3767" w:rsidRDefault="003F1589" w:rsidP="00140DE4">
      <w:pPr>
        <w:spacing w:before="60" w:after="60" w:line="360" w:lineRule="exact"/>
        <w:ind w:firstLine="709"/>
        <w:rPr>
          <w:rFonts w:cs="Times New Roman"/>
          <w:sz w:val="28"/>
          <w:szCs w:val="28"/>
        </w:rPr>
      </w:pPr>
      <w:r w:rsidRPr="009C3767">
        <w:rPr>
          <w:rFonts w:cs="Times New Roman"/>
          <w:b/>
          <w:sz w:val="28"/>
          <w:szCs w:val="28"/>
        </w:rPr>
        <w:t>3</w:t>
      </w:r>
      <w:r w:rsidRPr="009C3767">
        <w:rPr>
          <w:rFonts w:cs="Times New Roman"/>
          <w:b/>
          <w:sz w:val="28"/>
          <w:szCs w:val="28"/>
          <w:lang w:val="vi-VN"/>
        </w:rPr>
        <w:t>.1. T</w:t>
      </w:r>
      <w:r w:rsidRPr="009C3767">
        <w:rPr>
          <w:rFonts w:cs="Times New Roman"/>
          <w:b/>
          <w:sz w:val="28"/>
          <w:szCs w:val="28"/>
        </w:rPr>
        <w:t xml:space="preserve">ổ dân phố </w:t>
      </w:r>
      <w:r w:rsidR="005A50EA" w:rsidRPr="009C3767">
        <w:rPr>
          <w:rFonts w:cs="Times New Roman"/>
          <w:b/>
          <w:sz w:val="28"/>
          <w:szCs w:val="28"/>
        </w:rPr>
        <w:t>P</w:t>
      </w:r>
      <w:r w:rsidRPr="009C3767">
        <w:rPr>
          <w:rFonts w:cs="Times New Roman"/>
          <w:b/>
          <w:sz w:val="28"/>
          <w:szCs w:val="28"/>
        </w:rPr>
        <w:t xml:space="preserve">háp </w:t>
      </w:r>
      <w:r w:rsidR="005A50EA" w:rsidRPr="009C3767">
        <w:rPr>
          <w:rFonts w:cs="Times New Roman"/>
          <w:b/>
          <w:sz w:val="28"/>
          <w:szCs w:val="28"/>
        </w:rPr>
        <w:t>V</w:t>
      </w:r>
      <w:r w:rsidRPr="009C3767">
        <w:rPr>
          <w:rFonts w:cs="Times New Roman"/>
          <w:b/>
          <w:sz w:val="28"/>
          <w:szCs w:val="28"/>
        </w:rPr>
        <w:t>ân 5</w:t>
      </w:r>
    </w:p>
    <w:p w14:paraId="21D2267B" w14:textId="5B943EDB" w:rsidR="005A50EA" w:rsidRPr="009C3767" w:rsidRDefault="003F1589" w:rsidP="00140DE4">
      <w:pPr>
        <w:spacing w:before="60" w:after="60" w:line="360" w:lineRule="exact"/>
        <w:ind w:firstLine="709"/>
        <w:jc w:val="both"/>
        <w:rPr>
          <w:rFonts w:cs="Times New Roman"/>
          <w:sz w:val="28"/>
          <w:szCs w:val="28"/>
          <w:lang w:val="vi-VN"/>
        </w:rPr>
      </w:pPr>
      <w:r w:rsidRPr="009C3767">
        <w:rPr>
          <w:rFonts w:cs="Times New Roman"/>
          <w:sz w:val="28"/>
          <w:szCs w:val="28"/>
        </w:rPr>
        <w:t>Tổ dân phố Pháp Vân 5 được thành lập mới trên cơ sở tách khu Rose Town từ Tổ dân phố số 7A. Đây là khu chung cư, khu nhà vườn có quy mô dân cư tập trung, số hộ lớn, có đặc điểm quản lý riêng về cư trú, an ninh trật tự, phòng cháy chữa cháy, vệ sinh môi trường, quản lý tòa nhà và tổ chức sinh hoạt cộng đồng. Việc thành lập tổ dân phố độc lập đối với khu Rose Town là phù hợp với thực tiễn quản lý dân cư tại khu chung cư, khu đô thị; đồng thời bảo đảm quy mô số hộ theo tiêu chuẩn tổ dân phố.</w:t>
      </w:r>
      <w:r w:rsidRPr="009C3767">
        <w:rPr>
          <w:rFonts w:cs="Times New Roman"/>
          <w:sz w:val="28"/>
          <w:szCs w:val="28"/>
          <w:lang w:val="vi-VN"/>
        </w:rPr>
        <w:t xml:space="preserve"> </w:t>
      </w:r>
      <w:r w:rsidRPr="009C3767">
        <w:rPr>
          <w:rFonts w:cs="Times New Roman"/>
          <w:sz w:val="28"/>
          <w:szCs w:val="28"/>
        </w:rPr>
        <w:t xml:space="preserve">Sau khi thành lập, Tổ dân phố Pháp Vân 5 có 1.215 hộ, 3.201 nhân khẩu, đạt tiêu chuẩn quy mô số hộ đối với tổ dân phố. </w:t>
      </w:r>
    </w:p>
    <w:p w14:paraId="5CC07EA8" w14:textId="294E7B5C" w:rsidR="003F1589" w:rsidRPr="009C3767" w:rsidRDefault="003F1589" w:rsidP="00140DE4">
      <w:pPr>
        <w:spacing w:before="60" w:after="60" w:line="360" w:lineRule="exact"/>
        <w:ind w:firstLine="709"/>
        <w:jc w:val="both"/>
        <w:rPr>
          <w:rFonts w:ascii="Times New Roman Bold" w:hAnsi="Times New Roman Bold" w:cs="Times New Roman"/>
          <w:b/>
          <w:spacing w:val="-6"/>
          <w:sz w:val="28"/>
          <w:szCs w:val="28"/>
        </w:rPr>
      </w:pPr>
      <w:r w:rsidRPr="009C3767">
        <w:rPr>
          <w:rFonts w:ascii="Times New Roman Bold" w:hAnsi="Times New Roman Bold" w:cs="Times New Roman"/>
          <w:b/>
          <w:spacing w:val="-6"/>
          <w:sz w:val="28"/>
          <w:szCs w:val="28"/>
        </w:rPr>
        <w:t>Hiện trạng khu Rose Town và phương án thành lập Tổ dân phố Pháp Vân 5</w:t>
      </w:r>
    </w:p>
    <w:tbl>
      <w:tblPr>
        <w:tblStyle w:val="TableGrid"/>
        <w:tblW w:w="0" w:type="auto"/>
        <w:jc w:val="center"/>
        <w:tblLook w:val="04A0" w:firstRow="1" w:lastRow="0" w:firstColumn="1" w:lastColumn="0" w:noHBand="0" w:noVBand="1"/>
      </w:tblPr>
      <w:tblGrid>
        <w:gridCol w:w="1573"/>
        <w:gridCol w:w="1312"/>
        <w:gridCol w:w="1378"/>
        <w:gridCol w:w="901"/>
        <w:gridCol w:w="999"/>
        <w:gridCol w:w="870"/>
        <w:gridCol w:w="870"/>
        <w:gridCol w:w="1492"/>
      </w:tblGrid>
      <w:tr w:rsidR="003F1589" w:rsidRPr="009C3767" w14:paraId="01ABAF70" w14:textId="763E105D" w:rsidTr="00140DE4">
        <w:trPr>
          <w:trHeight w:val="294"/>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D7F2A95" w14:textId="2C5C2381" w:rsidR="003F1589" w:rsidRPr="009C3767" w:rsidRDefault="003F1589" w:rsidP="00390438">
            <w:pPr>
              <w:spacing w:line="276" w:lineRule="auto"/>
              <w:jc w:val="center"/>
              <w:rPr>
                <w:rFonts w:cs="Times New Roman"/>
                <w:sz w:val="28"/>
                <w:szCs w:val="28"/>
              </w:rPr>
            </w:pPr>
            <w:r w:rsidRPr="009C3767">
              <w:rPr>
                <w:rFonts w:cs="Times New Roman"/>
                <w:b/>
                <w:sz w:val="28"/>
                <w:szCs w:val="28"/>
              </w:rPr>
              <w:t>Nội dung</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91828E" w14:textId="65CAD0CC" w:rsidR="003F1589" w:rsidRPr="009C3767" w:rsidRDefault="003F1589" w:rsidP="00390438">
            <w:pPr>
              <w:spacing w:line="276" w:lineRule="auto"/>
              <w:jc w:val="center"/>
              <w:rPr>
                <w:rFonts w:cs="Times New Roman"/>
                <w:sz w:val="28"/>
                <w:szCs w:val="28"/>
              </w:rPr>
            </w:pPr>
            <w:r w:rsidRPr="009C3767">
              <w:rPr>
                <w:rFonts w:cs="Times New Roman"/>
                <w:b/>
                <w:sz w:val="28"/>
                <w:szCs w:val="28"/>
              </w:rPr>
              <w:t>Khu Rose Town thuộc TDP số 7A</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34A3A4E" w14:textId="30B90025" w:rsidR="003F1589" w:rsidRPr="009C3767" w:rsidRDefault="003F1589" w:rsidP="00390438">
            <w:pPr>
              <w:spacing w:line="276" w:lineRule="auto"/>
              <w:jc w:val="center"/>
              <w:rPr>
                <w:rFonts w:cs="Times New Roman"/>
                <w:sz w:val="28"/>
                <w:szCs w:val="28"/>
              </w:rPr>
            </w:pPr>
            <w:r w:rsidRPr="009C3767">
              <w:rPr>
                <w:rFonts w:cs="Times New Roman"/>
                <w:b/>
                <w:sz w:val="28"/>
                <w:szCs w:val="28"/>
              </w:rPr>
              <w:t>Sau thành lập mới: Pháp Vân 5</w:t>
            </w:r>
          </w:p>
        </w:tc>
        <w:tc>
          <w:tcPr>
            <w:tcW w:w="901" w:type="dxa"/>
            <w:tcBorders>
              <w:top w:val="single" w:sz="4" w:space="0" w:color="auto"/>
              <w:left w:val="single" w:sz="4" w:space="0" w:color="auto"/>
              <w:bottom w:val="single" w:sz="4" w:space="0" w:color="auto"/>
              <w:right w:val="single" w:sz="4" w:space="0" w:color="auto"/>
            </w:tcBorders>
          </w:tcPr>
          <w:p w14:paraId="7D0B0361" w14:textId="0E23D5AB" w:rsidR="003F1589" w:rsidRPr="009C3767" w:rsidRDefault="003F1589" w:rsidP="00390438">
            <w:pPr>
              <w:spacing w:line="276" w:lineRule="auto"/>
              <w:jc w:val="center"/>
              <w:rPr>
                <w:rFonts w:cs="Times New Roman"/>
                <w:b/>
                <w:bCs/>
                <w:sz w:val="28"/>
                <w:szCs w:val="28"/>
              </w:rPr>
            </w:pPr>
            <w:r w:rsidRPr="009C3767">
              <w:rPr>
                <w:rFonts w:cs="Times New Roman"/>
                <w:b/>
                <w:bCs/>
                <w:sz w:val="28"/>
                <w:szCs w:val="28"/>
              </w:rPr>
              <w:t>Ranh giới phía Đông</w:t>
            </w:r>
          </w:p>
        </w:tc>
        <w:tc>
          <w:tcPr>
            <w:tcW w:w="999" w:type="dxa"/>
            <w:tcBorders>
              <w:top w:val="single" w:sz="4" w:space="0" w:color="auto"/>
              <w:left w:val="single" w:sz="4" w:space="0" w:color="auto"/>
              <w:bottom w:val="single" w:sz="4" w:space="0" w:color="auto"/>
              <w:right w:val="single" w:sz="4" w:space="0" w:color="auto"/>
            </w:tcBorders>
          </w:tcPr>
          <w:p w14:paraId="604F49C0" w14:textId="2450BDA4" w:rsidR="003F1589" w:rsidRPr="009C3767" w:rsidRDefault="003F1589" w:rsidP="00390438">
            <w:pPr>
              <w:spacing w:line="276" w:lineRule="auto"/>
              <w:jc w:val="center"/>
              <w:rPr>
                <w:rFonts w:cs="Times New Roman"/>
                <w:b/>
                <w:bCs/>
                <w:sz w:val="28"/>
                <w:szCs w:val="28"/>
                <w:lang w:val="vi-VN"/>
              </w:rPr>
            </w:pPr>
            <w:r w:rsidRPr="009C3767">
              <w:rPr>
                <w:rFonts w:cs="Times New Roman"/>
                <w:b/>
                <w:bCs/>
                <w:sz w:val="28"/>
                <w:szCs w:val="28"/>
              </w:rPr>
              <w:t>Ranh giới phía Tây</w:t>
            </w:r>
          </w:p>
        </w:tc>
        <w:tc>
          <w:tcPr>
            <w:tcW w:w="870" w:type="dxa"/>
            <w:tcBorders>
              <w:top w:val="single" w:sz="4" w:space="0" w:color="auto"/>
              <w:left w:val="single" w:sz="4" w:space="0" w:color="auto"/>
              <w:bottom w:val="single" w:sz="4" w:space="0" w:color="auto"/>
              <w:right w:val="single" w:sz="4" w:space="0" w:color="auto"/>
            </w:tcBorders>
          </w:tcPr>
          <w:p w14:paraId="415FE3C2" w14:textId="2E06DEF5" w:rsidR="003F1589" w:rsidRPr="009C3767" w:rsidRDefault="003F1589" w:rsidP="00390438">
            <w:pPr>
              <w:spacing w:line="276" w:lineRule="auto"/>
              <w:jc w:val="center"/>
              <w:rPr>
                <w:rFonts w:cs="Times New Roman"/>
                <w:b/>
                <w:bCs/>
                <w:sz w:val="28"/>
                <w:szCs w:val="28"/>
                <w:lang w:val="vi-VN"/>
              </w:rPr>
            </w:pPr>
            <w:r w:rsidRPr="009C3767">
              <w:rPr>
                <w:rFonts w:cs="Times New Roman"/>
                <w:b/>
                <w:bCs/>
                <w:sz w:val="28"/>
                <w:szCs w:val="28"/>
              </w:rPr>
              <w:t>Ranh giới phía Nam</w:t>
            </w:r>
          </w:p>
        </w:tc>
        <w:tc>
          <w:tcPr>
            <w:tcW w:w="870" w:type="dxa"/>
            <w:tcBorders>
              <w:top w:val="single" w:sz="4" w:space="0" w:color="auto"/>
              <w:left w:val="single" w:sz="4" w:space="0" w:color="auto"/>
              <w:bottom w:val="single" w:sz="4" w:space="0" w:color="auto"/>
              <w:right w:val="single" w:sz="4" w:space="0" w:color="auto"/>
            </w:tcBorders>
          </w:tcPr>
          <w:p w14:paraId="31DAA563" w14:textId="46998269" w:rsidR="003F1589" w:rsidRPr="009C3767" w:rsidRDefault="003F1589" w:rsidP="00390438">
            <w:pPr>
              <w:spacing w:line="276" w:lineRule="auto"/>
              <w:jc w:val="center"/>
              <w:rPr>
                <w:rFonts w:cs="Times New Roman"/>
                <w:b/>
                <w:bCs/>
                <w:sz w:val="28"/>
                <w:szCs w:val="28"/>
                <w:lang w:val="vi-VN"/>
              </w:rPr>
            </w:pPr>
            <w:r w:rsidRPr="009C3767">
              <w:rPr>
                <w:rFonts w:cs="Times New Roman"/>
                <w:b/>
                <w:bCs/>
                <w:sz w:val="28"/>
                <w:szCs w:val="28"/>
              </w:rPr>
              <w:t>Ranh giới phía Bắc</w:t>
            </w:r>
          </w:p>
        </w:tc>
        <w:tc>
          <w:tcPr>
            <w:tcW w:w="1492" w:type="dxa"/>
            <w:tcBorders>
              <w:top w:val="single" w:sz="4" w:space="0" w:color="auto"/>
              <w:left w:val="single" w:sz="4" w:space="0" w:color="auto"/>
              <w:bottom w:val="single" w:sz="4" w:space="0" w:color="auto"/>
              <w:right w:val="single" w:sz="4" w:space="0" w:color="auto"/>
            </w:tcBorders>
          </w:tcPr>
          <w:p w14:paraId="4606C6E1" w14:textId="46F1B16D" w:rsidR="003F1589" w:rsidRPr="009C3767" w:rsidRDefault="003F1589" w:rsidP="00390438">
            <w:pPr>
              <w:spacing w:line="276" w:lineRule="auto"/>
              <w:jc w:val="center"/>
              <w:rPr>
                <w:rFonts w:cs="Times New Roman"/>
                <w:b/>
                <w:bCs/>
                <w:sz w:val="28"/>
                <w:szCs w:val="28"/>
                <w:lang w:val="vi-VN"/>
              </w:rPr>
            </w:pPr>
            <w:r w:rsidRPr="009C3767">
              <w:rPr>
                <w:rFonts w:cs="Times New Roman"/>
                <w:b/>
                <w:bCs/>
                <w:sz w:val="28"/>
                <w:szCs w:val="28"/>
              </w:rPr>
              <w:t>Mốc/tuyến nhận diện chính</w:t>
            </w:r>
          </w:p>
        </w:tc>
      </w:tr>
      <w:tr w:rsidR="003F1589" w:rsidRPr="009C3767" w14:paraId="11CB7330" w14:textId="0D0892C3"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BB38B9" w14:textId="1B05F735" w:rsidR="003F1589" w:rsidRPr="009C3767" w:rsidRDefault="003F1589" w:rsidP="00390438">
            <w:pPr>
              <w:spacing w:line="276" w:lineRule="auto"/>
              <w:rPr>
                <w:rFonts w:cs="Times New Roman"/>
                <w:sz w:val="28"/>
                <w:szCs w:val="28"/>
              </w:rPr>
            </w:pPr>
            <w:r w:rsidRPr="009C3767">
              <w:rPr>
                <w:rFonts w:cs="Times New Roman"/>
                <w:sz w:val="28"/>
                <w:szCs w:val="28"/>
              </w:rPr>
              <w:t>Số hộ</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7BD6AA" w14:textId="4EE96A38" w:rsidR="003F1589" w:rsidRPr="009C3767" w:rsidRDefault="003F1589" w:rsidP="00390438">
            <w:pPr>
              <w:spacing w:line="276" w:lineRule="auto"/>
              <w:jc w:val="center"/>
              <w:rPr>
                <w:rFonts w:cs="Times New Roman"/>
                <w:sz w:val="28"/>
                <w:szCs w:val="28"/>
              </w:rPr>
            </w:pPr>
            <w:r w:rsidRPr="009C3767">
              <w:rPr>
                <w:rFonts w:cs="Times New Roman"/>
                <w:sz w:val="28"/>
                <w:szCs w:val="28"/>
              </w:rPr>
              <w:t>1.215</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4E72035" w14:textId="6B9CC87F" w:rsidR="003F1589" w:rsidRPr="009C3767" w:rsidRDefault="003F1589" w:rsidP="00390438">
            <w:pPr>
              <w:spacing w:line="276" w:lineRule="auto"/>
              <w:jc w:val="center"/>
              <w:rPr>
                <w:rFonts w:cs="Times New Roman"/>
                <w:sz w:val="28"/>
                <w:szCs w:val="28"/>
              </w:rPr>
            </w:pPr>
            <w:r w:rsidRPr="009C3767">
              <w:rPr>
                <w:rFonts w:cs="Times New Roman"/>
                <w:sz w:val="28"/>
                <w:szCs w:val="28"/>
              </w:rPr>
              <w:t>1.215</w:t>
            </w:r>
          </w:p>
        </w:tc>
        <w:tc>
          <w:tcPr>
            <w:tcW w:w="901" w:type="dxa"/>
            <w:vMerge w:val="restart"/>
            <w:tcBorders>
              <w:top w:val="single" w:sz="4" w:space="0" w:color="auto"/>
              <w:left w:val="single" w:sz="4" w:space="0" w:color="auto"/>
              <w:right w:val="single" w:sz="4" w:space="0" w:color="auto"/>
            </w:tcBorders>
          </w:tcPr>
          <w:p w14:paraId="18256BCC" w14:textId="5A7DEE9B" w:rsidR="003F1589" w:rsidRPr="009C3767" w:rsidRDefault="003F1589" w:rsidP="00390438">
            <w:pPr>
              <w:spacing w:line="276" w:lineRule="auto"/>
              <w:jc w:val="center"/>
              <w:rPr>
                <w:rFonts w:cs="Times New Roman"/>
                <w:sz w:val="28"/>
                <w:szCs w:val="28"/>
                <w:lang w:val="vi-VN"/>
              </w:rPr>
            </w:pPr>
            <w:r w:rsidRPr="009C3767">
              <w:rPr>
                <w:rFonts w:cs="Times New Roman"/>
                <w:sz w:val="28"/>
                <w:szCs w:val="28"/>
              </w:rPr>
              <w:t>Tòa chung cư Nơ1 đến Nơ4</w:t>
            </w:r>
          </w:p>
        </w:tc>
        <w:tc>
          <w:tcPr>
            <w:tcW w:w="999" w:type="dxa"/>
            <w:vMerge w:val="restart"/>
            <w:tcBorders>
              <w:top w:val="single" w:sz="4" w:space="0" w:color="auto"/>
              <w:left w:val="single" w:sz="4" w:space="0" w:color="auto"/>
              <w:right w:val="single" w:sz="4" w:space="0" w:color="auto"/>
            </w:tcBorders>
          </w:tcPr>
          <w:p w14:paraId="4945D562" w14:textId="7C0A1E4E" w:rsidR="003F1589" w:rsidRPr="009C3767" w:rsidRDefault="003F1589" w:rsidP="00390438">
            <w:pPr>
              <w:spacing w:line="276" w:lineRule="auto"/>
              <w:jc w:val="center"/>
              <w:rPr>
                <w:rFonts w:cs="Times New Roman"/>
                <w:sz w:val="28"/>
                <w:szCs w:val="28"/>
                <w:lang w:val="vi-VN"/>
              </w:rPr>
            </w:pPr>
            <w:r w:rsidRPr="009C3767">
              <w:rPr>
                <w:rFonts w:cs="Times New Roman"/>
                <w:sz w:val="28"/>
                <w:szCs w:val="28"/>
              </w:rPr>
              <w:t>Đường Ngọc Hồi</w:t>
            </w:r>
          </w:p>
        </w:tc>
        <w:tc>
          <w:tcPr>
            <w:tcW w:w="870" w:type="dxa"/>
            <w:vMerge w:val="restart"/>
            <w:tcBorders>
              <w:top w:val="single" w:sz="4" w:space="0" w:color="auto"/>
              <w:left w:val="single" w:sz="4" w:space="0" w:color="auto"/>
              <w:right w:val="single" w:sz="4" w:space="0" w:color="auto"/>
            </w:tcBorders>
          </w:tcPr>
          <w:p w14:paraId="2EF9A390" w14:textId="7C433FE9" w:rsidR="003F1589" w:rsidRPr="009C3767" w:rsidRDefault="003F1589" w:rsidP="00390438">
            <w:pPr>
              <w:spacing w:line="276" w:lineRule="auto"/>
              <w:jc w:val="center"/>
              <w:rPr>
                <w:rFonts w:cs="Times New Roman"/>
                <w:sz w:val="28"/>
                <w:szCs w:val="28"/>
                <w:lang w:val="vi-VN"/>
              </w:rPr>
            </w:pPr>
            <w:r w:rsidRPr="009C3767">
              <w:rPr>
                <w:rFonts w:cs="Times New Roman"/>
                <w:sz w:val="28"/>
                <w:szCs w:val="28"/>
              </w:rPr>
              <w:t>Công ty ABB</w:t>
            </w:r>
          </w:p>
        </w:tc>
        <w:tc>
          <w:tcPr>
            <w:tcW w:w="870" w:type="dxa"/>
            <w:vMerge w:val="restart"/>
            <w:tcBorders>
              <w:top w:val="single" w:sz="4" w:space="0" w:color="auto"/>
              <w:left w:val="single" w:sz="4" w:space="0" w:color="auto"/>
              <w:right w:val="single" w:sz="4" w:space="0" w:color="auto"/>
            </w:tcBorders>
          </w:tcPr>
          <w:p w14:paraId="3786607D" w14:textId="50375624" w:rsidR="003F1589" w:rsidRPr="009C3767" w:rsidRDefault="003F1589" w:rsidP="00390438">
            <w:pPr>
              <w:spacing w:line="276" w:lineRule="auto"/>
              <w:jc w:val="center"/>
              <w:rPr>
                <w:rFonts w:cs="Times New Roman"/>
                <w:sz w:val="28"/>
                <w:szCs w:val="28"/>
                <w:lang w:val="vi-VN"/>
              </w:rPr>
            </w:pPr>
            <w:r w:rsidRPr="009C3767">
              <w:rPr>
                <w:rFonts w:cs="Times New Roman"/>
                <w:sz w:val="28"/>
                <w:szCs w:val="28"/>
              </w:rPr>
              <w:t>Khu tập thể Bao Bì</w:t>
            </w:r>
          </w:p>
        </w:tc>
        <w:tc>
          <w:tcPr>
            <w:tcW w:w="1492" w:type="dxa"/>
            <w:vMerge w:val="restart"/>
            <w:tcBorders>
              <w:top w:val="single" w:sz="4" w:space="0" w:color="auto"/>
              <w:left w:val="single" w:sz="4" w:space="0" w:color="auto"/>
              <w:right w:val="single" w:sz="4" w:space="0" w:color="auto"/>
            </w:tcBorders>
          </w:tcPr>
          <w:p w14:paraId="1CF30155" w14:textId="106CCCAD" w:rsidR="003F1589" w:rsidRPr="009C3767" w:rsidRDefault="003F1589" w:rsidP="00390438">
            <w:pPr>
              <w:spacing w:line="276" w:lineRule="auto"/>
              <w:jc w:val="center"/>
              <w:rPr>
                <w:rFonts w:cs="Times New Roman"/>
                <w:sz w:val="28"/>
                <w:szCs w:val="28"/>
                <w:lang w:val="vi-VN"/>
              </w:rPr>
            </w:pPr>
            <w:r w:rsidRPr="009C3767">
              <w:rPr>
                <w:rFonts w:cs="Times New Roman"/>
                <w:sz w:val="28"/>
                <w:szCs w:val="28"/>
              </w:rPr>
              <w:t>Gồm các tòa chung cư và khu nhà vườn thuộc Dự án Rose Town</w:t>
            </w:r>
          </w:p>
        </w:tc>
      </w:tr>
      <w:tr w:rsidR="003F1589" w:rsidRPr="009C3767" w14:paraId="084F9892" w14:textId="3186E017"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75FAC9" w14:textId="77777777" w:rsidR="003F1589" w:rsidRPr="009C3767" w:rsidRDefault="003F1589" w:rsidP="00390438">
            <w:pPr>
              <w:spacing w:line="276" w:lineRule="auto"/>
              <w:rPr>
                <w:rFonts w:cs="Times New Roman"/>
                <w:sz w:val="28"/>
                <w:szCs w:val="28"/>
              </w:rPr>
            </w:pPr>
            <w:r w:rsidRPr="009C3767">
              <w:rPr>
                <w:rFonts w:cs="Times New Roman"/>
                <w:sz w:val="28"/>
                <w:szCs w:val="28"/>
              </w:rPr>
              <w:t>Dân số/nhân khẩu</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2B31B" w14:textId="77777777" w:rsidR="003F1589" w:rsidRPr="009C3767" w:rsidRDefault="003F1589" w:rsidP="00390438">
            <w:pPr>
              <w:spacing w:line="276" w:lineRule="auto"/>
              <w:jc w:val="center"/>
              <w:rPr>
                <w:rFonts w:cs="Times New Roman"/>
                <w:sz w:val="28"/>
                <w:szCs w:val="28"/>
              </w:rPr>
            </w:pPr>
            <w:r w:rsidRPr="009C3767">
              <w:rPr>
                <w:rFonts w:cs="Times New Roman"/>
                <w:sz w:val="28"/>
                <w:szCs w:val="28"/>
              </w:rPr>
              <w:t>3.201</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3E0B99" w14:textId="77777777" w:rsidR="003F1589" w:rsidRPr="009C3767" w:rsidRDefault="003F1589" w:rsidP="00390438">
            <w:pPr>
              <w:spacing w:line="276" w:lineRule="auto"/>
              <w:jc w:val="center"/>
              <w:rPr>
                <w:rFonts w:cs="Times New Roman"/>
                <w:sz w:val="28"/>
                <w:szCs w:val="28"/>
              </w:rPr>
            </w:pPr>
            <w:r w:rsidRPr="009C3767">
              <w:rPr>
                <w:rFonts w:cs="Times New Roman"/>
                <w:sz w:val="28"/>
                <w:szCs w:val="28"/>
              </w:rPr>
              <w:t>3.201</w:t>
            </w:r>
          </w:p>
        </w:tc>
        <w:tc>
          <w:tcPr>
            <w:tcW w:w="901" w:type="dxa"/>
            <w:vMerge/>
            <w:tcBorders>
              <w:left w:val="single" w:sz="4" w:space="0" w:color="auto"/>
              <w:right w:val="single" w:sz="4" w:space="0" w:color="auto"/>
            </w:tcBorders>
          </w:tcPr>
          <w:p w14:paraId="4F908AA4" w14:textId="77777777" w:rsidR="003F1589" w:rsidRPr="009C3767" w:rsidRDefault="003F1589" w:rsidP="00390438">
            <w:pPr>
              <w:spacing w:line="276" w:lineRule="auto"/>
              <w:ind w:left="709"/>
              <w:rPr>
                <w:rFonts w:cs="Times New Roman"/>
                <w:sz w:val="28"/>
                <w:szCs w:val="28"/>
              </w:rPr>
            </w:pPr>
          </w:p>
        </w:tc>
        <w:tc>
          <w:tcPr>
            <w:tcW w:w="999" w:type="dxa"/>
            <w:vMerge/>
            <w:tcBorders>
              <w:left w:val="single" w:sz="4" w:space="0" w:color="auto"/>
              <w:right w:val="single" w:sz="4" w:space="0" w:color="auto"/>
            </w:tcBorders>
          </w:tcPr>
          <w:p w14:paraId="0C80F79B" w14:textId="77777777" w:rsidR="003F1589" w:rsidRPr="009C3767" w:rsidRDefault="003F1589"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5EAB2190" w14:textId="77777777" w:rsidR="003F1589" w:rsidRPr="009C3767" w:rsidRDefault="003F1589"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12261466" w14:textId="77777777" w:rsidR="003F1589" w:rsidRPr="009C3767" w:rsidRDefault="003F1589" w:rsidP="00390438">
            <w:pPr>
              <w:spacing w:line="276" w:lineRule="auto"/>
              <w:ind w:left="709"/>
              <w:rPr>
                <w:rFonts w:cs="Times New Roman"/>
                <w:sz w:val="28"/>
                <w:szCs w:val="28"/>
              </w:rPr>
            </w:pPr>
          </w:p>
        </w:tc>
        <w:tc>
          <w:tcPr>
            <w:tcW w:w="1492" w:type="dxa"/>
            <w:vMerge/>
            <w:tcBorders>
              <w:left w:val="single" w:sz="4" w:space="0" w:color="auto"/>
              <w:right w:val="single" w:sz="4" w:space="0" w:color="auto"/>
            </w:tcBorders>
          </w:tcPr>
          <w:p w14:paraId="1E4F8D67" w14:textId="77777777" w:rsidR="003F1589" w:rsidRPr="009C3767" w:rsidRDefault="003F1589" w:rsidP="00390438">
            <w:pPr>
              <w:spacing w:line="276" w:lineRule="auto"/>
              <w:ind w:left="709"/>
              <w:rPr>
                <w:rFonts w:cs="Times New Roman"/>
                <w:sz w:val="28"/>
                <w:szCs w:val="28"/>
              </w:rPr>
            </w:pPr>
          </w:p>
        </w:tc>
      </w:tr>
      <w:tr w:rsidR="006B76C3" w:rsidRPr="009C3767" w14:paraId="4D4AC2EA" w14:textId="6CF060FD"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09CBE0D" w14:textId="77777777" w:rsidR="006B76C3" w:rsidRPr="009C3767" w:rsidRDefault="006B76C3" w:rsidP="00390438">
            <w:pPr>
              <w:spacing w:line="276" w:lineRule="auto"/>
              <w:rPr>
                <w:rFonts w:cs="Times New Roman"/>
                <w:spacing w:val="-6"/>
                <w:sz w:val="28"/>
                <w:szCs w:val="28"/>
              </w:rPr>
            </w:pPr>
            <w:r w:rsidRPr="009C3767">
              <w:rPr>
                <w:rFonts w:cs="Times New Roman"/>
                <w:spacing w:val="-6"/>
                <w:sz w:val="28"/>
                <w:szCs w:val="28"/>
              </w:rPr>
              <w:t>Diện tích (km²)</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833EE96" w14:textId="4A15F13F" w:rsidR="006B76C3" w:rsidRPr="009C3767" w:rsidRDefault="006B76C3" w:rsidP="00390438">
            <w:pPr>
              <w:spacing w:line="276" w:lineRule="auto"/>
              <w:jc w:val="center"/>
              <w:rPr>
                <w:rFonts w:cs="Times New Roman"/>
                <w:sz w:val="28"/>
                <w:szCs w:val="28"/>
              </w:rPr>
            </w:pPr>
            <w:r w:rsidRPr="009C3767">
              <w:rPr>
                <w:rFonts w:cs="Times New Roman"/>
                <w:sz w:val="28"/>
                <w:szCs w:val="28"/>
              </w:rPr>
              <w:t>0.04</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0B54BFB2" w14:textId="70C350F4" w:rsidR="006B76C3" w:rsidRPr="009C3767" w:rsidRDefault="006B76C3" w:rsidP="00390438">
            <w:pPr>
              <w:spacing w:line="276" w:lineRule="auto"/>
              <w:jc w:val="center"/>
              <w:rPr>
                <w:rFonts w:cs="Times New Roman"/>
                <w:sz w:val="28"/>
                <w:szCs w:val="28"/>
              </w:rPr>
            </w:pPr>
            <w:r w:rsidRPr="009C3767">
              <w:rPr>
                <w:rFonts w:cs="Times New Roman"/>
                <w:sz w:val="28"/>
                <w:szCs w:val="28"/>
              </w:rPr>
              <w:t>0.04</w:t>
            </w:r>
          </w:p>
        </w:tc>
        <w:tc>
          <w:tcPr>
            <w:tcW w:w="901" w:type="dxa"/>
            <w:vMerge/>
            <w:tcBorders>
              <w:left w:val="single" w:sz="4" w:space="0" w:color="auto"/>
              <w:right w:val="single" w:sz="4" w:space="0" w:color="auto"/>
            </w:tcBorders>
          </w:tcPr>
          <w:p w14:paraId="287BA1FA" w14:textId="77777777" w:rsidR="006B76C3" w:rsidRPr="009C3767" w:rsidRDefault="006B76C3" w:rsidP="00390438">
            <w:pPr>
              <w:spacing w:line="276" w:lineRule="auto"/>
              <w:ind w:left="709"/>
              <w:rPr>
                <w:rFonts w:cs="Times New Roman"/>
                <w:sz w:val="28"/>
                <w:szCs w:val="28"/>
              </w:rPr>
            </w:pPr>
          </w:p>
        </w:tc>
        <w:tc>
          <w:tcPr>
            <w:tcW w:w="999" w:type="dxa"/>
            <w:vMerge/>
            <w:tcBorders>
              <w:left w:val="single" w:sz="4" w:space="0" w:color="auto"/>
              <w:right w:val="single" w:sz="4" w:space="0" w:color="auto"/>
            </w:tcBorders>
          </w:tcPr>
          <w:p w14:paraId="1B93093F" w14:textId="77777777" w:rsidR="006B76C3" w:rsidRPr="009C3767" w:rsidRDefault="006B76C3"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60EFA2D1" w14:textId="77777777" w:rsidR="006B76C3" w:rsidRPr="009C3767" w:rsidRDefault="006B76C3"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6854256D" w14:textId="77777777" w:rsidR="006B76C3" w:rsidRPr="009C3767" w:rsidRDefault="006B76C3" w:rsidP="00390438">
            <w:pPr>
              <w:spacing w:line="276" w:lineRule="auto"/>
              <w:ind w:left="709"/>
              <w:rPr>
                <w:rFonts w:cs="Times New Roman"/>
                <w:sz w:val="28"/>
                <w:szCs w:val="28"/>
              </w:rPr>
            </w:pPr>
          </w:p>
        </w:tc>
        <w:tc>
          <w:tcPr>
            <w:tcW w:w="1492" w:type="dxa"/>
            <w:vMerge/>
            <w:tcBorders>
              <w:left w:val="single" w:sz="4" w:space="0" w:color="auto"/>
              <w:right w:val="single" w:sz="4" w:space="0" w:color="auto"/>
            </w:tcBorders>
          </w:tcPr>
          <w:p w14:paraId="5CC5A911" w14:textId="77777777" w:rsidR="006B76C3" w:rsidRPr="009C3767" w:rsidRDefault="006B76C3" w:rsidP="00390438">
            <w:pPr>
              <w:spacing w:line="276" w:lineRule="auto"/>
              <w:ind w:left="709"/>
              <w:rPr>
                <w:rFonts w:cs="Times New Roman"/>
                <w:sz w:val="28"/>
                <w:szCs w:val="28"/>
              </w:rPr>
            </w:pPr>
          </w:p>
        </w:tc>
      </w:tr>
      <w:tr w:rsidR="003F1589" w:rsidRPr="009C3767" w14:paraId="117E94FC" w14:textId="25F3E564"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8246E23" w14:textId="77777777" w:rsidR="003F1589" w:rsidRPr="009C3767" w:rsidRDefault="003F1589" w:rsidP="00390438">
            <w:pPr>
              <w:spacing w:line="276" w:lineRule="auto"/>
              <w:rPr>
                <w:rFonts w:cs="Times New Roman"/>
                <w:sz w:val="28"/>
                <w:szCs w:val="28"/>
              </w:rPr>
            </w:pPr>
            <w:r w:rsidRPr="009C3767">
              <w:rPr>
                <w:rFonts w:cs="Times New Roman"/>
                <w:sz w:val="28"/>
                <w:szCs w:val="28"/>
              </w:rPr>
              <w:t>Số đảng viên</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8A21A78" w14:textId="5D5E78A9" w:rsidR="003F1589" w:rsidRPr="009C3767" w:rsidRDefault="005A50EA" w:rsidP="00390438">
            <w:pPr>
              <w:spacing w:line="276" w:lineRule="auto"/>
              <w:jc w:val="center"/>
              <w:rPr>
                <w:rFonts w:cs="Times New Roman"/>
                <w:sz w:val="28"/>
                <w:szCs w:val="28"/>
              </w:rPr>
            </w:pPr>
            <w:r w:rsidRPr="009C3767">
              <w:rPr>
                <w:rFonts w:cs="Times New Roman"/>
                <w:sz w:val="28"/>
                <w:szCs w:val="28"/>
              </w:rPr>
              <w:t>2</w:t>
            </w:r>
            <w:r w:rsidR="003462BD" w:rsidRPr="009C3767">
              <w:rPr>
                <w:rFonts w:cs="Times New Roman"/>
                <w:sz w:val="28"/>
                <w:szCs w:val="28"/>
              </w:rPr>
              <w:t>3</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DDE3AB2" w14:textId="394F35FE" w:rsidR="003F1589" w:rsidRPr="009C3767" w:rsidRDefault="005A50EA" w:rsidP="00390438">
            <w:pPr>
              <w:spacing w:line="276" w:lineRule="auto"/>
              <w:jc w:val="center"/>
              <w:rPr>
                <w:rFonts w:cs="Times New Roman"/>
                <w:sz w:val="28"/>
                <w:szCs w:val="28"/>
              </w:rPr>
            </w:pPr>
            <w:r w:rsidRPr="009C3767">
              <w:rPr>
                <w:rFonts w:cs="Times New Roman"/>
                <w:sz w:val="28"/>
                <w:szCs w:val="28"/>
              </w:rPr>
              <w:t>2</w:t>
            </w:r>
            <w:r w:rsidR="003462BD" w:rsidRPr="009C3767">
              <w:rPr>
                <w:rFonts w:cs="Times New Roman"/>
                <w:sz w:val="28"/>
                <w:szCs w:val="28"/>
              </w:rPr>
              <w:t>3</w:t>
            </w:r>
          </w:p>
        </w:tc>
        <w:tc>
          <w:tcPr>
            <w:tcW w:w="901" w:type="dxa"/>
            <w:vMerge/>
            <w:tcBorders>
              <w:left w:val="single" w:sz="4" w:space="0" w:color="auto"/>
              <w:right w:val="single" w:sz="4" w:space="0" w:color="auto"/>
            </w:tcBorders>
          </w:tcPr>
          <w:p w14:paraId="220220A8" w14:textId="77777777" w:rsidR="003F1589" w:rsidRPr="009C3767" w:rsidRDefault="003F1589" w:rsidP="00390438">
            <w:pPr>
              <w:spacing w:line="276" w:lineRule="auto"/>
              <w:ind w:left="709"/>
              <w:rPr>
                <w:rFonts w:cs="Times New Roman"/>
                <w:sz w:val="28"/>
                <w:szCs w:val="28"/>
                <w:highlight w:val="yellow"/>
              </w:rPr>
            </w:pPr>
          </w:p>
        </w:tc>
        <w:tc>
          <w:tcPr>
            <w:tcW w:w="999" w:type="dxa"/>
            <w:vMerge/>
            <w:tcBorders>
              <w:left w:val="single" w:sz="4" w:space="0" w:color="auto"/>
              <w:right w:val="single" w:sz="4" w:space="0" w:color="auto"/>
            </w:tcBorders>
          </w:tcPr>
          <w:p w14:paraId="2AD37593" w14:textId="77777777" w:rsidR="003F1589" w:rsidRPr="009C3767" w:rsidRDefault="003F1589" w:rsidP="00390438">
            <w:pPr>
              <w:spacing w:line="276" w:lineRule="auto"/>
              <w:ind w:left="709"/>
              <w:rPr>
                <w:rFonts w:cs="Times New Roman"/>
                <w:sz w:val="28"/>
                <w:szCs w:val="28"/>
                <w:highlight w:val="yellow"/>
              </w:rPr>
            </w:pPr>
          </w:p>
        </w:tc>
        <w:tc>
          <w:tcPr>
            <w:tcW w:w="870" w:type="dxa"/>
            <w:vMerge/>
            <w:tcBorders>
              <w:left w:val="single" w:sz="4" w:space="0" w:color="auto"/>
              <w:right w:val="single" w:sz="4" w:space="0" w:color="auto"/>
            </w:tcBorders>
          </w:tcPr>
          <w:p w14:paraId="6FADE6F9" w14:textId="77777777" w:rsidR="003F1589" w:rsidRPr="009C3767" w:rsidRDefault="003F1589" w:rsidP="00390438">
            <w:pPr>
              <w:spacing w:line="276" w:lineRule="auto"/>
              <w:ind w:left="709"/>
              <w:rPr>
                <w:rFonts w:cs="Times New Roman"/>
                <w:sz w:val="28"/>
                <w:szCs w:val="28"/>
                <w:highlight w:val="yellow"/>
              </w:rPr>
            </w:pPr>
          </w:p>
        </w:tc>
        <w:tc>
          <w:tcPr>
            <w:tcW w:w="870" w:type="dxa"/>
            <w:vMerge/>
            <w:tcBorders>
              <w:left w:val="single" w:sz="4" w:space="0" w:color="auto"/>
              <w:right w:val="single" w:sz="4" w:space="0" w:color="auto"/>
            </w:tcBorders>
          </w:tcPr>
          <w:p w14:paraId="6E7855D5" w14:textId="77777777" w:rsidR="003F1589" w:rsidRPr="009C3767" w:rsidRDefault="003F1589" w:rsidP="00390438">
            <w:pPr>
              <w:spacing w:line="276" w:lineRule="auto"/>
              <w:ind w:left="709"/>
              <w:rPr>
                <w:rFonts w:cs="Times New Roman"/>
                <w:sz w:val="28"/>
                <w:szCs w:val="28"/>
                <w:highlight w:val="yellow"/>
              </w:rPr>
            </w:pPr>
          </w:p>
        </w:tc>
        <w:tc>
          <w:tcPr>
            <w:tcW w:w="1492" w:type="dxa"/>
            <w:vMerge/>
            <w:tcBorders>
              <w:left w:val="single" w:sz="4" w:space="0" w:color="auto"/>
              <w:right w:val="single" w:sz="4" w:space="0" w:color="auto"/>
            </w:tcBorders>
          </w:tcPr>
          <w:p w14:paraId="18B3FC9B" w14:textId="77777777" w:rsidR="003F1589" w:rsidRPr="009C3767" w:rsidRDefault="003F1589" w:rsidP="00390438">
            <w:pPr>
              <w:spacing w:line="276" w:lineRule="auto"/>
              <w:ind w:left="709"/>
              <w:rPr>
                <w:rFonts w:cs="Times New Roman"/>
                <w:sz w:val="28"/>
                <w:szCs w:val="28"/>
                <w:highlight w:val="yellow"/>
              </w:rPr>
            </w:pPr>
          </w:p>
        </w:tc>
      </w:tr>
      <w:tr w:rsidR="006B76C3" w:rsidRPr="009C3767" w14:paraId="09232CAD" w14:textId="4BEE8087"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026449D" w14:textId="77777777" w:rsidR="006B76C3" w:rsidRPr="009C3767" w:rsidRDefault="006B76C3" w:rsidP="00390438">
            <w:pPr>
              <w:spacing w:line="276" w:lineRule="auto"/>
              <w:rPr>
                <w:rFonts w:cs="Times New Roman"/>
                <w:sz w:val="28"/>
                <w:szCs w:val="28"/>
              </w:rPr>
            </w:pPr>
            <w:r w:rsidRPr="009C3767">
              <w:rPr>
                <w:rFonts w:cs="Times New Roman"/>
                <w:sz w:val="28"/>
                <w:szCs w:val="28"/>
              </w:rPr>
              <w:t>Nhà văn hóa/điểm sinh hoạt cộng đồng</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164D" w14:textId="22D4A2F1" w:rsidR="006B76C3" w:rsidRPr="009C3767" w:rsidRDefault="006B76C3" w:rsidP="00390438">
            <w:pPr>
              <w:spacing w:line="276" w:lineRule="auto"/>
              <w:jc w:val="center"/>
              <w:rPr>
                <w:rFonts w:cs="Times New Roman"/>
                <w:sz w:val="28"/>
                <w:szCs w:val="28"/>
              </w:rPr>
            </w:pPr>
            <w:r w:rsidRPr="009C3767">
              <w:rPr>
                <w:rFonts w:cs="Times New Roman"/>
                <w:sz w:val="28"/>
                <w:szCs w:val="28"/>
              </w:rPr>
              <w:t>1</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81B4497" w14:textId="70F4D3D4" w:rsidR="006B76C3" w:rsidRPr="009C3767" w:rsidRDefault="006B76C3" w:rsidP="00390438">
            <w:pPr>
              <w:spacing w:line="276" w:lineRule="auto"/>
              <w:jc w:val="center"/>
              <w:rPr>
                <w:rFonts w:cs="Times New Roman"/>
                <w:sz w:val="28"/>
                <w:szCs w:val="28"/>
              </w:rPr>
            </w:pPr>
            <w:r w:rsidRPr="009C3767">
              <w:rPr>
                <w:rFonts w:cs="Times New Roman"/>
                <w:sz w:val="28"/>
                <w:szCs w:val="28"/>
              </w:rPr>
              <w:t>1</w:t>
            </w:r>
          </w:p>
        </w:tc>
        <w:tc>
          <w:tcPr>
            <w:tcW w:w="901" w:type="dxa"/>
            <w:vMerge/>
            <w:tcBorders>
              <w:left w:val="single" w:sz="4" w:space="0" w:color="auto"/>
              <w:right w:val="single" w:sz="4" w:space="0" w:color="auto"/>
            </w:tcBorders>
          </w:tcPr>
          <w:p w14:paraId="3D3703D9" w14:textId="77777777" w:rsidR="006B76C3" w:rsidRPr="009C3767" w:rsidRDefault="006B76C3" w:rsidP="00390438">
            <w:pPr>
              <w:spacing w:line="276" w:lineRule="auto"/>
              <w:ind w:left="709"/>
              <w:rPr>
                <w:rFonts w:cs="Times New Roman"/>
                <w:sz w:val="28"/>
                <w:szCs w:val="28"/>
              </w:rPr>
            </w:pPr>
          </w:p>
        </w:tc>
        <w:tc>
          <w:tcPr>
            <w:tcW w:w="999" w:type="dxa"/>
            <w:vMerge/>
            <w:tcBorders>
              <w:left w:val="single" w:sz="4" w:space="0" w:color="auto"/>
              <w:right w:val="single" w:sz="4" w:space="0" w:color="auto"/>
            </w:tcBorders>
          </w:tcPr>
          <w:p w14:paraId="29035F10" w14:textId="77777777" w:rsidR="006B76C3" w:rsidRPr="009C3767" w:rsidRDefault="006B76C3"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1E99A2AE" w14:textId="77777777" w:rsidR="006B76C3" w:rsidRPr="009C3767" w:rsidRDefault="006B76C3" w:rsidP="00390438">
            <w:pPr>
              <w:spacing w:line="276" w:lineRule="auto"/>
              <w:ind w:left="709"/>
              <w:rPr>
                <w:rFonts w:cs="Times New Roman"/>
                <w:sz w:val="28"/>
                <w:szCs w:val="28"/>
              </w:rPr>
            </w:pPr>
          </w:p>
        </w:tc>
        <w:tc>
          <w:tcPr>
            <w:tcW w:w="870" w:type="dxa"/>
            <w:vMerge/>
            <w:tcBorders>
              <w:left w:val="single" w:sz="4" w:space="0" w:color="auto"/>
              <w:right w:val="single" w:sz="4" w:space="0" w:color="auto"/>
            </w:tcBorders>
          </w:tcPr>
          <w:p w14:paraId="1F25B4D5" w14:textId="77777777" w:rsidR="006B76C3" w:rsidRPr="009C3767" w:rsidRDefault="006B76C3" w:rsidP="00390438">
            <w:pPr>
              <w:spacing w:line="276" w:lineRule="auto"/>
              <w:ind w:left="709"/>
              <w:rPr>
                <w:rFonts w:cs="Times New Roman"/>
                <w:sz w:val="28"/>
                <w:szCs w:val="28"/>
              </w:rPr>
            </w:pPr>
          </w:p>
        </w:tc>
        <w:tc>
          <w:tcPr>
            <w:tcW w:w="1492" w:type="dxa"/>
            <w:vMerge/>
            <w:tcBorders>
              <w:left w:val="single" w:sz="4" w:space="0" w:color="auto"/>
              <w:right w:val="single" w:sz="4" w:space="0" w:color="auto"/>
            </w:tcBorders>
          </w:tcPr>
          <w:p w14:paraId="17C59A0E" w14:textId="77777777" w:rsidR="006B76C3" w:rsidRPr="009C3767" w:rsidRDefault="006B76C3" w:rsidP="00390438">
            <w:pPr>
              <w:spacing w:line="276" w:lineRule="auto"/>
              <w:ind w:left="709"/>
              <w:rPr>
                <w:rFonts w:cs="Times New Roman"/>
                <w:sz w:val="28"/>
                <w:szCs w:val="28"/>
              </w:rPr>
            </w:pPr>
          </w:p>
        </w:tc>
      </w:tr>
      <w:tr w:rsidR="003F1589" w:rsidRPr="009C3767" w14:paraId="6A20550E" w14:textId="12B3CADA" w:rsidTr="00140DE4">
        <w:trPr>
          <w:jc w:val="center"/>
        </w:trPr>
        <w:tc>
          <w:tcPr>
            <w:tcW w:w="1628"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57597D4" w14:textId="77777777" w:rsidR="003F1589" w:rsidRPr="009C3767" w:rsidRDefault="003F1589" w:rsidP="00390438">
            <w:pPr>
              <w:spacing w:line="276" w:lineRule="auto"/>
              <w:rPr>
                <w:rFonts w:cs="Times New Roman"/>
                <w:sz w:val="28"/>
                <w:szCs w:val="28"/>
              </w:rPr>
            </w:pPr>
            <w:r w:rsidRPr="009C3767">
              <w:rPr>
                <w:rFonts w:cs="Times New Roman"/>
                <w:sz w:val="28"/>
                <w:szCs w:val="28"/>
              </w:rPr>
              <w:t>Người hoạt động không chuyên trách</w:t>
            </w:r>
          </w:p>
        </w:tc>
        <w:tc>
          <w:tcPr>
            <w:tcW w:w="138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B4E7596" w14:textId="5F185DBB" w:rsidR="003F1589" w:rsidRPr="009C3767" w:rsidRDefault="00DF42C5" w:rsidP="00390438">
            <w:pPr>
              <w:spacing w:line="276" w:lineRule="auto"/>
              <w:jc w:val="center"/>
              <w:rPr>
                <w:rFonts w:cs="Times New Roman"/>
                <w:sz w:val="28"/>
                <w:szCs w:val="28"/>
              </w:rPr>
            </w:pPr>
            <w:r w:rsidRPr="009C3767">
              <w:rPr>
                <w:rFonts w:cs="Times New Roman"/>
                <w:sz w:val="28"/>
                <w:szCs w:val="28"/>
              </w:rPr>
              <w:t>0</w:t>
            </w:r>
          </w:p>
        </w:tc>
        <w:tc>
          <w:tcPr>
            <w:tcW w:w="145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C01BF99" w14:textId="6FFC166B" w:rsidR="003F1589" w:rsidRPr="009C3767" w:rsidRDefault="003F1589" w:rsidP="00390438">
            <w:pPr>
              <w:spacing w:line="276" w:lineRule="auto"/>
              <w:jc w:val="center"/>
              <w:rPr>
                <w:rFonts w:cs="Times New Roman"/>
                <w:sz w:val="28"/>
                <w:szCs w:val="28"/>
              </w:rPr>
            </w:pPr>
            <w:r w:rsidRPr="009C3767">
              <w:rPr>
                <w:rFonts w:cs="Times New Roman"/>
                <w:sz w:val="28"/>
                <w:szCs w:val="28"/>
              </w:rPr>
              <w:t xml:space="preserve">5 </w:t>
            </w:r>
          </w:p>
        </w:tc>
        <w:tc>
          <w:tcPr>
            <w:tcW w:w="901" w:type="dxa"/>
            <w:vMerge/>
            <w:tcBorders>
              <w:left w:val="single" w:sz="4" w:space="0" w:color="auto"/>
              <w:bottom w:val="single" w:sz="4" w:space="0" w:color="auto"/>
              <w:right w:val="single" w:sz="4" w:space="0" w:color="auto"/>
            </w:tcBorders>
          </w:tcPr>
          <w:p w14:paraId="1DF03C56" w14:textId="77777777" w:rsidR="003F1589" w:rsidRPr="009C3767" w:rsidRDefault="003F1589" w:rsidP="00390438">
            <w:pPr>
              <w:spacing w:line="276" w:lineRule="auto"/>
              <w:ind w:left="709"/>
              <w:rPr>
                <w:rFonts w:cs="Times New Roman"/>
                <w:sz w:val="28"/>
                <w:szCs w:val="28"/>
              </w:rPr>
            </w:pPr>
          </w:p>
        </w:tc>
        <w:tc>
          <w:tcPr>
            <w:tcW w:w="999" w:type="dxa"/>
            <w:vMerge/>
            <w:tcBorders>
              <w:left w:val="single" w:sz="4" w:space="0" w:color="auto"/>
              <w:bottom w:val="single" w:sz="4" w:space="0" w:color="auto"/>
              <w:right w:val="single" w:sz="4" w:space="0" w:color="auto"/>
            </w:tcBorders>
          </w:tcPr>
          <w:p w14:paraId="447096BD" w14:textId="77777777" w:rsidR="003F1589" w:rsidRPr="009C3767" w:rsidRDefault="003F1589" w:rsidP="00390438">
            <w:pPr>
              <w:spacing w:line="276" w:lineRule="auto"/>
              <w:ind w:left="709"/>
              <w:rPr>
                <w:rFonts w:cs="Times New Roman"/>
                <w:sz w:val="28"/>
                <w:szCs w:val="28"/>
              </w:rPr>
            </w:pPr>
          </w:p>
        </w:tc>
        <w:tc>
          <w:tcPr>
            <w:tcW w:w="870" w:type="dxa"/>
            <w:vMerge/>
            <w:tcBorders>
              <w:left w:val="single" w:sz="4" w:space="0" w:color="auto"/>
              <w:bottom w:val="single" w:sz="4" w:space="0" w:color="auto"/>
              <w:right w:val="single" w:sz="4" w:space="0" w:color="auto"/>
            </w:tcBorders>
          </w:tcPr>
          <w:p w14:paraId="0F02E1C3" w14:textId="77777777" w:rsidR="003F1589" w:rsidRPr="009C3767" w:rsidRDefault="003F1589" w:rsidP="00390438">
            <w:pPr>
              <w:spacing w:line="276" w:lineRule="auto"/>
              <w:ind w:left="709"/>
              <w:rPr>
                <w:rFonts w:cs="Times New Roman"/>
                <w:sz w:val="28"/>
                <w:szCs w:val="28"/>
              </w:rPr>
            </w:pPr>
          </w:p>
        </w:tc>
        <w:tc>
          <w:tcPr>
            <w:tcW w:w="870" w:type="dxa"/>
            <w:vMerge/>
            <w:tcBorders>
              <w:left w:val="single" w:sz="4" w:space="0" w:color="auto"/>
              <w:bottom w:val="single" w:sz="4" w:space="0" w:color="auto"/>
              <w:right w:val="single" w:sz="4" w:space="0" w:color="auto"/>
            </w:tcBorders>
          </w:tcPr>
          <w:p w14:paraId="332C9C83" w14:textId="77777777" w:rsidR="003F1589" w:rsidRPr="009C3767" w:rsidRDefault="003F1589" w:rsidP="00390438">
            <w:pPr>
              <w:spacing w:line="276" w:lineRule="auto"/>
              <w:ind w:left="709"/>
              <w:rPr>
                <w:rFonts w:cs="Times New Roman"/>
                <w:sz w:val="28"/>
                <w:szCs w:val="28"/>
              </w:rPr>
            </w:pPr>
          </w:p>
        </w:tc>
        <w:tc>
          <w:tcPr>
            <w:tcW w:w="1492" w:type="dxa"/>
            <w:vMerge/>
            <w:tcBorders>
              <w:left w:val="single" w:sz="4" w:space="0" w:color="auto"/>
              <w:bottom w:val="single" w:sz="4" w:space="0" w:color="auto"/>
              <w:right w:val="single" w:sz="4" w:space="0" w:color="auto"/>
            </w:tcBorders>
          </w:tcPr>
          <w:p w14:paraId="1679D6C7" w14:textId="77777777" w:rsidR="003F1589" w:rsidRPr="009C3767" w:rsidRDefault="003F1589" w:rsidP="00390438">
            <w:pPr>
              <w:spacing w:line="276" w:lineRule="auto"/>
              <w:ind w:left="709"/>
              <w:rPr>
                <w:rFonts w:cs="Times New Roman"/>
                <w:sz w:val="28"/>
                <w:szCs w:val="28"/>
              </w:rPr>
            </w:pPr>
          </w:p>
        </w:tc>
      </w:tr>
    </w:tbl>
    <w:p w14:paraId="678B328F" w14:textId="05B79C84" w:rsidR="003F1589" w:rsidRPr="009C3767" w:rsidRDefault="003F1589" w:rsidP="00140DE4">
      <w:pPr>
        <w:spacing w:before="60" w:after="60" w:line="360" w:lineRule="exact"/>
        <w:ind w:left="709"/>
        <w:rPr>
          <w:rFonts w:cs="Times New Roman"/>
          <w:sz w:val="28"/>
          <w:szCs w:val="28"/>
        </w:rPr>
      </w:pPr>
      <w:r w:rsidRPr="009C3767">
        <w:rPr>
          <w:rFonts w:cs="Times New Roman"/>
          <w:b/>
          <w:sz w:val="28"/>
          <w:szCs w:val="28"/>
        </w:rPr>
        <w:lastRenderedPageBreak/>
        <w:t>3</w:t>
      </w:r>
      <w:r w:rsidRPr="009C3767">
        <w:rPr>
          <w:rFonts w:cs="Times New Roman"/>
          <w:b/>
          <w:sz w:val="28"/>
          <w:szCs w:val="28"/>
          <w:lang w:val="vi-VN"/>
        </w:rPr>
        <w:t xml:space="preserve">.2. </w:t>
      </w:r>
      <w:r w:rsidRPr="009C3767">
        <w:rPr>
          <w:rFonts w:cs="Times New Roman"/>
          <w:b/>
          <w:sz w:val="28"/>
          <w:szCs w:val="28"/>
        </w:rPr>
        <w:t xml:space="preserve">Tổ dân phố </w:t>
      </w:r>
      <w:r w:rsidR="00E73FFA" w:rsidRPr="009C3767">
        <w:rPr>
          <w:rFonts w:cs="Times New Roman"/>
          <w:b/>
          <w:sz w:val="28"/>
          <w:szCs w:val="28"/>
        </w:rPr>
        <w:t>P</w:t>
      </w:r>
      <w:r w:rsidRPr="009C3767">
        <w:rPr>
          <w:rFonts w:cs="Times New Roman"/>
          <w:b/>
          <w:sz w:val="28"/>
          <w:szCs w:val="28"/>
        </w:rPr>
        <w:t xml:space="preserve">háp </w:t>
      </w:r>
      <w:r w:rsidR="00E73FFA" w:rsidRPr="009C3767">
        <w:rPr>
          <w:rFonts w:cs="Times New Roman"/>
          <w:b/>
          <w:sz w:val="28"/>
          <w:szCs w:val="28"/>
        </w:rPr>
        <w:t>V</w:t>
      </w:r>
      <w:r w:rsidRPr="009C3767">
        <w:rPr>
          <w:rFonts w:cs="Times New Roman"/>
          <w:b/>
          <w:sz w:val="28"/>
          <w:szCs w:val="28"/>
        </w:rPr>
        <w:t>ân 6</w:t>
      </w:r>
    </w:p>
    <w:p w14:paraId="59EC2CDE" w14:textId="675B3192" w:rsidR="003F1589" w:rsidRPr="009C3767" w:rsidRDefault="003F1589" w:rsidP="00140DE4">
      <w:pPr>
        <w:spacing w:before="60" w:after="60" w:line="360" w:lineRule="exact"/>
        <w:ind w:firstLine="709"/>
        <w:jc w:val="both"/>
        <w:rPr>
          <w:rFonts w:cs="Times New Roman"/>
          <w:sz w:val="28"/>
          <w:szCs w:val="28"/>
        </w:rPr>
      </w:pPr>
      <w:r w:rsidRPr="009C3767">
        <w:rPr>
          <w:rFonts w:cs="Times New Roman"/>
          <w:sz w:val="28"/>
          <w:szCs w:val="28"/>
        </w:rPr>
        <w:t xml:space="preserve">Tổ dân phố Pháp Vân 6 được thành lập mới trên cơ sở tách khu Chung cư </w:t>
      </w:r>
      <w:r w:rsidR="00E73FFA" w:rsidRPr="009C3767">
        <w:rPr>
          <w:rFonts w:cs="Times New Roman"/>
          <w:sz w:val="28"/>
          <w:szCs w:val="28"/>
        </w:rPr>
        <w:t xml:space="preserve">Green Park </w:t>
      </w:r>
      <w:r w:rsidRPr="009C3767">
        <w:rPr>
          <w:rFonts w:cs="Times New Roman"/>
          <w:sz w:val="28"/>
          <w:szCs w:val="28"/>
        </w:rPr>
        <w:t>Phương Đông từ Tổ dân phố số 7B. Đây là khu dân cư tập trung, có quy mô hộ và nhân khẩu lớn, có yêu cầu quản lý riêng về cư trú, an ninh trật tự, phòng cháy chữa cháy, vệ sinh môi trường, hạ tầng kỹ thuật, hoạt động của ban quản trị/ban quản lý chung cư và sinh hoạt cộng đồng. Việc thành lập tổ dân phố độc lập đối với Chung cư Phương Đông là cần thiết nhằm nâng cao hiệu quả quản lý nhà nước và phát huy vai trò tự quản của cư dân.</w:t>
      </w:r>
      <w:r w:rsidRPr="009C3767">
        <w:rPr>
          <w:rFonts w:cs="Times New Roman"/>
          <w:sz w:val="28"/>
          <w:szCs w:val="28"/>
          <w:lang w:val="vi-VN"/>
        </w:rPr>
        <w:t xml:space="preserve"> </w:t>
      </w:r>
      <w:r w:rsidRPr="009C3767">
        <w:rPr>
          <w:rFonts w:cs="Times New Roman"/>
          <w:sz w:val="28"/>
          <w:szCs w:val="28"/>
        </w:rPr>
        <w:t>Sau khi thành lập, Tổ dân phố Pháp Vân 6 có 1.248 hộ, 4.368 nhân khẩu, đạt tiêu chuẩn quy mô số hộ đối với tổ dân phố. Việc thành lập tổ dân phố này giúp tách rõ khu Chung cư Phương Đông khỏi khu dân cư truyền thống của Tổ dân phố số 7B, bảo đảm địa bàn quản lý tập trung, thuận lợi trong cập nhật dữ liệu dân cư, tổ chức sinh hoạt cộng đồng, tuyên truyền vận động cư dân, xử lý các vấn đề phát sinh về an ninh trật tự, phòng cháy chữa cháy và quản lý hạ tầng chung cư.</w:t>
      </w:r>
    </w:p>
    <w:p w14:paraId="6E961EF0" w14:textId="22A00CA6" w:rsidR="003F1589" w:rsidRPr="009C3767" w:rsidRDefault="003F1589" w:rsidP="0045062A">
      <w:pPr>
        <w:spacing w:before="60" w:after="60"/>
        <w:ind w:firstLine="709"/>
        <w:rPr>
          <w:rFonts w:cs="Times New Roman"/>
          <w:b/>
          <w:i/>
          <w:iCs/>
          <w:sz w:val="28"/>
          <w:szCs w:val="28"/>
        </w:rPr>
      </w:pPr>
      <w:r w:rsidRPr="009C3767">
        <w:rPr>
          <w:rFonts w:cs="Times New Roman"/>
          <w:b/>
          <w:i/>
          <w:iCs/>
          <w:sz w:val="28"/>
          <w:szCs w:val="28"/>
        </w:rPr>
        <w:t>Hiện trạng Chung cư Phương Đông và phương án thành lập Tổ dân phố Pháp Vân 6</w:t>
      </w:r>
    </w:p>
    <w:tbl>
      <w:tblPr>
        <w:tblStyle w:val="TableGrid"/>
        <w:tblW w:w="9766" w:type="dxa"/>
        <w:jc w:val="center"/>
        <w:tblLook w:val="04A0" w:firstRow="1" w:lastRow="0" w:firstColumn="1" w:lastColumn="0" w:noHBand="0" w:noVBand="1"/>
      </w:tblPr>
      <w:tblGrid>
        <w:gridCol w:w="1368"/>
        <w:gridCol w:w="1488"/>
        <w:gridCol w:w="1485"/>
        <w:gridCol w:w="999"/>
        <w:gridCol w:w="999"/>
        <w:gridCol w:w="936"/>
        <w:gridCol w:w="999"/>
        <w:gridCol w:w="1492"/>
      </w:tblGrid>
      <w:tr w:rsidR="003F1589" w:rsidRPr="009C3767" w14:paraId="2BA110C1" w14:textId="2965BA3E"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5F8EB14D" w14:textId="337324C7" w:rsidR="003F1589" w:rsidRPr="009C3767" w:rsidRDefault="003F1589" w:rsidP="00390438">
            <w:pPr>
              <w:jc w:val="center"/>
              <w:rPr>
                <w:rFonts w:cs="Times New Roman"/>
                <w:sz w:val="28"/>
                <w:szCs w:val="28"/>
              </w:rPr>
            </w:pPr>
            <w:r w:rsidRPr="009C3767">
              <w:rPr>
                <w:rFonts w:cs="Times New Roman"/>
                <w:b/>
                <w:sz w:val="28"/>
                <w:szCs w:val="28"/>
              </w:rPr>
              <w:t>Nội dung</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0034B5E9" w14:textId="6356A65B" w:rsidR="003F1589" w:rsidRPr="009C3767" w:rsidRDefault="003F1589" w:rsidP="00390438">
            <w:pPr>
              <w:jc w:val="center"/>
              <w:rPr>
                <w:rFonts w:cs="Times New Roman"/>
                <w:sz w:val="28"/>
                <w:szCs w:val="28"/>
              </w:rPr>
            </w:pPr>
            <w:r w:rsidRPr="009C3767">
              <w:rPr>
                <w:rFonts w:cs="Times New Roman"/>
                <w:b/>
                <w:sz w:val="28"/>
                <w:szCs w:val="28"/>
              </w:rPr>
              <w:t>Chung cư Phương Đông thuộc TDP số 7B</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01336472" w14:textId="0E38D684" w:rsidR="003F1589" w:rsidRPr="009C3767" w:rsidRDefault="003F1589" w:rsidP="00390438">
            <w:pPr>
              <w:jc w:val="center"/>
              <w:rPr>
                <w:rFonts w:cs="Times New Roman"/>
                <w:sz w:val="28"/>
                <w:szCs w:val="28"/>
              </w:rPr>
            </w:pPr>
            <w:r w:rsidRPr="009C3767">
              <w:rPr>
                <w:rFonts w:cs="Times New Roman"/>
                <w:b/>
                <w:sz w:val="28"/>
                <w:szCs w:val="28"/>
              </w:rPr>
              <w:t>Sau thành lập mới: Pháp Vân 6</w:t>
            </w:r>
          </w:p>
        </w:tc>
        <w:tc>
          <w:tcPr>
            <w:tcW w:w="996" w:type="dxa"/>
            <w:tcBorders>
              <w:top w:val="single" w:sz="4" w:space="0" w:color="auto"/>
              <w:left w:val="single" w:sz="4" w:space="0" w:color="auto"/>
              <w:bottom w:val="single" w:sz="4" w:space="0" w:color="auto"/>
              <w:right w:val="single" w:sz="4" w:space="0" w:color="auto"/>
            </w:tcBorders>
          </w:tcPr>
          <w:p w14:paraId="2D27EA17" w14:textId="15072982" w:rsidR="003F1589" w:rsidRPr="009C3767" w:rsidRDefault="003F1589" w:rsidP="00390438">
            <w:pPr>
              <w:jc w:val="center"/>
              <w:rPr>
                <w:rFonts w:cs="Times New Roman"/>
                <w:b/>
                <w:sz w:val="28"/>
                <w:szCs w:val="28"/>
              </w:rPr>
            </w:pPr>
            <w:r w:rsidRPr="009C3767">
              <w:rPr>
                <w:rFonts w:cs="Times New Roman"/>
                <w:b/>
                <w:bCs/>
                <w:sz w:val="28"/>
                <w:szCs w:val="28"/>
              </w:rPr>
              <w:t>Ranh giới phía Đông</w:t>
            </w:r>
          </w:p>
        </w:tc>
        <w:tc>
          <w:tcPr>
            <w:tcW w:w="996" w:type="dxa"/>
            <w:tcBorders>
              <w:top w:val="single" w:sz="4" w:space="0" w:color="auto"/>
              <w:left w:val="single" w:sz="4" w:space="0" w:color="auto"/>
              <w:bottom w:val="single" w:sz="4" w:space="0" w:color="auto"/>
              <w:right w:val="single" w:sz="4" w:space="0" w:color="auto"/>
            </w:tcBorders>
          </w:tcPr>
          <w:p w14:paraId="6B559EE5" w14:textId="2273310D" w:rsidR="003F1589" w:rsidRPr="009C3767" w:rsidRDefault="003F1589" w:rsidP="00390438">
            <w:pPr>
              <w:jc w:val="center"/>
              <w:rPr>
                <w:rFonts w:cs="Times New Roman"/>
                <w:b/>
                <w:sz w:val="28"/>
                <w:szCs w:val="28"/>
              </w:rPr>
            </w:pPr>
            <w:r w:rsidRPr="009C3767">
              <w:rPr>
                <w:rFonts w:cs="Times New Roman"/>
                <w:b/>
                <w:bCs/>
                <w:sz w:val="28"/>
                <w:szCs w:val="28"/>
              </w:rPr>
              <w:t>Ranh giới phía Tây</w:t>
            </w:r>
          </w:p>
        </w:tc>
        <w:tc>
          <w:tcPr>
            <w:tcW w:w="933" w:type="dxa"/>
            <w:tcBorders>
              <w:top w:val="single" w:sz="4" w:space="0" w:color="auto"/>
              <w:left w:val="single" w:sz="4" w:space="0" w:color="auto"/>
              <w:bottom w:val="single" w:sz="4" w:space="0" w:color="auto"/>
              <w:right w:val="single" w:sz="4" w:space="0" w:color="auto"/>
            </w:tcBorders>
          </w:tcPr>
          <w:p w14:paraId="6594C311" w14:textId="23A4231F" w:rsidR="003F1589" w:rsidRPr="009C3767" w:rsidRDefault="003F1589" w:rsidP="00390438">
            <w:pPr>
              <w:jc w:val="center"/>
              <w:rPr>
                <w:rFonts w:cs="Times New Roman"/>
                <w:b/>
                <w:sz w:val="28"/>
                <w:szCs w:val="28"/>
              </w:rPr>
            </w:pPr>
            <w:r w:rsidRPr="009C3767">
              <w:rPr>
                <w:rFonts w:cs="Times New Roman"/>
                <w:b/>
                <w:bCs/>
                <w:sz w:val="28"/>
                <w:szCs w:val="28"/>
              </w:rPr>
              <w:t>Ranh giới phía Nam</w:t>
            </w:r>
          </w:p>
        </w:tc>
        <w:tc>
          <w:tcPr>
            <w:tcW w:w="996" w:type="dxa"/>
            <w:tcBorders>
              <w:top w:val="single" w:sz="4" w:space="0" w:color="auto"/>
              <w:left w:val="single" w:sz="4" w:space="0" w:color="auto"/>
              <w:bottom w:val="single" w:sz="4" w:space="0" w:color="auto"/>
              <w:right w:val="single" w:sz="4" w:space="0" w:color="auto"/>
            </w:tcBorders>
          </w:tcPr>
          <w:p w14:paraId="2C53341B" w14:textId="6AE40F83" w:rsidR="003F1589" w:rsidRPr="009C3767" w:rsidRDefault="003F1589" w:rsidP="00390438">
            <w:pPr>
              <w:jc w:val="center"/>
              <w:rPr>
                <w:rFonts w:cs="Times New Roman"/>
                <w:b/>
                <w:sz w:val="28"/>
                <w:szCs w:val="28"/>
              </w:rPr>
            </w:pPr>
            <w:r w:rsidRPr="009C3767">
              <w:rPr>
                <w:rFonts w:cs="Times New Roman"/>
                <w:b/>
                <w:bCs/>
                <w:sz w:val="28"/>
                <w:szCs w:val="28"/>
              </w:rPr>
              <w:t>Ranh giới phía Bắc</w:t>
            </w:r>
          </w:p>
        </w:tc>
        <w:tc>
          <w:tcPr>
            <w:tcW w:w="1487" w:type="dxa"/>
            <w:tcBorders>
              <w:top w:val="single" w:sz="4" w:space="0" w:color="auto"/>
              <w:left w:val="single" w:sz="4" w:space="0" w:color="auto"/>
              <w:bottom w:val="single" w:sz="4" w:space="0" w:color="auto"/>
              <w:right w:val="single" w:sz="4" w:space="0" w:color="auto"/>
            </w:tcBorders>
          </w:tcPr>
          <w:p w14:paraId="3EA69C70" w14:textId="4A33F7B8" w:rsidR="003F1589" w:rsidRPr="009C3767" w:rsidRDefault="003F1589" w:rsidP="00390438">
            <w:pPr>
              <w:jc w:val="center"/>
              <w:rPr>
                <w:rFonts w:cs="Times New Roman"/>
                <w:b/>
                <w:sz w:val="28"/>
                <w:szCs w:val="28"/>
              </w:rPr>
            </w:pPr>
            <w:r w:rsidRPr="009C3767">
              <w:rPr>
                <w:rFonts w:cs="Times New Roman"/>
                <w:b/>
                <w:bCs/>
                <w:sz w:val="28"/>
                <w:szCs w:val="28"/>
              </w:rPr>
              <w:t>Mốc/tuyến nhận diện chính</w:t>
            </w:r>
          </w:p>
        </w:tc>
      </w:tr>
      <w:tr w:rsidR="003F1589" w:rsidRPr="009C3767" w14:paraId="5D73A8ED" w14:textId="18CC4C35"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F07F3FB" w14:textId="242C5942" w:rsidR="003F1589" w:rsidRPr="009C3767" w:rsidRDefault="003F1589" w:rsidP="00390438">
            <w:pPr>
              <w:rPr>
                <w:rFonts w:cs="Times New Roman"/>
                <w:sz w:val="28"/>
                <w:szCs w:val="28"/>
              </w:rPr>
            </w:pPr>
            <w:r w:rsidRPr="009C3767">
              <w:rPr>
                <w:rFonts w:cs="Times New Roman"/>
                <w:sz w:val="28"/>
                <w:szCs w:val="28"/>
              </w:rPr>
              <w:t>Số hộ</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5F27BE78" w14:textId="5468F2E5" w:rsidR="003F1589" w:rsidRPr="009C3767" w:rsidRDefault="003F1589" w:rsidP="00390438">
            <w:pPr>
              <w:jc w:val="center"/>
              <w:rPr>
                <w:rFonts w:cs="Times New Roman"/>
                <w:sz w:val="28"/>
                <w:szCs w:val="28"/>
              </w:rPr>
            </w:pPr>
            <w:r w:rsidRPr="009C3767">
              <w:rPr>
                <w:rFonts w:cs="Times New Roman"/>
                <w:sz w:val="28"/>
                <w:szCs w:val="28"/>
              </w:rPr>
              <w:t>1.248</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12C2FD14" w14:textId="593B24B0" w:rsidR="003F1589" w:rsidRPr="009C3767" w:rsidRDefault="003F1589" w:rsidP="00390438">
            <w:pPr>
              <w:jc w:val="center"/>
              <w:rPr>
                <w:rFonts w:cs="Times New Roman"/>
                <w:sz w:val="28"/>
                <w:szCs w:val="28"/>
              </w:rPr>
            </w:pPr>
            <w:r w:rsidRPr="009C3767">
              <w:rPr>
                <w:rFonts w:cs="Times New Roman"/>
                <w:sz w:val="28"/>
                <w:szCs w:val="28"/>
              </w:rPr>
              <w:t>1.248</w:t>
            </w:r>
          </w:p>
        </w:tc>
        <w:tc>
          <w:tcPr>
            <w:tcW w:w="996" w:type="dxa"/>
            <w:vMerge w:val="restart"/>
            <w:tcBorders>
              <w:top w:val="single" w:sz="4" w:space="0" w:color="auto"/>
              <w:left w:val="single" w:sz="4" w:space="0" w:color="auto"/>
              <w:right w:val="single" w:sz="4" w:space="0" w:color="auto"/>
            </w:tcBorders>
          </w:tcPr>
          <w:p w14:paraId="5A1C2B78" w14:textId="05EC3058" w:rsidR="003F1589" w:rsidRPr="009C3767" w:rsidRDefault="003F1589" w:rsidP="00390438">
            <w:pPr>
              <w:jc w:val="center"/>
              <w:rPr>
                <w:rFonts w:cs="Times New Roman"/>
                <w:sz w:val="28"/>
                <w:szCs w:val="28"/>
              </w:rPr>
            </w:pPr>
            <w:r w:rsidRPr="009C3767">
              <w:rPr>
                <w:rFonts w:cs="Times New Roman"/>
                <w:sz w:val="28"/>
                <w:szCs w:val="28"/>
              </w:rPr>
              <w:t>Đường cao tốc Pháp Vân - Cầu Giẽ</w:t>
            </w:r>
          </w:p>
        </w:tc>
        <w:tc>
          <w:tcPr>
            <w:tcW w:w="996" w:type="dxa"/>
            <w:vMerge w:val="restart"/>
            <w:tcBorders>
              <w:top w:val="single" w:sz="4" w:space="0" w:color="auto"/>
              <w:left w:val="single" w:sz="4" w:space="0" w:color="auto"/>
              <w:right w:val="single" w:sz="4" w:space="0" w:color="auto"/>
            </w:tcBorders>
          </w:tcPr>
          <w:p w14:paraId="5FAFE9BF" w14:textId="749962EA" w:rsidR="003F1589" w:rsidRPr="009C3767" w:rsidRDefault="003F1589" w:rsidP="00390438">
            <w:pPr>
              <w:jc w:val="center"/>
              <w:rPr>
                <w:rFonts w:cs="Times New Roman"/>
                <w:sz w:val="28"/>
                <w:szCs w:val="28"/>
                <w:lang w:val="vi-VN"/>
              </w:rPr>
            </w:pPr>
            <w:r w:rsidRPr="009C3767">
              <w:rPr>
                <w:rFonts w:cs="Times New Roman"/>
                <w:sz w:val="28"/>
                <w:szCs w:val="28"/>
              </w:rPr>
              <w:t>Đường Trần Thủ Độ</w:t>
            </w:r>
          </w:p>
        </w:tc>
        <w:tc>
          <w:tcPr>
            <w:tcW w:w="933" w:type="dxa"/>
            <w:vMerge w:val="restart"/>
            <w:tcBorders>
              <w:top w:val="single" w:sz="4" w:space="0" w:color="auto"/>
              <w:left w:val="single" w:sz="4" w:space="0" w:color="auto"/>
              <w:right w:val="single" w:sz="4" w:space="0" w:color="auto"/>
            </w:tcBorders>
          </w:tcPr>
          <w:p w14:paraId="4FE8E1F2" w14:textId="675B33C4" w:rsidR="003F1589" w:rsidRPr="009C3767" w:rsidRDefault="003F1589" w:rsidP="00390438">
            <w:pPr>
              <w:jc w:val="center"/>
              <w:rPr>
                <w:rFonts w:cs="Times New Roman"/>
                <w:sz w:val="28"/>
                <w:szCs w:val="28"/>
                <w:lang w:val="vi-VN"/>
              </w:rPr>
            </w:pPr>
            <w:r w:rsidRPr="009C3767">
              <w:rPr>
                <w:rFonts w:cs="Times New Roman"/>
                <w:sz w:val="28"/>
                <w:szCs w:val="28"/>
              </w:rPr>
              <w:t>Ngõ 15 kéo dài nối đường cao tốc</w:t>
            </w:r>
          </w:p>
        </w:tc>
        <w:tc>
          <w:tcPr>
            <w:tcW w:w="996" w:type="dxa"/>
            <w:vMerge w:val="restart"/>
            <w:tcBorders>
              <w:top w:val="single" w:sz="4" w:space="0" w:color="auto"/>
              <w:left w:val="single" w:sz="4" w:space="0" w:color="auto"/>
              <w:right w:val="single" w:sz="4" w:space="0" w:color="auto"/>
            </w:tcBorders>
          </w:tcPr>
          <w:p w14:paraId="761ED815" w14:textId="0190DD9C" w:rsidR="003F1589" w:rsidRPr="009C3767" w:rsidRDefault="003F1589" w:rsidP="00390438">
            <w:pPr>
              <w:jc w:val="center"/>
              <w:rPr>
                <w:rFonts w:cs="Times New Roman"/>
                <w:sz w:val="28"/>
                <w:szCs w:val="28"/>
              </w:rPr>
            </w:pPr>
            <w:r w:rsidRPr="009C3767">
              <w:rPr>
                <w:rFonts w:cs="Times New Roman"/>
                <w:sz w:val="28"/>
                <w:szCs w:val="28"/>
              </w:rPr>
              <w:t>Đường Đỗ Mười</w:t>
            </w:r>
          </w:p>
        </w:tc>
        <w:tc>
          <w:tcPr>
            <w:tcW w:w="1487" w:type="dxa"/>
            <w:vMerge w:val="restart"/>
            <w:tcBorders>
              <w:top w:val="single" w:sz="4" w:space="0" w:color="auto"/>
              <w:left w:val="single" w:sz="4" w:space="0" w:color="auto"/>
              <w:right w:val="single" w:sz="4" w:space="0" w:color="auto"/>
            </w:tcBorders>
          </w:tcPr>
          <w:p w14:paraId="709446B9" w14:textId="25111281" w:rsidR="003F1589" w:rsidRPr="009C3767" w:rsidRDefault="003F1589" w:rsidP="00390438">
            <w:pPr>
              <w:jc w:val="center"/>
              <w:rPr>
                <w:rFonts w:cs="Times New Roman"/>
                <w:sz w:val="28"/>
                <w:szCs w:val="28"/>
              </w:rPr>
            </w:pPr>
            <w:r w:rsidRPr="009C3767">
              <w:rPr>
                <w:rFonts w:cs="Times New Roman"/>
                <w:sz w:val="28"/>
                <w:szCs w:val="28"/>
              </w:rPr>
              <w:t>Gồm Chung cư Phương Đông, đất của các tổ chức Traphaco, Nhà máy nước Pháp Vân và khu 6,5 ha xử lý chất thải rắn xây dựng Toàn Cầu</w:t>
            </w:r>
          </w:p>
        </w:tc>
      </w:tr>
      <w:tr w:rsidR="003F1589" w:rsidRPr="009C3767" w14:paraId="2726468E" w14:textId="036A0D43"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5D0C8BD3" w14:textId="77777777" w:rsidR="003F1589" w:rsidRPr="009C3767" w:rsidRDefault="003F1589" w:rsidP="00390438">
            <w:pPr>
              <w:rPr>
                <w:rFonts w:cs="Times New Roman"/>
                <w:sz w:val="28"/>
                <w:szCs w:val="28"/>
              </w:rPr>
            </w:pPr>
            <w:r w:rsidRPr="009C3767">
              <w:rPr>
                <w:rFonts w:cs="Times New Roman"/>
                <w:sz w:val="28"/>
                <w:szCs w:val="28"/>
              </w:rPr>
              <w:t>Dân số/nhân khẩu</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455CF64B" w14:textId="77777777" w:rsidR="003F1589" w:rsidRPr="009C3767" w:rsidRDefault="003F1589" w:rsidP="00390438">
            <w:pPr>
              <w:jc w:val="center"/>
              <w:rPr>
                <w:rFonts w:cs="Times New Roman"/>
                <w:sz w:val="28"/>
                <w:szCs w:val="28"/>
              </w:rPr>
            </w:pPr>
            <w:r w:rsidRPr="009C3767">
              <w:rPr>
                <w:rFonts w:cs="Times New Roman"/>
                <w:sz w:val="28"/>
                <w:szCs w:val="28"/>
              </w:rPr>
              <w:t>4.368</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1A617084" w14:textId="77777777" w:rsidR="003F1589" w:rsidRPr="009C3767" w:rsidRDefault="003F1589" w:rsidP="00390438">
            <w:pPr>
              <w:jc w:val="center"/>
              <w:rPr>
                <w:rFonts w:cs="Times New Roman"/>
                <w:sz w:val="28"/>
                <w:szCs w:val="28"/>
              </w:rPr>
            </w:pPr>
            <w:r w:rsidRPr="009C3767">
              <w:rPr>
                <w:rFonts w:cs="Times New Roman"/>
                <w:sz w:val="28"/>
                <w:szCs w:val="28"/>
              </w:rPr>
              <w:t>4.368</w:t>
            </w:r>
          </w:p>
        </w:tc>
        <w:tc>
          <w:tcPr>
            <w:tcW w:w="996" w:type="dxa"/>
            <w:vMerge/>
            <w:tcBorders>
              <w:left w:val="single" w:sz="4" w:space="0" w:color="auto"/>
              <w:right w:val="single" w:sz="4" w:space="0" w:color="auto"/>
            </w:tcBorders>
          </w:tcPr>
          <w:p w14:paraId="2B3B8772" w14:textId="77777777" w:rsidR="003F1589" w:rsidRPr="009C3767" w:rsidRDefault="003F1589" w:rsidP="00390438">
            <w:pPr>
              <w:ind w:left="709"/>
              <w:rPr>
                <w:rFonts w:cs="Times New Roman"/>
                <w:sz w:val="28"/>
                <w:szCs w:val="28"/>
              </w:rPr>
            </w:pPr>
          </w:p>
        </w:tc>
        <w:tc>
          <w:tcPr>
            <w:tcW w:w="996" w:type="dxa"/>
            <w:vMerge/>
            <w:tcBorders>
              <w:left w:val="single" w:sz="4" w:space="0" w:color="auto"/>
              <w:right w:val="single" w:sz="4" w:space="0" w:color="auto"/>
            </w:tcBorders>
          </w:tcPr>
          <w:p w14:paraId="7ACBEB62" w14:textId="77777777" w:rsidR="003F1589" w:rsidRPr="009C3767" w:rsidRDefault="003F1589" w:rsidP="00390438">
            <w:pPr>
              <w:ind w:left="709"/>
              <w:rPr>
                <w:rFonts w:cs="Times New Roman"/>
                <w:sz w:val="28"/>
                <w:szCs w:val="28"/>
              </w:rPr>
            </w:pPr>
          </w:p>
        </w:tc>
        <w:tc>
          <w:tcPr>
            <w:tcW w:w="933" w:type="dxa"/>
            <w:vMerge/>
            <w:tcBorders>
              <w:left w:val="single" w:sz="4" w:space="0" w:color="auto"/>
              <w:right w:val="single" w:sz="4" w:space="0" w:color="auto"/>
            </w:tcBorders>
          </w:tcPr>
          <w:p w14:paraId="530B1B5A" w14:textId="77777777" w:rsidR="003F1589" w:rsidRPr="009C3767" w:rsidRDefault="003F1589" w:rsidP="00390438">
            <w:pPr>
              <w:ind w:left="709"/>
              <w:rPr>
                <w:rFonts w:cs="Times New Roman"/>
                <w:sz w:val="28"/>
                <w:szCs w:val="28"/>
              </w:rPr>
            </w:pPr>
          </w:p>
        </w:tc>
        <w:tc>
          <w:tcPr>
            <w:tcW w:w="996" w:type="dxa"/>
            <w:vMerge/>
            <w:tcBorders>
              <w:left w:val="single" w:sz="4" w:space="0" w:color="auto"/>
              <w:right w:val="single" w:sz="4" w:space="0" w:color="auto"/>
            </w:tcBorders>
          </w:tcPr>
          <w:p w14:paraId="7E46A801" w14:textId="77777777" w:rsidR="003F1589" w:rsidRPr="009C3767" w:rsidRDefault="003F1589" w:rsidP="00390438">
            <w:pPr>
              <w:ind w:left="709"/>
              <w:rPr>
                <w:rFonts w:cs="Times New Roman"/>
                <w:sz w:val="28"/>
                <w:szCs w:val="28"/>
              </w:rPr>
            </w:pPr>
          </w:p>
        </w:tc>
        <w:tc>
          <w:tcPr>
            <w:tcW w:w="1487" w:type="dxa"/>
            <w:vMerge/>
            <w:tcBorders>
              <w:left w:val="single" w:sz="4" w:space="0" w:color="auto"/>
              <w:right w:val="single" w:sz="4" w:space="0" w:color="auto"/>
            </w:tcBorders>
          </w:tcPr>
          <w:p w14:paraId="168B861B" w14:textId="77777777" w:rsidR="003F1589" w:rsidRPr="009C3767" w:rsidRDefault="003F1589" w:rsidP="00390438">
            <w:pPr>
              <w:ind w:left="709"/>
              <w:rPr>
                <w:rFonts w:cs="Times New Roman"/>
                <w:sz w:val="28"/>
                <w:szCs w:val="28"/>
              </w:rPr>
            </w:pPr>
          </w:p>
        </w:tc>
      </w:tr>
      <w:tr w:rsidR="006B76C3" w:rsidRPr="009C3767" w14:paraId="4627A815" w14:textId="01A46738"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026D7DD2" w14:textId="77777777" w:rsidR="006B76C3" w:rsidRPr="009C3767" w:rsidRDefault="006B76C3" w:rsidP="00390438">
            <w:pPr>
              <w:rPr>
                <w:rFonts w:cs="Times New Roman"/>
                <w:sz w:val="28"/>
                <w:szCs w:val="28"/>
              </w:rPr>
            </w:pPr>
            <w:r w:rsidRPr="009C3767">
              <w:rPr>
                <w:rFonts w:cs="Times New Roman"/>
                <w:sz w:val="28"/>
                <w:szCs w:val="28"/>
              </w:rPr>
              <w:t>Diện tích (km²)</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3D8098A9" w14:textId="25C251B6" w:rsidR="006B76C3" w:rsidRPr="009C3767" w:rsidRDefault="006B76C3" w:rsidP="00390438">
            <w:pPr>
              <w:ind w:firstLine="11"/>
              <w:jc w:val="center"/>
              <w:rPr>
                <w:rFonts w:cs="Times New Roman"/>
                <w:sz w:val="28"/>
                <w:szCs w:val="28"/>
              </w:rPr>
            </w:pPr>
            <w:r w:rsidRPr="009C3767">
              <w:rPr>
                <w:rFonts w:cs="Times New Roman"/>
                <w:sz w:val="28"/>
                <w:szCs w:val="28"/>
              </w:rPr>
              <w:t>0.014</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096D6E28" w14:textId="73F1D063" w:rsidR="006B76C3" w:rsidRPr="009C3767" w:rsidRDefault="006B76C3" w:rsidP="00390438">
            <w:pPr>
              <w:ind w:firstLine="11"/>
              <w:jc w:val="center"/>
              <w:rPr>
                <w:rFonts w:cs="Times New Roman"/>
                <w:sz w:val="28"/>
                <w:szCs w:val="28"/>
              </w:rPr>
            </w:pPr>
            <w:r w:rsidRPr="009C3767">
              <w:rPr>
                <w:rFonts w:cs="Times New Roman"/>
                <w:sz w:val="28"/>
                <w:szCs w:val="28"/>
              </w:rPr>
              <w:t>0.014</w:t>
            </w:r>
          </w:p>
        </w:tc>
        <w:tc>
          <w:tcPr>
            <w:tcW w:w="996" w:type="dxa"/>
            <w:vMerge/>
            <w:tcBorders>
              <w:left w:val="single" w:sz="4" w:space="0" w:color="auto"/>
              <w:right w:val="single" w:sz="4" w:space="0" w:color="auto"/>
            </w:tcBorders>
          </w:tcPr>
          <w:p w14:paraId="7F7753B8" w14:textId="77777777" w:rsidR="006B76C3" w:rsidRPr="009C3767" w:rsidRDefault="006B76C3" w:rsidP="00390438">
            <w:pPr>
              <w:ind w:left="709"/>
              <w:rPr>
                <w:rFonts w:cs="Times New Roman"/>
                <w:sz w:val="28"/>
                <w:szCs w:val="28"/>
              </w:rPr>
            </w:pPr>
          </w:p>
        </w:tc>
        <w:tc>
          <w:tcPr>
            <w:tcW w:w="996" w:type="dxa"/>
            <w:vMerge/>
            <w:tcBorders>
              <w:left w:val="single" w:sz="4" w:space="0" w:color="auto"/>
              <w:right w:val="single" w:sz="4" w:space="0" w:color="auto"/>
            </w:tcBorders>
          </w:tcPr>
          <w:p w14:paraId="598A20B5" w14:textId="77777777" w:rsidR="006B76C3" w:rsidRPr="009C3767" w:rsidRDefault="006B76C3" w:rsidP="00390438">
            <w:pPr>
              <w:ind w:left="709"/>
              <w:rPr>
                <w:rFonts w:cs="Times New Roman"/>
                <w:sz w:val="28"/>
                <w:szCs w:val="28"/>
              </w:rPr>
            </w:pPr>
          </w:p>
        </w:tc>
        <w:tc>
          <w:tcPr>
            <w:tcW w:w="933" w:type="dxa"/>
            <w:vMerge/>
            <w:tcBorders>
              <w:left w:val="single" w:sz="4" w:space="0" w:color="auto"/>
              <w:right w:val="single" w:sz="4" w:space="0" w:color="auto"/>
            </w:tcBorders>
          </w:tcPr>
          <w:p w14:paraId="6834C968" w14:textId="77777777" w:rsidR="006B76C3" w:rsidRPr="009C3767" w:rsidRDefault="006B76C3" w:rsidP="00390438">
            <w:pPr>
              <w:ind w:left="709"/>
              <w:rPr>
                <w:rFonts w:cs="Times New Roman"/>
                <w:sz w:val="28"/>
                <w:szCs w:val="28"/>
              </w:rPr>
            </w:pPr>
          </w:p>
        </w:tc>
        <w:tc>
          <w:tcPr>
            <w:tcW w:w="996" w:type="dxa"/>
            <w:vMerge/>
            <w:tcBorders>
              <w:left w:val="single" w:sz="4" w:space="0" w:color="auto"/>
              <w:right w:val="single" w:sz="4" w:space="0" w:color="auto"/>
            </w:tcBorders>
          </w:tcPr>
          <w:p w14:paraId="0BDE0D88" w14:textId="77777777" w:rsidR="006B76C3" w:rsidRPr="009C3767" w:rsidRDefault="006B76C3" w:rsidP="00390438">
            <w:pPr>
              <w:ind w:left="709"/>
              <w:rPr>
                <w:rFonts w:cs="Times New Roman"/>
                <w:sz w:val="28"/>
                <w:szCs w:val="28"/>
              </w:rPr>
            </w:pPr>
          </w:p>
        </w:tc>
        <w:tc>
          <w:tcPr>
            <w:tcW w:w="1487" w:type="dxa"/>
            <w:vMerge/>
            <w:tcBorders>
              <w:left w:val="single" w:sz="4" w:space="0" w:color="auto"/>
              <w:right w:val="single" w:sz="4" w:space="0" w:color="auto"/>
            </w:tcBorders>
          </w:tcPr>
          <w:p w14:paraId="1B1885AB" w14:textId="77777777" w:rsidR="006B76C3" w:rsidRPr="009C3767" w:rsidRDefault="006B76C3" w:rsidP="00390438">
            <w:pPr>
              <w:ind w:left="709"/>
              <w:rPr>
                <w:rFonts w:cs="Times New Roman"/>
                <w:sz w:val="28"/>
                <w:szCs w:val="28"/>
              </w:rPr>
            </w:pPr>
          </w:p>
        </w:tc>
      </w:tr>
      <w:tr w:rsidR="003F1589" w:rsidRPr="009C3767" w14:paraId="1333DD72" w14:textId="16CCBF0D"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7A680644" w14:textId="77777777" w:rsidR="003F1589" w:rsidRPr="009C3767" w:rsidRDefault="003F1589" w:rsidP="00390438">
            <w:pPr>
              <w:rPr>
                <w:rFonts w:cs="Times New Roman"/>
                <w:sz w:val="28"/>
                <w:szCs w:val="28"/>
              </w:rPr>
            </w:pPr>
            <w:r w:rsidRPr="009C3767">
              <w:rPr>
                <w:rFonts w:cs="Times New Roman"/>
                <w:sz w:val="28"/>
                <w:szCs w:val="28"/>
              </w:rPr>
              <w:t>Số đảng viên</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03C55A57" w14:textId="09CD960A" w:rsidR="003F1589" w:rsidRPr="009C3767" w:rsidRDefault="00E73FFA" w:rsidP="00390438">
            <w:pPr>
              <w:ind w:firstLine="11"/>
              <w:jc w:val="center"/>
              <w:rPr>
                <w:rFonts w:cs="Times New Roman"/>
                <w:sz w:val="28"/>
                <w:szCs w:val="28"/>
              </w:rPr>
            </w:pPr>
            <w:r w:rsidRPr="009C3767">
              <w:rPr>
                <w:rFonts w:cs="Times New Roman"/>
                <w:sz w:val="28"/>
                <w:szCs w:val="28"/>
              </w:rPr>
              <w:t>15</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452763FE" w14:textId="552E5950" w:rsidR="003F1589" w:rsidRPr="009C3767" w:rsidRDefault="00E73FFA" w:rsidP="00390438">
            <w:pPr>
              <w:ind w:firstLine="11"/>
              <w:jc w:val="center"/>
              <w:rPr>
                <w:rFonts w:cs="Times New Roman"/>
                <w:sz w:val="28"/>
                <w:szCs w:val="28"/>
              </w:rPr>
            </w:pPr>
            <w:r w:rsidRPr="009C3767">
              <w:rPr>
                <w:rFonts w:cs="Times New Roman"/>
                <w:sz w:val="28"/>
                <w:szCs w:val="28"/>
              </w:rPr>
              <w:t>15</w:t>
            </w:r>
          </w:p>
        </w:tc>
        <w:tc>
          <w:tcPr>
            <w:tcW w:w="996" w:type="dxa"/>
            <w:vMerge/>
            <w:tcBorders>
              <w:left w:val="single" w:sz="4" w:space="0" w:color="auto"/>
              <w:right w:val="single" w:sz="4" w:space="0" w:color="auto"/>
            </w:tcBorders>
          </w:tcPr>
          <w:p w14:paraId="17E8B7DE" w14:textId="77777777" w:rsidR="003F1589" w:rsidRPr="009C3767" w:rsidRDefault="003F1589" w:rsidP="00390438">
            <w:pPr>
              <w:ind w:left="709"/>
              <w:rPr>
                <w:rFonts w:cs="Times New Roman"/>
                <w:sz w:val="28"/>
                <w:szCs w:val="28"/>
                <w:highlight w:val="yellow"/>
              </w:rPr>
            </w:pPr>
          </w:p>
        </w:tc>
        <w:tc>
          <w:tcPr>
            <w:tcW w:w="996" w:type="dxa"/>
            <w:vMerge/>
            <w:tcBorders>
              <w:left w:val="single" w:sz="4" w:space="0" w:color="auto"/>
              <w:right w:val="single" w:sz="4" w:space="0" w:color="auto"/>
            </w:tcBorders>
          </w:tcPr>
          <w:p w14:paraId="0DF4766E" w14:textId="77777777" w:rsidR="003F1589" w:rsidRPr="009C3767" w:rsidRDefault="003F1589" w:rsidP="00390438">
            <w:pPr>
              <w:ind w:left="709"/>
              <w:rPr>
                <w:rFonts w:cs="Times New Roman"/>
                <w:sz w:val="28"/>
                <w:szCs w:val="28"/>
                <w:highlight w:val="yellow"/>
              </w:rPr>
            </w:pPr>
          </w:p>
        </w:tc>
        <w:tc>
          <w:tcPr>
            <w:tcW w:w="933" w:type="dxa"/>
            <w:vMerge/>
            <w:tcBorders>
              <w:left w:val="single" w:sz="4" w:space="0" w:color="auto"/>
              <w:right w:val="single" w:sz="4" w:space="0" w:color="auto"/>
            </w:tcBorders>
          </w:tcPr>
          <w:p w14:paraId="6E8D40A3" w14:textId="77777777" w:rsidR="003F1589" w:rsidRPr="009C3767" w:rsidRDefault="003F1589" w:rsidP="00390438">
            <w:pPr>
              <w:ind w:left="709"/>
              <w:rPr>
                <w:rFonts w:cs="Times New Roman"/>
                <w:sz w:val="28"/>
                <w:szCs w:val="28"/>
                <w:highlight w:val="yellow"/>
              </w:rPr>
            </w:pPr>
          </w:p>
        </w:tc>
        <w:tc>
          <w:tcPr>
            <w:tcW w:w="996" w:type="dxa"/>
            <w:vMerge/>
            <w:tcBorders>
              <w:left w:val="single" w:sz="4" w:space="0" w:color="auto"/>
              <w:right w:val="single" w:sz="4" w:space="0" w:color="auto"/>
            </w:tcBorders>
          </w:tcPr>
          <w:p w14:paraId="515BBCF3" w14:textId="77777777" w:rsidR="003F1589" w:rsidRPr="009C3767" w:rsidRDefault="003F1589" w:rsidP="00390438">
            <w:pPr>
              <w:ind w:left="709"/>
              <w:rPr>
                <w:rFonts w:cs="Times New Roman"/>
                <w:sz w:val="28"/>
                <w:szCs w:val="28"/>
                <w:highlight w:val="yellow"/>
              </w:rPr>
            </w:pPr>
          </w:p>
        </w:tc>
        <w:tc>
          <w:tcPr>
            <w:tcW w:w="1487" w:type="dxa"/>
            <w:vMerge/>
            <w:tcBorders>
              <w:left w:val="single" w:sz="4" w:space="0" w:color="auto"/>
              <w:right w:val="single" w:sz="4" w:space="0" w:color="auto"/>
            </w:tcBorders>
          </w:tcPr>
          <w:p w14:paraId="47CA111A" w14:textId="77777777" w:rsidR="003F1589" w:rsidRPr="009C3767" w:rsidRDefault="003F1589" w:rsidP="00390438">
            <w:pPr>
              <w:ind w:left="709"/>
              <w:rPr>
                <w:rFonts w:cs="Times New Roman"/>
                <w:sz w:val="28"/>
                <w:szCs w:val="28"/>
                <w:highlight w:val="yellow"/>
              </w:rPr>
            </w:pPr>
          </w:p>
        </w:tc>
      </w:tr>
      <w:tr w:rsidR="006B76C3" w:rsidRPr="009C3767" w14:paraId="5298894B" w14:textId="2DFEFD8F"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47C30D8B" w14:textId="77777777" w:rsidR="006B76C3" w:rsidRPr="009C3767" w:rsidRDefault="006B76C3" w:rsidP="00390438">
            <w:pPr>
              <w:rPr>
                <w:rFonts w:cs="Times New Roman"/>
                <w:sz w:val="28"/>
                <w:szCs w:val="28"/>
              </w:rPr>
            </w:pPr>
            <w:r w:rsidRPr="009C3767">
              <w:rPr>
                <w:rFonts w:cs="Times New Roman"/>
                <w:sz w:val="28"/>
                <w:szCs w:val="28"/>
              </w:rPr>
              <w:t>Nhà văn hóa/điểm sinh hoạt cộng đồng</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20EB7101" w14:textId="77779367" w:rsidR="006B76C3" w:rsidRPr="009C3767" w:rsidRDefault="006B76C3" w:rsidP="00390438">
            <w:pPr>
              <w:ind w:firstLine="11"/>
              <w:jc w:val="center"/>
              <w:rPr>
                <w:rFonts w:cs="Times New Roman"/>
                <w:sz w:val="28"/>
                <w:szCs w:val="28"/>
              </w:rPr>
            </w:pPr>
            <w:r w:rsidRPr="009C3767">
              <w:rPr>
                <w:rFonts w:cs="Times New Roman"/>
                <w:sz w:val="28"/>
                <w:szCs w:val="28"/>
              </w:rPr>
              <w:t>1</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035AEF3C" w14:textId="6EB85F5E" w:rsidR="006B76C3" w:rsidRPr="009C3767" w:rsidRDefault="006B76C3" w:rsidP="00390438">
            <w:pPr>
              <w:ind w:firstLine="11"/>
              <w:jc w:val="center"/>
              <w:rPr>
                <w:rFonts w:cs="Times New Roman"/>
                <w:sz w:val="28"/>
                <w:szCs w:val="28"/>
              </w:rPr>
            </w:pPr>
            <w:r w:rsidRPr="009C3767">
              <w:rPr>
                <w:rFonts w:cs="Times New Roman"/>
                <w:sz w:val="28"/>
                <w:szCs w:val="28"/>
              </w:rPr>
              <w:t>1</w:t>
            </w:r>
          </w:p>
        </w:tc>
        <w:tc>
          <w:tcPr>
            <w:tcW w:w="996" w:type="dxa"/>
            <w:vMerge/>
            <w:tcBorders>
              <w:left w:val="single" w:sz="4" w:space="0" w:color="auto"/>
              <w:right w:val="single" w:sz="4" w:space="0" w:color="auto"/>
            </w:tcBorders>
          </w:tcPr>
          <w:p w14:paraId="6EF0DB8F" w14:textId="77777777" w:rsidR="006B76C3" w:rsidRPr="009C3767" w:rsidRDefault="006B76C3" w:rsidP="00390438">
            <w:pPr>
              <w:ind w:left="709"/>
              <w:rPr>
                <w:rFonts w:cs="Times New Roman"/>
                <w:sz w:val="28"/>
                <w:szCs w:val="28"/>
              </w:rPr>
            </w:pPr>
          </w:p>
        </w:tc>
        <w:tc>
          <w:tcPr>
            <w:tcW w:w="996" w:type="dxa"/>
            <w:vMerge/>
            <w:tcBorders>
              <w:left w:val="single" w:sz="4" w:space="0" w:color="auto"/>
              <w:right w:val="single" w:sz="4" w:space="0" w:color="auto"/>
            </w:tcBorders>
          </w:tcPr>
          <w:p w14:paraId="44334E30" w14:textId="77777777" w:rsidR="006B76C3" w:rsidRPr="009C3767" w:rsidRDefault="006B76C3" w:rsidP="00390438">
            <w:pPr>
              <w:ind w:left="709"/>
              <w:rPr>
                <w:rFonts w:cs="Times New Roman"/>
                <w:sz w:val="28"/>
                <w:szCs w:val="28"/>
              </w:rPr>
            </w:pPr>
          </w:p>
        </w:tc>
        <w:tc>
          <w:tcPr>
            <w:tcW w:w="933" w:type="dxa"/>
            <w:vMerge/>
            <w:tcBorders>
              <w:left w:val="single" w:sz="4" w:space="0" w:color="auto"/>
              <w:right w:val="single" w:sz="4" w:space="0" w:color="auto"/>
            </w:tcBorders>
          </w:tcPr>
          <w:p w14:paraId="59390891" w14:textId="77777777" w:rsidR="006B76C3" w:rsidRPr="009C3767" w:rsidRDefault="006B76C3" w:rsidP="00390438">
            <w:pPr>
              <w:ind w:left="709"/>
              <w:rPr>
                <w:rFonts w:cs="Times New Roman"/>
                <w:sz w:val="28"/>
                <w:szCs w:val="28"/>
              </w:rPr>
            </w:pPr>
          </w:p>
        </w:tc>
        <w:tc>
          <w:tcPr>
            <w:tcW w:w="996" w:type="dxa"/>
            <w:vMerge/>
            <w:tcBorders>
              <w:left w:val="single" w:sz="4" w:space="0" w:color="auto"/>
              <w:right w:val="single" w:sz="4" w:space="0" w:color="auto"/>
            </w:tcBorders>
          </w:tcPr>
          <w:p w14:paraId="296BF162" w14:textId="77777777" w:rsidR="006B76C3" w:rsidRPr="009C3767" w:rsidRDefault="006B76C3" w:rsidP="00390438">
            <w:pPr>
              <w:ind w:left="709"/>
              <w:rPr>
                <w:rFonts w:cs="Times New Roman"/>
                <w:sz w:val="28"/>
                <w:szCs w:val="28"/>
              </w:rPr>
            </w:pPr>
          </w:p>
        </w:tc>
        <w:tc>
          <w:tcPr>
            <w:tcW w:w="1487" w:type="dxa"/>
            <w:vMerge/>
            <w:tcBorders>
              <w:left w:val="single" w:sz="4" w:space="0" w:color="auto"/>
              <w:right w:val="single" w:sz="4" w:space="0" w:color="auto"/>
            </w:tcBorders>
          </w:tcPr>
          <w:p w14:paraId="2A521059" w14:textId="77777777" w:rsidR="006B76C3" w:rsidRPr="009C3767" w:rsidRDefault="006B76C3" w:rsidP="00390438">
            <w:pPr>
              <w:ind w:left="709"/>
              <w:rPr>
                <w:rFonts w:cs="Times New Roman"/>
                <w:sz w:val="28"/>
                <w:szCs w:val="28"/>
              </w:rPr>
            </w:pPr>
          </w:p>
        </w:tc>
      </w:tr>
      <w:tr w:rsidR="003F1589" w:rsidRPr="009C3767" w14:paraId="63E8D391" w14:textId="2949DF0E" w:rsidTr="00E73FFA">
        <w:trPr>
          <w:jc w:val="center"/>
        </w:trPr>
        <w:tc>
          <w:tcPr>
            <w:tcW w:w="137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40D7DA70" w14:textId="51FFC42C" w:rsidR="003F1589" w:rsidRPr="009C3767" w:rsidRDefault="003F1589" w:rsidP="00390438">
            <w:pPr>
              <w:rPr>
                <w:rFonts w:cs="Times New Roman"/>
                <w:sz w:val="28"/>
                <w:szCs w:val="28"/>
              </w:rPr>
            </w:pPr>
            <w:r w:rsidRPr="009C3767">
              <w:rPr>
                <w:rFonts w:cs="Times New Roman"/>
                <w:sz w:val="28"/>
                <w:szCs w:val="28"/>
              </w:rPr>
              <w:t xml:space="preserve">Người </w:t>
            </w:r>
            <w:r w:rsidR="00390438" w:rsidRPr="009C3767">
              <w:rPr>
                <w:rFonts w:cs="Times New Roman"/>
                <w:sz w:val="28"/>
                <w:szCs w:val="28"/>
              </w:rPr>
              <w:t>HĐ KCT</w:t>
            </w:r>
            <w:r w:rsidRPr="009C3767">
              <w:rPr>
                <w:rFonts w:cs="Times New Roman"/>
                <w:sz w:val="28"/>
                <w:szCs w:val="28"/>
              </w:rPr>
              <w:t xml:space="preserve"> </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33E3CC83" w14:textId="6591153C" w:rsidR="003F1589" w:rsidRPr="009C3767" w:rsidRDefault="006B76C3" w:rsidP="00390438">
            <w:pPr>
              <w:ind w:firstLine="11"/>
              <w:jc w:val="center"/>
              <w:rPr>
                <w:rFonts w:cs="Times New Roman"/>
                <w:sz w:val="28"/>
                <w:szCs w:val="28"/>
              </w:rPr>
            </w:pPr>
            <w:r w:rsidRPr="009C3767">
              <w:rPr>
                <w:rFonts w:cs="Times New Roman"/>
                <w:sz w:val="28"/>
                <w:szCs w:val="28"/>
              </w:rPr>
              <w:t>0</w:t>
            </w:r>
          </w:p>
        </w:tc>
        <w:tc>
          <w:tcPr>
            <w:tcW w:w="1494"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hideMark/>
          </w:tcPr>
          <w:p w14:paraId="45297E8D" w14:textId="162D13C8" w:rsidR="003F1589" w:rsidRPr="009C3767" w:rsidRDefault="003F1589" w:rsidP="00390438">
            <w:pPr>
              <w:ind w:firstLine="11"/>
              <w:jc w:val="center"/>
              <w:rPr>
                <w:rFonts w:cs="Times New Roman"/>
                <w:sz w:val="28"/>
                <w:szCs w:val="28"/>
              </w:rPr>
            </w:pPr>
            <w:r w:rsidRPr="009C3767">
              <w:rPr>
                <w:rFonts w:cs="Times New Roman"/>
                <w:sz w:val="28"/>
                <w:szCs w:val="28"/>
              </w:rPr>
              <w:t xml:space="preserve">05 </w:t>
            </w:r>
          </w:p>
        </w:tc>
        <w:tc>
          <w:tcPr>
            <w:tcW w:w="996" w:type="dxa"/>
            <w:vMerge/>
            <w:tcBorders>
              <w:left w:val="single" w:sz="4" w:space="0" w:color="auto"/>
              <w:bottom w:val="single" w:sz="4" w:space="0" w:color="auto"/>
              <w:right w:val="single" w:sz="4" w:space="0" w:color="auto"/>
            </w:tcBorders>
          </w:tcPr>
          <w:p w14:paraId="5FD12B18" w14:textId="77777777" w:rsidR="003F1589" w:rsidRPr="009C3767" w:rsidRDefault="003F1589" w:rsidP="00390438">
            <w:pPr>
              <w:ind w:left="709"/>
              <w:rPr>
                <w:rFonts w:cs="Times New Roman"/>
                <w:sz w:val="28"/>
                <w:szCs w:val="28"/>
              </w:rPr>
            </w:pPr>
          </w:p>
        </w:tc>
        <w:tc>
          <w:tcPr>
            <w:tcW w:w="996" w:type="dxa"/>
            <w:vMerge/>
            <w:tcBorders>
              <w:left w:val="single" w:sz="4" w:space="0" w:color="auto"/>
              <w:bottom w:val="single" w:sz="4" w:space="0" w:color="auto"/>
              <w:right w:val="single" w:sz="4" w:space="0" w:color="auto"/>
            </w:tcBorders>
          </w:tcPr>
          <w:p w14:paraId="081F46A5" w14:textId="77777777" w:rsidR="003F1589" w:rsidRPr="009C3767" w:rsidRDefault="003F1589" w:rsidP="00390438">
            <w:pPr>
              <w:ind w:left="709"/>
              <w:rPr>
                <w:rFonts w:cs="Times New Roman"/>
                <w:sz w:val="28"/>
                <w:szCs w:val="28"/>
              </w:rPr>
            </w:pPr>
          </w:p>
        </w:tc>
        <w:tc>
          <w:tcPr>
            <w:tcW w:w="933" w:type="dxa"/>
            <w:vMerge/>
            <w:tcBorders>
              <w:left w:val="single" w:sz="4" w:space="0" w:color="auto"/>
              <w:bottom w:val="single" w:sz="4" w:space="0" w:color="auto"/>
              <w:right w:val="single" w:sz="4" w:space="0" w:color="auto"/>
            </w:tcBorders>
          </w:tcPr>
          <w:p w14:paraId="3CA1DFBC" w14:textId="77777777" w:rsidR="003F1589" w:rsidRPr="009C3767" w:rsidRDefault="003F1589" w:rsidP="00390438">
            <w:pPr>
              <w:ind w:left="709"/>
              <w:rPr>
                <w:rFonts w:cs="Times New Roman"/>
                <w:sz w:val="28"/>
                <w:szCs w:val="28"/>
              </w:rPr>
            </w:pPr>
          </w:p>
        </w:tc>
        <w:tc>
          <w:tcPr>
            <w:tcW w:w="996" w:type="dxa"/>
            <w:vMerge/>
            <w:tcBorders>
              <w:left w:val="single" w:sz="4" w:space="0" w:color="auto"/>
              <w:bottom w:val="single" w:sz="4" w:space="0" w:color="auto"/>
              <w:right w:val="single" w:sz="4" w:space="0" w:color="auto"/>
            </w:tcBorders>
          </w:tcPr>
          <w:p w14:paraId="0FDCC1D4" w14:textId="77777777" w:rsidR="003F1589" w:rsidRPr="009C3767" w:rsidRDefault="003F1589" w:rsidP="00390438">
            <w:pPr>
              <w:ind w:left="709"/>
              <w:rPr>
                <w:rFonts w:cs="Times New Roman"/>
                <w:sz w:val="28"/>
                <w:szCs w:val="28"/>
              </w:rPr>
            </w:pPr>
          </w:p>
        </w:tc>
        <w:tc>
          <w:tcPr>
            <w:tcW w:w="1487" w:type="dxa"/>
            <w:vMerge/>
            <w:tcBorders>
              <w:left w:val="single" w:sz="4" w:space="0" w:color="auto"/>
              <w:bottom w:val="single" w:sz="4" w:space="0" w:color="auto"/>
              <w:right w:val="single" w:sz="4" w:space="0" w:color="auto"/>
            </w:tcBorders>
          </w:tcPr>
          <w:p w14:paraId="11FEE2D2" w14:textId="77777777" w:rsidR="003F1589" w:rsidRPr="009C3767" w:rsidRDefault="003F1589" w:rsidP="00390438">
            <w:pPr>
              <w:ind w:left="709"/>
              <w:rPr>
                <w:rFonts w:cs="Times New Roman"/>
                <w:sz w:val="28"/>
                <w:szCs w:val="28"/>
              </w:rPr>
            </w:pPr>
          </w:p>
        </w:tc>
      </w:tr>
    </w:tbl>
    <w:p w14:paraId="532A0D8D" w14:textId="77777777" w:rsidR="00102E8F" w:rsidRPr="009C3767" w:rsidRDefault="00723C88" w:rsidP="00390438">
      <w:pPr>
        <w:spacing w:after="0" w:line="240" w:lineRule="auto"/>
        <w:ind w:left="709"/>
        <w:rPr>
          <w:rFonts w:cs="Times New Roman"/>
          <w:b/>
          <w:sz w:val="28"/>
          <w:szCs w:val="28"/>
        </w:rPr>
      </w:pPr>
      <w:r w:rsidRPr="009C3767">
        <w:rPr>
          <w:rFonts w:cs="Times New Roman"/>
          <w:b/>
          <w:sz w:val="28"/>
          <w:szCs w:val="28"/>
        </w:rPr>
        <w:lastRenderedPageBreak/>
        <w:t>4. Phương án giữ nguyên</w:t>
      </w:r>
    </w:p>
    <w:p w14:paraId="4952F59D" w14:textId="77777777" w:rsidR="00390438" w:rsidRPr="009C3767" w:rsidRDefault="00390438" w:rsidP="00390438">
      <w:pPr>
        <w:spacing w:after="0" w:line="240" w:lineRule="auto"/>
        <w:ind w:left="709"/>
        <w:rPr>
          <w:rFonts w:cs="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07"/>
        <w:gridCol w:w="1678"/>
        <w:gridCol w:w="1240"/>
        <w:gridCol w:w="966"/>
        <w:gridCol w:w="1373"/>
        <w:gridCol w:w="3031"/>
      </w:tblGrid>
      <w:tr w:rsidR="00A730A0" w:rsidRPr="009C3767" w14:paraId="5712AB35" w14:textId="77777777" w:rsidTr="00E73FFA">
        <w:trPr>
          <w:jc w:val="center"/>
        </w:trPr>
        <w:tc>
          <w:tcPr>
            <w:tcW w:w="1135" w:type="dxa"/>
            <w:tcMar>
              <w:top w:w="80" w:type="dxa"/>
              <w:left w:w="80" w:type="dxa"/>
              <w:bottom w:w="80" w:type="dxa"/>
              <w:right w:w="80" w:type="dxa"/>
            </w:tcMar>
            <w:vAlign w:val="center"/>
          </w:tcPr>
          <w:p w14:paraId="56CCE97D" w14:textId="658C9A5E" w:rsidR="00A730A0" w:rsidRPr="009C3767" w:rsidRDefault="00A730A0" w:rsidP="0045062A">
            <w:pPr>
              <w:spacing w:before="60" w:after="60"/>
              <w:jc w:val="center"/>
              <w:rPr>
                <w:rFonts w:cs="Times New Roman"/>
                <w:sz w:val="28"/>
                <w:szCs w:val="28"/>
              </w:rPr>
            </w:pPr>
            <w:r w:rsidRPr="009C3767">
              <w:rPr>
                <w:rFonts w:cs="Times New Roman"/>
                <w:b/>
                <w:sz w:val="28"/>
                <w:szCs w:val="28"/>
              </w:rPr>
              <w:t>STT</w:t>
            </w:r>
          </w:p>
        </w:tc>
        <w:tc>
          <w:tcPr>
            <w:tcW w:w="1701" w:type="dxa"/>
            <w:tcMar>
              <w:top w:w="80" w:type="dxa"/>
              <w:left w:w="80" w:type="dxa"/>
              <w:bottom w:w="80" w:type="dxa"/>
              <w:right w:w="80" w:type="dxa"/>
            </w:tcMar>
            <w:vAlign w:val="center"/>
          </w:tcPr>
          <w:p w14:paraId="0E2633E2" w14:textId="5E0AF398" w:rsidR="00A730A0" w:rsidRPr="009C3767" w:rsidRDefault="00A730A0" w:rsidP="0045062A">
            <w:pPr>
              <w:spacing w:before="60" w:after="60"/>
              <w:jc w:val="center"/>
              <w:rPr>
                <w:rFonts w:cs="Times New Roman"/>
                <w:sz w:val="28"/>
                <w:szCs w:val="28"/>
              </w:rPr>
            </w:pPr>
            <w:r w:rsidRPr="009C3767">
              <w:rPr>
                <w:rFonts w:cs="Times New Roman"/>
                <w:b/>
                <w:sz w:val="28"/>
                <w:szCs w:val="28"/>
              </w:rPr>
              <w:t>Tên thôn/TDP</w:t>
            </w:r>
          </w:p>
        </w:tc>
        <w:tc>
          <w:tcPr>
            <w:tcW w:w="1276" w:type="dxa"/>
            <w:tcMar>
              <w:top w:w="80" w:type="dxa"/>
              <w:left w:w="80" w:type="dxa"/>
              <w:bottom w:w="80" w:type="dxa"/>
              <w:right w:w="80" w:type="dxa"/>
            </w:tcMar>
            <w:vAlign w:val="center"/>
          </w:tcPr>
          <w:p w14:paraId="6AA125EA" w14:textId="652FFA30" w:rsidR="00A730A0" w:rsidRPr="009C3767" w:rsidRDefault="00A730A0" w:rsidP="0045062A">
            <w:pPr>
              <w:spacing w:before="60" w:after="60"/>
              <w:jc w:val="center"/>
              <w:rPr>
                <w:rFonts w:cs="Times New Roman"/>
                <w:sz w:val="28"/>
                <w:szCs w:val="28"/>
              </w:rPr>
            </w:pPr>
            <w:r w:rsidRPr="009C3767">
              <w:rPr>
                <w:rFonts w:cs="Times New Roman"/>
                <w:b/>
                <w:sz w:val="28"/>
                <w:szCs w:val="28"/>
              </w:rPr>
              <w:t>Loại hình</w:t>
            </w:r>
          </w:p>
        </w:tc>
        <w:tc>
          <w:tcPr>
            <w:tcW w:w="992" w:type="dxa"/>
            <w:tcMar>
              <w:top w:w="80" w:type="dxa"/>
              <w:left w:w="80" w:type="dxa"/>
              <w:bottom w:w="80" w:type="dxa"/>
              <w:right w:w="80" w:type="dxa"/>
            </w:tcMar>
            <w:vAlign w:val="center"/>
          </w:tcPr>
          <w:p w14:paraId="4338606B" w14:textId="7C9DF9D2" w:rsidR="00A730A0" w:rsidRPr="009C3767" w:rsidRDefault="00A730A0" w:rsidP="0045062A">
            <w:pPr>
              <w:spacing w:before="60" w:after="60"/>
              <w:jc w:val="center"/>
              <w:rPr>
                <w:rFonts w:cs="Times New Roman"/>
                <w:sz w:val="28"/>
                <w:szCs w:val="28"/>
              </w:rPr>
            </w:pPr>
            <w:r w:rsidRPr="009C3767">
              <w:rPr>
                <w:rFonts w:cs="Times New Roman"/>
                <w:b/>
                <w:sz w:val="28"/>
                <w:szCs w:val="28"/>
              </w:rPr>
              <w:t>Số hộ</w:t>
            </w:r>
          </w:p>
        </w:tc>
        <w:tc>
          <w:tcPr>
            <w:tcW w:w="1417" w:type="dxa"/>
            <w:tcMar>
              <w:top w:w="80" w:type="dxa"/>
              <w:left w:w="80" w:type="dxa"/>
              <w:bottom w:w="80" w:type="dxa"/>
              <w:right w:w="80" w:type="dxa"/>
            </w:tcMar>
            <w:vAlign w:val="center"/>
          </w:tcPr>
          <w:p w14:paraId="64D7BD9D" w14:textId="5385ED31" w:rsidR="00A730A0" w:rsidRPr="009C3767" w:rsidRDefault="00A730A0" w:rsidP="0045062A">
            <w:pPr>
              <w:spacing w:before="60" w:after="60"/>
              <w:jc w:val="center"/>
              <w:rPr>
                <w:rFonts w:cs="Times New Roman"/>
                <w:sz w:val="28"/>
                <w:szCs w:val="28"/>
              </w:rPr>
            </w:pPr>
            <w:r w:rsidRPr="009C3767">
              <w:rPr>
                <w:rFonts w:cs="Times New Roman"/>
                <w:b/>
                <w:sz w:val="28"/>
                <w:szCs w:val="28"/>
              </w:rPr>
              <w:t>Dân số</w:t>
            </w:r>
          </w:p>
        </w:tc>
        <w:tc>
          <w:tcPr>
            <w:tcW w:w="3166" w:type="dxa"/>
            <w:tcMar>
              <w:top w:w="80" w:type="dxa"/>
              <w:left w:w="80" w:type="dxa"/>
              <w:bottom w:w="80" w:type="dxa"/>
              <w:right w:w="80" w:type="dxa"/>
            </w:tcMar>
            <w:vAlign w:val="center"/>
          </w:tcPr>
          <w:p w14:paraId="43921A95" w14:textId="53E94D09" w:rsidR="00A730A0" w:rsidRPr="009C3767" w:rsidRDefault="00A730A0" w:rsidP="0045062A">
            <w:pPr>
              <w:spacing w:before="60" w:after="60"/>
              <w:jc w:val="center"/>
              <w:rPr>
                <w:rFonts w:cs="Times New Roman"/>
                <w:sz w:val="28"/>
                <w:szCs w:val="28"/>
              </w:rPr>
            </w:pPr>
            <w:r w:rsidRPr="009C3767">
              <w:rPr>
                <w:rFonts w:cs="Times New Roman"/>
                <w:b/>
                <w:sz w:val="28"/>
                <w:szCs w:val="28"/>
              </w:rPr>
              <w:t>Lý do giữ nguyên</w:t>
            </w:r>
          </w:p>
        </w:tc>
      </w:tr>
      <w:tr w:rsidR="00A730A0" w:rsidRPr="009C3767" w14:paraId="52A8B284" w14:textId="77777777" w:rsidTr="00E73FFA">
        <w:trPr>
          <w:jc w:val="center"/>
        </w:trPr>
        <w:tc>
          <w:tcPr>
            <w:tcW w:w="1135" w:type="dxa"/>
            <w:tcMar>
              <w:top w:w="80" w:type="dxa"/>
              <w:left w:w="80" w:type="dxa"/>
              <w:bottom w:w="80" w:type="dxa"/>
              <w:right w:w="80" w:type="dxa"/>
            </w:tcMar>
          </w:tcPr>
          <w:p w14:paraId="0A9AC9C1" w14:textId="68E4B55C" w:rsidR="00A730A0" w:rsidRPr="009C3767" w:rsidRDefault="00A730A0" w:rsidP="0045062A">
            <w:pPr>
              <w:spacing w:before="60" w:after="60"/>
              <w:jc w:val="center"/>
              <w:rPr>
                <w:rFonts w:cs="Times New Roman"/>
                <w:sz w:val="28"/>
                <w:szCs w:val="28"/>
              </w:rPr>
            </w:pPr>
            <w:r w:rsidRPr="009C3767">
              <w:rPr>
                <w:rFonts w:cs="Times New Roman"/>
                <w:sz w:val="28"/>
                <w:szCs w:val="28"/>
              </w:rPr>
              <w:t>1</w:t>
            </w:r>
          </w:p>
        </w:tc>
        <w:tc>
          <w:tcPr>
            <w:tcW w:w="1701" w:type="dxa"/>
            <w:tcMar>
              <w:top w:w="80" w:type="dxa"/>
              <w:left w:w="80" w:type="dxa"/>
              <w:bottom w:w="80" w:type="dxa"/>
              <w:right w:w="80" w:type="dxa"/>
            </w:tcMar>
          </w:tcPr>
          <w:p w14:paraId="6F3AB1A0" w14:textId="290E7EF0" w:rsidR="00A730A0" w:rsidRPr="009C3767" w:rsidRDefault="00A730A0" w:rsidP="0045062A">
            <w:pPr>
              <w:spacing w:before="60" w:after="60"/>
              <w:jc w:val="center"/>
              <w:rPr>
                <w:rFonts w:cs="Times New Roman"/>
                <w:sz w:val="28"/>
                <w:szCs w:val="28"/>
              </w:rPr>
            </w:pPr>
            <w:r w:rsidRPr="009C3767">
              <w:rPr>
                <w:rFonts w:cs="Times New Roman"/>
                <w:sz w:val="28"/>
                <w:szCs w:val="28"/>
              </w:rPr>
              <w:t>Tổ dân phố số 3</w:t>
            </w:r>
          </w:p>
        </w:tc>
        <w:tc>
          <w:tcPr>
            <w:tcW w:w="1276" w:type="dxa"/>
            <w:tcMar>
              <w:top w:w="80" w:type="dxa"/>
              <w:left w:w="80" w:type="dxa"/>
              <w:bottom w:w="80" w:type="dxa"/>
              <w:right w:w="80" w:type="dxa"/>
            </w:tcMar>
          </w:tcPr>
          <w:p w14:paraId="39BD3006" w14:textId="2B6BA65E" w:rsidR="00A730A0" w:rsidRPr="009C3767" w:rsidRDefault="00E73FFA" w:rsidP="0045062A">
            <w:pPr>
              <w:spacing w:before="60" w:after="60"/>
              <w:jc w:val="center"/>
              <w:rPr>
                <w:rFonts w:cs="Times New Roman"/>
                <w:sz w:val="28"/>
                <w:szCs w:val="28"/>
              </w:rPr>
            </w:pPr>
            <w:r w:rsidRPr="009C3767">
              <w:rPr>
                <w:rFonts w:cs="Times New Roman"/>
                <w:sz w:val="28"/>
                <w:szCs w:val="28"/>
              </w:rPr>
              <w:t>TDP</w:t>
            </w:r>
          </w:p>
        </w:tc>
        <w:tc>
          <w:tcPr>
            <w:tcW w:w="992" w:type="dxa"/>
            <w:tcMar>
              <w:top w:w="80" w:type="dxa"/>
              <w:left w:w="80" w:type="dxa"/>
              <w:bottom w:w="80" w:type="dxa"/>
              <w:right w:w="80" w:type="dxa"/>
            </w:tcMar>
          </w:tcPr>
          <w:p w14:paraId="29E83B69" w14:textId="290EFD8F" w:rsidR="00A730A0" w:rsidRPr="009C3767" w:rsidRDefault="00A730A0" w:rsidP="0045062A">
            <w:pPr>
              <w:spacing w:before="60" w:after="60"/>
              <w:jc w:val="center"/>
              <w:rPr>
                <w:rFonts w:cs="Times New Roman"/>
                <w:sz w:val="28"/>
                <w:szCs w:val="28"/>
              </w:rPr>
            </w:pPr>
            <w:r w:rsidRPr="009C3767">
              <w:rPr>
                <w:rFonts w:cs="Times New Roman"/>
                <w:sz w:val="28"/>
                <w:szCs w:val="28"/>
              </w:rPr>
              <w:t>705</w:t>
            </w:r>
          </w:p>
        </w:tc>
        <w:tc>
          <w:tcPr>
            <w:tcW w:w="1417" w:type="dxa"/>
            <w:tcMar>
              <w:top w:w="80" w:type="dxa"/>
              <w:left w:w="80" w:type="dxa"/>
              <w:bottom w:w="80" w:type="dxa"/>
              <w:right w:w="80" w:type="dxa"/>
            </w:tcMar>
          </w:tcPr>
          <w:p w14:paraId="4D3BEDD5" w14:textId="3F221118" w:rsidR="00A730A0" w:rsidRPr="009C3767" w:rsidRDefault="00A730A0" w:rsidP="0045062A">
            <w:pPr>
              <w:spacing w:before="60" w:after="60"/>
              <w:jc w:val="center"/>
              <w:rPr>
                <w:rFonts w:cs="Times New Roman"/>
                <w:sz w:val="28"/>
                <w:szCs w:val="28"/>
              </w:rPr>
            </w:pPr>
            <w:r w:rsidRPr="009C3767">
              <w:rPr>
                <w:rFonts w:cs="Times New Roman"/>
                <w:sz w:val="28"/>
                <w:szCs w:val="28"/>
              </w:rPr>
              <w:t>2764</w:t>
            </w:r>
          </w:p>
        </w:tc>
        <w:tc>
          <w:tcPr>
            <w:tcW w:w="3166" w:type="dxa"/>
            <w:tcMar>
              <w:top w:w="80" w:type="dxa"/>
              <w:left w:w="80" w:type="dxa"/>
              <w:bottom w:w="80" w:type="dxa"/>
              <w:right w:w="80" w:type="dxa"/>
            </w:tcMar>
          </w:tcPr>
          <w:p w14:paraId="2719CA76" w14:textId="77777777" w:rsidR="00E73FFA" w:rsidRPr="009C3767" w:rsidRDefault="00A730A0" w:rsidP="0045062A">
            <w:pPr>
              <w:spacing w:before="60" w:after="60"/>
              <w:jc w:val="center"/>
              <w:rPr>
                <w:rFonts w:cs="Times New Roman"/>
                <w:sz w:val="28"/>
                <w:szCs w:val="28"/>
              </w:rPr>
            </w:pPr>
            <w:r w:rsidRPr="009C3767">
              <w:rPr>
                <w:rFonts w:cs="Times New Roman"/>
                <w:sz w:val="28"/>
                <w:szCs w:val="28"/>
              </w:rPr>
              <w:t xml:space="preserve">Đạt tiêu chuẩn, </w:t>
            </w:r>
          </w:p>
          <w:p w14:paraId="0F1FD12F" w14:textId="19993F30" w:rsidR="00A730A0" w:rsidRPr="009C3767" w:rsidRDefault="00A730A0" w:rsidP="0045062A">
            <w:pPr>
              <w:spacing w:before="60" w:after="60"/>
              <w:jc w:val="center"/>
              <w:rPr>
                <w:rFonts w:cs="Times New Roman"/>
                <w:sz w:val="28"/>
                <w:szCs w:val="28"/>
              </w:rPr>
            </w:pPr>
            <w:r w:rsidRPr="009C3767">
              <w:rPr>
                <w:rFonts w:cs="Times New Roman"/>
                <w:sz w:val="28"/>
                <w:szCs w:val="28"/>
              </w:rPr>
              <w:t>địa bàn ổn định</w:t>
            </w:r>
          </w:p>
        </w:tc>
      </w:tr>
      <w:tr w:rsidR="00A730A0" w:rsidRPr="009C3767" w14:paraId="61885576" w14:textId="77777777" w:rsidTr="00E73FFA">
        <w:trPr>
          <w:jc w:val="center"/>
        </w:trPr>
        <w:tc>
          <w:tcPr>
            <w:tcW w:w="1135" w:type="dxa"/>
            <w:tcMar>
              <w:top w:w="80" w:type="dxa"/>
              <w:left w:w="80" w:type="dxa"/>
              <w:bottom w:w="80" w:type="dxa"/>
              <w:right w:w="80" w:type="dxa"/>
            </w:tcMar>
          </w:tcPr>
          <w:p w14:paraId="023EEB5F" w14:textId="77777777" w:rsidR="00A730A0" w:rsidRPr="009C3767" w:rsidRDefault="00A730A0" w:rsidP="0045062A">
            <w:pPr>
              <w:spacing w:before="60" w:after="60"/>
              <w:jc w:val="center"/>
              <w:rPr>
                <w:rFonts w:cs="Times New Roman"/>
                <w:sz w:val="28"/>
                <w:szCs w:val="28"/>
              </w:rPr>
            </w:pPr>
            <w:r w:rsidRPr="009C3767">
              <w:rPr>
                <w:rFonts w:cs="Times New Roman"/>
                <w:sz w:val="28"/>
                <w:szCs w:val="28"/>
              </w:rPr>
              <w:t>2</w:t>
            </w:r>
          </w:p>
        </w:tc>
        <w:tc>
          <w:tcPr>
            <w:tcW w:w="1701" w:type="dxa"/>
            <w:tcMar>
              <w:top w:w="80" w:type="dxa"/>
              <w:left w:w="80" w:type="dxa"/>
              <w:bottom w:w="80" w:type="dxa"/>
              <w:right w:w="80" w:type="dxa"/>
            </w:tcMar>
          </w:tcPr>
          <w:p w14:paraId="42D84A31" w14:textId="7E7C5030" w:rsidR="00A730A0" w:rsidRPr="009C3767" w:rsidRDefault="00A730A0" w:rsidP="0045062A">
            <w:pPr>
              <w:spacing w:before="60" w:after="60"/>
              <w:jc w:val="center"/>
              <w:rPr>
                <w:rFonts w:cs="Times New Roman"/>
                <w:sz w:val="28"/>
                <w:szCs w:val="28"/>
              </w:rPr>
            </w:pPr>
            <w:r w:rsidRPr="009C3767">
              <w:rPr>
                <w:rFonts w:cs="Times New Roman"/>
                <w:sz w:val="28"/>
                <w:szCs w:val="28"/>
              </w:rPr>
              <w:t>Tổ dân phố số 6</w:t>
            </w:r>
          </w:p>
        </w:tc>
        <w:tc>
          <w:tcPr>
            <w:tcW w:w="1276" w:type="dxa"/>
            <w:tcMar>
              <w:top w:w="80" w:type="dxa"/>
              <w:left w:w="80" w:type="dxa"/>
              <w:bottom w:w="80" w:type="dxa"/>
              <w:right w:w="80" w:type="dxa"/>
            </w:tcMar>
          </w:tcPr>
          <w:p w14:paraId="7EA319DC" w14:textId="25AC2EF7" w:rsidR="00A730A0" w:rsidRPr="009C3767" w:rsidRDefault="00E73FFA" w:rsidP="0045062A">
            <w:pPr>
              <w:spacing w:before="60" w:after="60"/>
              <w:jc w:val="center"/>
              <w:rPr>
                <w:rFonts w:cs="Times New Roman"/>
                <w:sz w:val="28"/>
                <w:szCs w:val="28"/>
              </w:rPr>
            </w:pPr>
            <w:r w:rsidRPr="009C3767">
              <w:rPr>
                <w:rFonts w:cs="Times New Roman"/>
                <w:sz w:val="28"/>
                <w:szCs w:val="28"/>
              </w:rPr>
              <w:t>TDP</w:t>
            </w:r>
          </w:p>
        </w:tc>
        <w:tc>
          <w:tcPr>
            <w:tcW w:w="992" w:type="dxa"/>
            <w:tcMar>
              <w:top w:w="80" w:type="dxa"/>
              <w:left w:w="80" w:type="dxa"/>
              <w:bottom w:w="80" w:type="dxa"/>
              <w:right w:w="80" w:type="dxa"/>
            </w:tcMar>
          </w:tcPr>
          <w:p w14:paraId="5223F885" w14:textId="45703509" w:rsidR="00A730A0" w:rsidRPr="009C3767" w:rsidRDefault="00A730A0" w:rsidP="0045062A">
            <w:pPr>
              <w:spacing w:before="60" w:after="60"/>
              <w:jc w:val="center"/>
              <w:rPr>
                <w:rFonts w:cs="Times New Roman"/>
                <w:sz w:val="28"/>
                <w:szCs w:val="28"/>
              </w:rPr>
            </w:pPr>
            <w:r w:rsidRPr="009C3767">
              <w:rPr>
                <w:rFonts w:cs="Times New Roman"/>
                <w:sz w:val="28"/>
                <w:szCs w:val="28"/>
              </w:rPr>
              <w:t>768</w:t>
            </w:r>
          </w:p>
        </w:tc>
        <w:tc>
          <w:tcPr>
            <w:tcW w:w="1417" w:type="dxa"/>
            <w:tcMar>
              <w:top w:w="80" w:type="dxa"/>
              <w:left w:w="80" w:type="dxa"/>
              <w:bottom w:w="80" w:type="dxa"/>
              <w:right w:w="80" w:type="dxa"/>
            </w:tcMar>
          </w:tcPr>
          <w:p w14:paraId="4901D9DC" w14:textId="23D0491B" w:rsidR="00A730A0" w:rsidRPr="009C3767" w:rsidRDefault="00A730A0" w:rsidP="0045062A">
            <w:pPr>
              <w:spacing w:before="60" w:after="60"/>
              <w:jc w:val="center"/>
              <w:rPr>
                <w:rFonts w:cs="Times New Roman"/>
                <w:sz w:val="28"/>
                <w:szCs w:val="28"/>
              </w:rPr>
            </w:pPr>
            <w:r w:rsidRPr="009C3767">
              <w:rPr>
                <w:rFonts w:cs="Times New Roman"/>
                <w:sz w:val="28"/>
                <w:szCs w:val="28"/>
              </w:rPr>
              <w:t>2568</w:t>
            </w:r>
          </w:p>
        </w:tc>
        <w:tc>
          <w:tcPr>
            <w:tcW w:w="3166" w:type="dxa"/>
            <w:tcMar>
              <w:top w:w="80" w:type="dxa"/>
              <w:left w:w="80" w:type="dxa"/>
              <w:bottom w:w="80" w:type="dxa"/>
              <w:right w:w="80" w:type="dxa"/>
            </w:tcMar>
          </w:tcPr>
          <w:p w14:paraId="709A55E1" w14:textId="77777777" w:rsidR="00E73FFA" w:rsidRPr="009C3767" w:rsidRDefault="00A730A0" w:rsidP="0045062A">
            <w:pPr>
              <w:spacing w:before="60" w:after="60"/>
              <w:jc w:val="center"/>
              <w:rPr>
                <w:rFonts w:cs="Times New Roman"/>
                <w:sz w:val="28"/>
                <w:szCs w:val="28"/>
              </w:rPr>
            </w:pPr>
            <w:r w:rsidRPr="009C3767">
              <w:rPr>
                <w:rFonts w:cs="Times New Roman"/>
                <w:sz w:val="28"/>
                <w:szCs w:val="28"/>
              </w:rPr>
              <w:t xml:space="preserve">Đạt tiêu chuẩn, </w:t>
            </w:r>
          </w:p>
          <w:p w14:paraId="670FBB10" w14:textId="2378E949" w:rsidR="00A730A0" w:rsidRPr="009C3767" w:rsidRDefault="00A730A0" w:rsidP="0045062A">
            <w:pPr>
              <w:spacing w:before="60" w:after="60"/>
              <w:jc w:val="center"/>
              <w:rPr>
                <w:rFonts w:cs="Times New Roman"/>
                <w:sz w:val="28"/>
                <w:szCs w:val="28"/>
              </w:rPr>
            </w:pPr>
            <w:r w:rsidRPr="009C3767">
              <w:rPr>
                <w:rFonts w:cs="Times New Roman"/>
                <w:sz w:val="28"/>
                <w:szCs w:val="28"/>
              </w:rPr>
              <w:t>địa bàn ổn định</w:t>
            </w:r>
          </w:p>
        </w:tc>
      </w:tr>
      <w:tr w:rsidR="00A730A0" w:rsidRPr="009C3767" w14:paraId="781978FD" w14:textId="77777777" w:rsidTr="00E73FFA">
        <w:trPr>
          <w:jc w:val="center"/>
        </w:trPr>
        <w:tc>
          <w:tcPr>
            <w:tcW w:w="1135" w:type="dxa"/>
            <w:tcMar>
              <w:top w:w="80" w:type="dxa"/>
              <w:left w:w="80" w:type="dxa"/>
              <w:bottom w:w="80" w:type="dxa"/>
              <w:right w:w="80" w:type="dxa"/>
            </w:tcMar>
          </w:tcPr>
          <w:p w14:paraId="7373345C" w14:textId="5E3DEDF5" w:rsidR="00A730A0" w:rsidRPr="009C3767" w:rsidRDefault="00A730A0" w:rsidP="0045062A">
            <w:pPr>
              <w:spacing w:before="60" w:after="60"/>
              <w:jc w:val="center"/>
              <w:rPr>
                <w:rFonts w:cs="Times New Roman"/>
                <w:sz w:val="28"/>
                <w:szCs w:val="28"/>
              </w:rPr>
            </w:pPr>
            <w:r w:rsidRPr="009C3767">
              <w:rPr>
                <w:rFonts w:cs="Times New Roman"/>
                <w:sz w:val="28"/>
                <w:szCs w:val="28"/>
              </w:rPr>
              <w:t>3</w:t>
            </w:r>
          </w:p>
        </w:tc>
        <w:tc>
          <w:tcPr>
            <w:tcW w:w="1701" w:type="dxa"/>
            <w:tcMar>
              <w:top w:w="80" w:type="dxa"/>
              <w:left w:w="80" w:type="dxa"/>
              <w:bottom w:w="80" w:type="dxa"/>
              <w:right w:w="80" w:type="dxa"/>
            </w:tcMar>
          </w:tcPr>
          <w:p w14:paraId="25AC92CD" w14:textId="7B5F13D1" w:rsidR="00A730A0" w:rsidRPr="009C3767" w:rsidRDefault="00A730A0" w:rsidP="0045062A">
            <w:pPr>
              <w:spacing w:before="60" w:after="60"/>
              <w:jc w:val="center"/>
              <w:rPr>
                <w:rFonts w:cs="Times New Roman"/>
                <w:sz w:val="28"/>
                <w:szCs w:val="28"/>
              </w:rPr>
            </w:pPr>
            <w:r w:rsidRPr="009C3767">
              <w:rPr>
                <w:rFonts w:cs="Times New Roman"/>
                <w:sz w:val="28"/>
                <w:szCs w:val="28"/>
              </w:rPr>
              <w:t>Tổ dân phố số 17</w:t>
            </w:r>
          </w:p>
        </w:tc>
        <w:tc>
          <w:tcPr>
            <w:tcW w:w="1276" w:type="dxa"/>
            <w:tcMar>
              <w:top w:w="80" w:type="dxa"/>
              <w:left w:w="80" w:type="dxa"/>
              <w:bottom w:w="80" w:type="dxa"/>
              <w:right w:w="80" w:type="dxa"/>
            </w:tcMar>
          </w:tcPr>
          <w:p w14:paraId="6888932B" w14:textId="62DE8BA1" w:rsidR="00A730A0" w:rsidRPr="009C3767" w:rsidRDefault="00E73FFA" w:rsidP="0045062A">
            <w:pPr>
              <w:spacing w:before="60" w:after="60"/>
              <w:jc w:val="center"/>
              <w:rPr>
                <w:rFonts w:cs="Times New Roman"/>
                <w:sz w:val="28"/>
                <w:szCs w:val="28"/>
              </w:rPr>
            </w:pPr>
            <w:r w:rsidRPr="009C3767">
              <w:rPr>
                <w:rFonts w:cs="Times New Roman"/>
                <w:sz w:val="28"/>
                <w:szCs w:val="28"/>
              </w:rPr>
              <w:t>TDP</w:t>
            </w:r>
          </w:p>
        </w:tc>
        <w:tc>
          <w:tcPr>
            <w:tcW w:w="992" w:type="dxa"/>
            <w:tcMar>
              <w:top w:w="80" w:type="dxa"/>
              <w:left w:w="80" w:type="dxa"/>
              <w:bottom w:w="80" w:type="dxa"/>
              <w:right w:w="80" w:type="dxa"/>
            </w:tcMar>
          </w:tcPr>
          <w:p w14:paraId="5A82CA83" w14:textId="5626F6DB" w:rsidR="00A730A0" w:rsidRPr="009C3767" w:rsidRDefault="00A730A0" w:rsidP="0045062A">
            <w:pPr>
              <w:spacing w:before="60" w:after="60"/>
              <w:jc w:val="center"/>
              <w:rPr>
                <w:rFonts w:cs="Times New Roman"/>
                <w:sz w:val="28"/>
                <w:szCs w:val="28"/>
              </w:rPr>
            </w:pPr>
            <w:r w:rsidRPr="009C3767">
              <w:rPr>
                <w:rFonts w:cs="Times New Roman"/>
                <w:sz w:val="28"/>
                <w:szCs w:val="28"/>
              </w:rPr>
              <w:t>744</w:t>
            </w:r>
          </w:p>
        </w:tc>
        <w:tc>
          <w:tcPr>
            <w:tcW w:w="1417" w:type="dxa"/>
            <w:tcMar>
              <w:top w:w="80" w:type="dxa"/>
              <w:left w:w="80" w:type="dxa"/>
              <w:bottom w:w="80" w:type="dxa"/>
              <w:right w:w="80" w:type="dxa"/>
            </w:tcMar>
          </w:tcPr>
          <w:p w14:paraId="669FE106" w14:textId="15C615C4" w:rsidR="00A730A0" w:rsidRPr="009C3767" w:rsidRDefault="00A730A0" w:rsidP="0045062A">
            <w:pPr>
              <w:spacing w:before="60" w:after="60"/>
              <w:jc w:val="center"/>
              <w:rPr>
                <w:rFonts w:cs="Times New Roman"/>
                <w:sz w:val="28"/>
                <w:szCs w:val="28"/>
              </w:rPr>
            </w:pPr>
            <w:r w:rsidRPr="009C3767">
              <w:rPr>
                <w:rFonts w:cs="Times New Roman"/>
                <w:sz w:val="28"/>
                <w:szCs w:val="28"/>
              </w:rPr>
              <w:t>2632</w:t>
            </w:r>
          </w:p>
        </w:tc>
        <w:tc>
          <w:tcPr>
            <w:tcW w:w="3166" w:type="dxa"/>
            <w:tcMar>
              <w:top w:w="80" w:type="dxa"/>
              <w:left w:w="80" w:type="dxa"/>
              <w:bottom w:w="80" w:type="dxa"/>
              <w:right w:w="80" w:type="dxa"/>
            </w:tcMar>
          </w:tcPr>
          <w:p w14:paraId="2F6C456F" w14:textId="77777777" w:rsidR="00E73FFA" w:rsidRPr="009C3767" w:rsidRDefault="00A730A0" w:rsidP="0045062A">
            <w:pPr>
              <w:spacing w:before="60" w:after="60"/>
              <w:jc w:val="center"/>
              <w:rPr>
                <w:rFonts w:cs="Times New Roman"/>
                <w:sz w:val="28"/>
                <w:szCs w:val="28"/>
              </w:rPr>
            </w:pPr>
            <w:r w:rsidRPr="009C3767">
              <w:rPr>
                <w:rFonts w:cs="Times New Roman"/>
                <w:sz w:val="28"/>
                <w:szCs w:val="28"/>
              </w:rPr>
              <w:t xml:space="preserve">Đạt tiêu chuẩn, </w:t>
            </w:r>
          </w:p>
          <w:p w14:paraId="1E88906D" w14:textId="6BDD9A10" w:rsidR="00A730A0" w:rsidRPr="009C3767" w:rsidRDefault="00A730A0" w:rsidP="0045062A">
            <w:pPr>
              <w:spacing w:before="60" w:after="60"/>
              <w:jc w:val="center"/>
              <w:rPr>
                <w:rFonts w:cs="Times New Roman"/>
                <w:sz w:val="28"/>
                <w:szCs w:val="28"/>
              </w:rPr>
            </w:pPr>
            <w:r w:rsidRPr="009C3767">
              <w:rPr>
                <w:rFonts w:cs="Times New Roman"/>
                <w:sz w:val="28"/>
                <w:szCs w:val="28"/>
              </w:rPr>
              <w:t>địa bàn ổn định</w:t>
            </w:r>
          </w:p>
        </w:tc>
      </w:tr>
    </w:tbl>
    <w:p w14:paraId="2845BC5C" w14:textId="77777777" w:rsidR="00102E8F" w:rsidRPr="009C3767" w:rsidRDefault="00723C88" w:rsidP="0045062A">
      <w:pPr>
        <w:spacing w:before="60" w:after="60"/>
        <w:ind w:left="709"/>
        <w:rPr>
          <w:rFonts w:cs="Times New Roman"/>
          <w:sz w:val="28"/>
          <w:szCs w:val="28"/>
        </w:rPr>
      </w:pPr>
      <w:r w:rsidRPr="009C3767">
        <w:rPr>
          <w:rFonts w:cs="Times New Roman"/>
          <w:b/>
          <w:sz w:val="28"/>
          <w:szCs w:val="28"/>
        </w:rPr>
        <w:t>VII. YÊU CẦU VỀ RANH GIỚI, BẢN ĐỒ VÀ DỮ LIỆU DÂN CƯ</w:t>
      </w:r>
    </w:p>
    <w:p w14:paraId="1657E5E6" w14:textId="77777777" w:rsidR="00102E8F" w:rsidRPr="009C3767" w:rsidRDefault="00723C88" w:rsidP="0045062A">
      <w:pPr>
        <w:spacing w:before="60" w:after="60"/>
        <w:ind w:firstLine="709"/>
        <w:jc w:val="both"/>
        <w:rPr>
          <w:rFonts w:cs="Times New Roman"/>
          <w:sz w:val="28"/>
          <w:szCs w:val="28"/>
        </w:rPr>
      </w:pPr>
      <w:r w:rsidRPr="009C3767">
        <w:rPr>
          <w:rFonts w:cs="Times New Roman"/>
          <w:sz w:val="28"/>
          <w:szCs w:val="28"/>
        </w:rPr>
        <w:t>Phương án ranh giới thôn, tổ dân phố sau sắp xếp phải thể hiện được tuyến ranh giới, mốc nhận diện, tuyến đường, ngõ, ngách, khu nhà, tòa nhà, cụm dân cư; bảo đảm không bỏ sót hộ dân, không chồng lấn địa bàn quản lý. Đối với khu chung cư, khu đô thị, cần thể hiện rõ tòa nhà, cụm nhà, ô đất, tuyến đường nội bộ, lối tiếp cận, điểm sinh hoạt cộng đồng và đầu mối quản lý dân cư.</w:t>
      </w:r>
    </w:p>
    <w:tbl>
      <w:tblPr>
        <w:tblW w:w="98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1510"/>
        <w:gridCol w:w="1117"/>
        <w:gridCol w:w="1130"/>
        <w:gridCol w:w="1111"/>
        <w:gridCol w:w="1119"/>
        <w:gridCol w:w="3265"/>
      </w:tblGrid>
      <w:tr w:rsidR="003E6C10" w:rsidRPr="009C3767" w14:paraId="5316A93A" w14:textId="77777777" w:rsidTr="001A6BEE">
        <w:trPr>
          <w:trHeight w:val="1003"/>
          <w:jc w:val="center"/>
        </w:trPr>
        <w:tc>
          <w:tcPr>
            <w:tcW w:w="562" w:type="dxa"/>
            <w:tcMar>
              <w:top w:w="80" w:type="dxa"/>
              <w:left w:w="80" w:type="dxa"/>
              <w:bottom w:w="80" w:type="dxa"/>
              <w:right w:w="80" w:type="dxa"/>
            </w:tcMar>
            <w:vAlign w:val="center"/>
          </w:tcPr>
          <w:p w14:paraId="7761A001" w14:textId="22966AAC" w:rsidR="003E6C10" w:rsidRPr="009C3767" w:rsidRDefault="003E6C10" w:rsidP="00390438">
            <w:pPr>
              <w:spacing w:after="0" w:line="264" w:lineRule="auto"/>
              <w:jc w:val="center"/>
              <w:rPr>
                <w:rFonts w:cs="Times New Roman"/>
                <w:sz w:val="28"/>
                <w:szCs w:val="28"/>
              </w:rPr>
            </w:pPr>
            <w:r w:rsidRPr="009C3767">
              <w:rPr>
                <w:rFonts w:cs="Times New Roman"/>
                <w:b/>
                <w:sz w:val="28"/>
                <w:szCs w:val="28"/>
              </w:rPr>
              <w:t>TT</w:t>
            </w:r>
          </w:p>
        </w:tc>
        <w:tc>
          <w:tcPr>
            <w:tcW w:w="1510" w:type="dxa"/>
            <w:tcMar>
              <w:top w:w="80" w:type="dxa"/>
              <w:left w:w="80" w:type="dxa"/>
              <w:bottom w:w="80" w:type="dxa"/>
              <w:right w:w="80" w:type="dxa"/>
            </w:tcMar>
            <w:vAlign w:val="center"/>
          </w:tcPr>
          <w:p w14:paraId="774445F7" w14:textId="7F870F23" w:rsidR="003E6C10" w:rsidRPr="009C3767" w:rsidRDefault="003E6C10" w:rsidP="00390438">
            <w:pPr>
              <w:spacing w:after="0" w:line="264" w:lineRule="auto"/>
              <w:jc w:val="center"/>
              <w:rPr>
                <w:rFonts w:cs="Times New Roman"/>
                <w:spacing w:val="-12"/>
                <w:sz w:val="28"/>
                <w:szCs w:val="28"/>
              </w:rPr>
            </w:pPr>
            <w:r w:rsidRPr="009C3767">
              <w:rPr>
                <w:rFonts w:cs="Times New Roman"/>
                <w:b/>
                <w:spacing w:val="-12"/>
                <w:sz w:val="28"/>
                <w:szCs w:val="28"/>
              </w:rPr>
              <w:t>Tên thôn/TDP sau sắp xếp</w:t>
            </w:r>
          </w:p>
        </w:tc>
        <w:tc>
          <w:tcPr>
            <w:tcW w:w="1117" w:type="dxa"/>
            <w:tcMar>
              <w:top w:w="80" w:type="dxa"/>
              <w:left w:w="80" w:type="dxa"/>
              <w:bottom w:w="80" w:type="dxa"/>
              <w:right w:w="80" w:type="dxa"/>
            </w:tcMar>
            <w:vAlign w:val="center"/>
          </w:tcPr>
          <w:p w14:paraId="113CFB76" w14:textId="7B5CBCEE" w:rsidR="003E6C10" w:rsidRPr="009C3767" w:rsidRDefault="003E6C10" w:rsidP="00390438">
            <w:pPr>
              <w:spacing w:after="0" w:line="264" w:lineRule="auto"/>
              <w:jc w:val="center"/>
              <w:rPr>
                <w:rFonts w:cs="Times New Roman"/>
                <w:spacing w:val="-12"/>
                <w:sz w:val="28"/>
                <w:szCs w:val="28"/>
              </w:rPr>
            </w:pPr>
            <w:r w:rsidRPr="009C3767">
              <w:rPr>
                <w:rFonts w:cs="Times New Roman"/>
                <w:b/>
                <w:spacing w:val="-12"/>
                <w:sz w:val="28"/>
                <w:szCs w:val="28"/>
              </w:rPr>
              <w:t>Ranh giới phía Đông</w:t>
            </w:r>
          </w:p>
        </w:tc>
        <w:tc>
          <w:tcPr>
            <w:tcW w:w="1130" w:type="dxa"/>
            <w:tcMar>
              <w:top w:w="80" w:type="dxa"/>
              <w:left w:w="80" w:type="dxa"/>
              <w:bottom w:w="80" w:type="dxa"/>
              <w:right w:w="80" w:type="dxa"/>
            </w:tcMar>
            <w:vAlign w:val="center"/>
          </w:tcPr>
          <w:p w14:paraId="6B87928A" w14:textId="2FC8E32F" w:rsidR="003E6C10" w:rsidRPr="009C3767" w:rsidRDefault="003E6C10" w:rsidP="00390438">
            <w:pPr>
              <w:spacing w:after="0" w:line="264" w:lineRule="auto"/>
              <w:jc w:val="center"/>
              <w:rPr>
                <w:rFonts w:cs="Times New Roman"/>
                <w:spacing w:val="-12"/>
                <w:sz w:val="28"/>
                <w:szCs w:val="28"/>
              </w:rPr>
            </w:pPr>
            <w:r w:rsidRPr="009C3767">
              <w:rPr>
                <w:rFonts w:cs="Times New Roman"/>
                <w:b/>
                <w:spacing w:val="-12"/>
                <w:sz w:val="28"/>
                <w:szCs w:val="28"/>
              </w:rPr>
              <w:t>Ranh giới phía Tây</w:t>
            </w:r>
          </w:p>
        </w:tc>
        <w:tc>
          <w:tcPr>
            <w:tcW w:w="1111" w:type="dxa"/>
            <w:tcMar>
              <w:top w:w="80" w:type="dxa"/>
              <w:left w:w="80" w:type="dxa"/>
              <w:bottom w:w="80" w:type="dxa"/>
              <w:right w:w="80" w:type="dxa"/>
            </w:tcMar>
            <w:vAlign w:val="center"/>
          </w:tcPr>
          <w:p w14:paraId="4B0DAC92" w14:textId="48C04B21" w:rsidR="003E6C10" w:rsidRPr="009C3767" w:rsidRDefault="003E6C10" w:rsidP="00390438">
            <w:pPr>
              <w:spacing w:after="0" w:line="264" w:lineRule="auto"/>
              <w:jc w:val="center"/>
              <w:rPr>
                <w:rFonts w:cs="Times New Roman"/>
                <w:spacing w:val="-12"/>
                <w:sz w:val="28"/>
                <w:szCs w:val="28"/>
              </w:rPr>
            </w:pPr>
            <w:r w:rsidRPr="009C3767">
              <w:rPr>
                <w:rFonts w:cs="Times New Roman"/>
                <w:b/>
                <w:spacing w:val="-12"/>
                <w:sz w:val="28"/>
                <w:szCs w:val="28"/>
              </w:rPr>
              <w:t>Ranh giới phía Nam</w:t>
            </w:r>
          </w:p>
        </w:tc>
        <w:tc>
          <w:tcPr>
            <w:tcW w:w="1119" w:type="dxa"/>
            <w:tcMar>
              <w:top w:w="80" w:type="dxa"/>
              <w:left w:w="80" w:type="dxa"/>
              <w:bottom w:w="80" w:type="dxa"/>
              <w:right w:w="80" w:type="dxa"/>
            </w:tcMar>
            <w:vAlign w:val="center"/>
          </w:tcPr>
          <w:p w14:paraId="66A2415E" w14:textId="140F0EA7" w:rsidR="003E6C10" w:rsidRPr="009C3767" w:rsidRDefault="003E6C10" w:rsidP="00390438">
            <w:pPr>
              <w:spacing w:after="0" w:line="264" w:lineRule="auto"/>
              <w:jc w:val="center"/>
              <w:rPr>
                <w:rFonts w:ascii="Times New Roman Bold" w:hAnsi="Times New Roman Bold" w:cs="Times New Roman"/>
                <w:spacing w:val="-12"/>
                <w:sz w:val="28"/>
                <w:szCs w:val="28"/>
              </w:rPr>
            </w:pPr>
            <w:r w:rsidRPr="009C3767">
              <w:rPr>
                <w:rFonts w:ascii="Times New Roman Bold" w:hAnsi="Times New Roman Bold" w:cs="Times New Roman"/>
                <w:b/>
                <w:spacing w:val="-12"/>
                <w:sz w:val="28"/>
                <w:szCs w:val="28"/>
              </w:rPr>
              <w:t>Ranh giới phía Bắc</w:t>
            </w:r>
          </w:p>
        </w:tc>
        <w:tc>
          <w:tcPr>
            <w:tcW w:w="3265" w:type="dxa"/>
            <w:tcMar>
              <w:top w:w="80" w:type="dxa"/>
              <w:left w:w="80" w:type="dxa"/>
              <w:bottom w:w="80" w:type="dxa"/>
              <w:right w:w="80" w:type="dxa"/>
            </w:tcMar>
            <w:vAlign w:val="center"/>
          </w:tcPr>
          <w:p w14:paraId="79B2954D" w14:textId="20B1D218" w:rsidR="003E6C10" w:rsidRPr="009C3767" w:rsidRDefault="003E6C10" w:rsidP="00390438">
            <w:pPr>
              <w:spacing w:after="0" w:line="264" w:lineRule="auto"/>
              <w:jc w:val="center"/>
              <w:rPr>
                <w:rFonts w:cs="Times New Roman"/>
                <w:sz w:val="28"/>
                <w:szCs w:val="28"/>
              </w:rPr>
            </w:pPr>
            <w:r w:rsidRPr="009C3767">
              <w:rPr>
                <w:rFonts w:cs="Times New Roman"/>
                <w:b/>
                <w:sz w:val="28"/>
                <w:szCs w:val="28"/>
              </w:rPr>
              <w:t>Mốc/tuyến nhận diện chính</w:t>
            </w:r>
          </w:p>
        </w:tc>
      </w:tr>
      <w:tr w:rsidR="003E6C10" w:rsidRPr="009C3767" w14:paraId="469EF57E" w14:textId="77777777" w:rsidTr="001A6BEE">
        <w:trPr>
          <w:trHeight w:val="578"/>
          <w:jc w:val="center"/>
        </w:trPr>
        <w:tc>
          <w:tcPr>
            <w:tcW w:w="562" w:type="dxa"/>
            <w:tcMar>
              <w:top w:w="80" w:type="dxa"/>
              <w:left w:w="80" w:type="dxa"/>
              <w:bottom w:w="80" w:type="dxa"/>
              <w:right w:w="80" w:type="dxa"/>
            </w:tcMar>
          </w:tcPr>
          <w:p w14:paraId="3C2D07D8" w14:textId="2E5432A9" w:rsidR="003E6C10" w:rsidRPr="009C3767" w:rsidRDefault="003E6C10" w:rsidP="00390438">
            <w:pPr>
              <w:spacing w:after="0" w:line="264" w:lineRule="auto"/>
              <w:jc w:val="center"/>
              <w:rPr>
                <w:rFonts w:cs="Times New Roman"/>
                <w:sz w:val="28"/>
                <w:szCs w:val="28"/>
              </w:rPr>
            </w:pPr>
            <w:r w:rsidRPr="009C3767">
              <w:rPr>
                <w:rFonts w:cs="Times New Roman"/>
                <w:sz w:val="28"/>
                <w:szCs w:val="28"/>
              </w:rPr>
              <w:t>1</w:t>
            </w:r>
          </w:p>
        </w:tc>
        <w:tc>
          <w:tcPr>
            <w:tcW w:w="1510" w:type="dxa"/>
            <w:tcMar>
              <w:top w:w="80" w:type="dxa"/>
              <w:left w:w="80" w:type="dxa"/>
              <w:bottom w:w="80" w:type="dxa"/>
              <w:right w:w="80" w:type="dxa"/>
            </w:tcMar>
          </w:tcPr>
          <w:p w14:paraId="2692B8E5" w14:textId="6F283CC8" w:rsidR="003E6C10" w:rsidRPr="009C3767" w:rsidRDefault="003E6C10" w:rsidP="00390438">
            <w:pPr>
              <w:spacing w:after="0" w:line="264" w:lineRule="auto"/>
              <w:jc w:val="center"/>
              <w:rPr>
                <w:rFonts w:cs="Times New Roman"/>
                <w:sz w:val="28"/>
                <w:szCs w:val="28"/>
              </w:rPr>
            </w:pPr>
            <w:r w:rsidRPr="009C3767">
              <w:rPr>
                <w:rFonts w:cs="Times New Roman"/>
                <w:sz w:val="28"/>
                <w:szCs w:val="28"/>
              </w:rPr>
              <w:t>Tứ Hiệp 1</w:t>
            </w:r>
          </w:p>
        </w:tc>
        <w:tc>
          <w:tcPr>
            <w:tcW w:w="1117" w:type="dxa"/>
            <w:tcMar>
              <w:top w:w="80" w:type="dxa"/>
              <w:left w:w="80" w:type="dxa"/>
              <w:bottom w:w="80" w:type="dxa"/>
              <w:right w:w="80" w:type="dxa"/>
            </w:tcMar>
          </w:tcPr>
          <w:p w14:paraId="65CBF158" w14:textId="44D0B31D" w:rsidR="003E6C10" w:rsidRPr="009C3767" w:rsidRDefault="003E6C10" w:rsidP="00390438">
            <w:pPr>
              <w:spacing w:after="0" w:line="264" w:lineRule="auto"/>
              <w:jc w:val="center"/>
              <w:rPr>
                <w:rFonts w:cs="Times New Roman"/>
                <w:sz w:val="28"/>
                <w:szCs w:val="28"/>
              </w:rPr>
            </w:pPr>
            <w:r w:rsidRPr="009C3767">
              <w:rPr>
                <w:rFonts w:cs="Times New Roman"/>
                <w:sz w:val="28"/>
                <w:szCs w:val="28"/>
              </w:rPr>
              <w:t>Khu đất nông nghiệp Đầm Lớn</w:t>
            </w:r>
          </w:p>
        </w:tc>
        <w:tc>
          <w:tcPr>
            <w:tcW w:w="1130" w:type="dxa"/>
            <w:tcMar>
              <w:top w:w="80" w:type="dxa"/>
              <w:left w:w="80" w:type="dxa"/>
              <w:bottom w:w="80" w:type="dxa"/>
              <w:right w:w="80" w:type="dxa"/>
            </w:tcMar>
          </w:tcPr>
          <w:p w14:paraId="5BF6BA19" w14:textId="179453A8" w:rsidR="003E6C10" w:rsidRPr="009C3767" w:rsidRDefault="003E6C10" w:rsidP="00390438">
            <w:pPr>
              <w:spacing w:after="0" w:line="264" w:lineRule="auto"/>
              <w:jc w:val="center"/>
              <w:rPr>
                <w:rFonts w:cs="Times New Roman"/>
                <w:sz w:val="28"/>
                <w:szCs w:val="28"/>
              </w:rPr>
            </w:pPr>
            <w:r w:rsidRPr="009C3767">
              <w:rPr>
                <w:rFonts w:cs="Times New Roman"/>
                <w:sz w:val="28"/>
                <w:szCs w:val="28"/>
              </w:rPr>
              <w:t>Khu dân cư xã Thanh Trì</w:t>
            </w:r>
          </w:p>
        </w:tc>
        <w:tc>
          <w:tcPr>
            <w:tcW w:w="1111" w:type="dxa"/>
            <w:tcMar>
              <w:top w:w="80" w:type="dxa"/>
              <w:left w:w="80" w:type="dxa"/>
              <w:bottom w:w="80" w:type="dxa"/>
              <w:right w:w="80" w:type="dxa"/>
            </w:tcMar>
          </w:tcPr>
          <w:p w14:paraId="234E37F6" w14:textId="305A1824" w:rsidR="003E6C10" w:rsidRPr="009C3767" w:rsidRDefault="003E6C10" w:rsidP="00390438">
            <w:pPr>
              <w:spacing w:after="0" w:line="264" w:lineRule="auto"/>
              <w:jc w:val="center"/>
              <w:rPr>
                <w:rFonts w:cs="Times New Roman"/>
                <w:sz w:val="28"/>
                <w:szCs w:val="28"/>
              </w:rPr>
            </w:pPr>
            <w:r w:rsidRPr="009C3767">
              <w:rPr>
                <w:rFonts w:cs="Times New Roman"/>
                <w:sz w:val="28"/>
                <w:szCs w:val="28"/>
              </w:rPr>
              <w:t>Khu dân cư xã Thanh Trì và Đê sông Hồng</w:t>
            </w:r>
          </w:p>
        </w:tc>
        <w:tc>
          <w:tcPr>
            <w:tcW w:w="1119" w:type="dxa"/>
            <w:tcMar>
              <w:top w:w="80" w:type="dxa"/>
              <w:left w:w="80" w:type="dxa"/>
              <w:bottom w:w="80" w:type="dxa"/>
              <w:right w:w="80" w:type="dxa"/>
            </w:tcMar>
          </w:tcPr>
          <w:p w14:paraId="0AC59AE8" w14:textId="0B5CFB31" w:rsidR="003E6C10" w:rsidRPr="009C3767" w:rsidRDefault="003E6C10" w:rsidP="00390438">
            <w:pPr>
              <w:spacing w:after="0" w:line="264" w:lineRule="auto"/>
              <w:jc w:val="center"/>
              <w:rPr>
                <w:rFonts w:cs="Times New Roman"/>
                <w:sz w:val="28"/>
                <w:szCs w:val="28"/>
              </w:rPr>
            </w:pPr>
            <w:r w:rsidRPr="009C3767">
              <w:rPr>
                <w:rFonts w:cs="Times New Roman"/>
                <w:sz w:val="28"/>
                <w:szCs w:val="28"/>
              </w:rPr>
              <w:t>Sông Tô Lịch</w:t>
            </w:r>
          </w:p>
        </w:tc>
        <w:tc>
          <w:tcPr>
            <w:tcW w:w="3265" w:type="dxa"/>
            <w:tcMar>
              <w:top w:w="80" w:type="dxa"/>
              <w:left w:w="80" w:type="dxa"/>
              <w:bottom w:w="80" w:type="dxa"/>
              <w:right w:w="80" w:type="dxa"/>
            </w:tcMar>
          </w:tcPr>
          <w:p w14:paraId="59D47525" w14:textId="1A44E780" w:rsidR="003E6C10" w:rsidRPr="009C3767" w:rsidRDefault="003E6C10" w:rsidP="00390438">
            <w:pPr>
              <w:spacing w:after="0" w:line="264" w:lineRule="auto"/>
              <w:jc w:val="center"/>
              <w:rPr>
                <w:rFonts w:cs="Times New Roman"/>
                <w:sz w:val="28"/>
                <w:szCs w:val="28"/>
              </w:rPr>
            </w:pPr>
            <w:r w:rsidRPr="009C3767">
              <w:rPr>
                <w:rFonts w:cs="Times New Roman"/>
                <w:sz w:val="28"/>
                <w:szCs w:val="28"/>
              </w:rPr>
              <w:t xml:space="preserve">Từ ngã tư giao cắt giữa đường Nguyễn Bồ - Nguyễn Bặc chạy theo tim đường Nguyễn Bặc và đường Tứ Hiệp đến đê sông Hồng; bao gồm Khu dân cư thôn Văn Điển (cũ), tòa CT4,5,6 khu đô thị Hồng Hà và toàn bộ diện tích đất nông nghiệp của xã Tứ Hiệp (cũ) phía Đông của đường cao tốc Pháp Vân </w:t>
            </w:r>
            <w:r w:rsidR="00140DE4" w:rsidRPr="009C3767">
              <w:rPr>
                <w:rFonts w:cs="Times New Roman"/>
                <w:sz w:val="28"/>
                <w:szCs w:val="28"/>
              </w:rPr>
              <w:t>-</w:t>
            </w:r>
            <w:r w:rsidRPr="009C3767">
              <w:rPr>
                <w:rFonts w:cs="Times New Roman"/>
                <w:sz w:val="28"/>
                <w:szCs w:val="28"/>
              </w:rPr>
              <w:t xml:space="preserve"> Cầu Giẽ</w:t>
            </w:r>
          </w:p>
        </w:tc>
      </w:tr>
      <w:tr w:rsidR="003E6C10" w:rsidRPr="009C3767" w14:paraId="1D985A50" w14:textId="77777777" w:rsidTr="001A6BEE">
        <w:trPr>
          <w:trHeight w:val="644"/>
          <w:jc w:val="center"/>
        </w:trPr>
        <w:tc>
          <w:tcPr>
            <w:tcW w:w="562" w:type="dxa"/>
            <w:tcMar>
              <w:top w:w="80" w:type="dxa"/>
              <w:left w:w="80" w:type="dxa"/>
              <w:bottom w:w="80" w:type="dxa"/>
              <w:right w:w="80" w:type="dxa"/>
            </w:tcMar>
          </w:tcPr>
          <w:p w14:paraId="2766F275"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lastRenderedPageBreak/>
              <w:t>2</w:t>
            </w:r>
          </w:p>
        </w:tc>
        <w:tc>
          <w:tcPr>
            <w:tcW w:w="1510" w:type="dxa"/>
            <w:tcMar>
              <w:top w:w="80" w:type="dxa"/>
              <w:left w:w="80" w:type="dxa"/>
              <w:bottom w:w="80" w:type="dxa"/>
              <w:right w:w="80" w:type="dxa"/>
            </w:tcMar>
          </w:tcPr>
          <w:p w14:paraId="33704AEC"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Tứ Hiệp 2</w:t>
            </w:r>
          </w:p>
        </w:tc>
        <w:tc>
          <w:tcPr>
            <w:tcW w:w="1117" w:type="dxa"/>
            <w:tcMar>
              <w:top w:w="80" w:type="dxa"/>
              <w:left w:w="80" w:type="dxa"/>
              <w:bottom w:w="80" w:type="dxa"/>
              <w:right w:w="80" w:type="dxa"/>
            </w:tcMar>
          </w:tcPr>
          <w:p w14:paraId="75F70018" w14:textId="0734863D" w:rsidR="003E6C10" w:rsidRPr="009C3767" w:rsidRDefault="003E6C10" w:rsidP="001A6BEE">
            <w:pPr>
              <w:spacing w:after="0" w:line="240" w:lineRule="auto"/>
              <w:jc w:val="center"/>
              <w:rPr>
                <w:rFonts w:cs="Times New Roman"/>
                <w:sz w:val="28"/>
                <w:szCs w:val="28"/>
              </w:rPr>
            </w:pPr>
            <w:r w:rsidRPr="009C3767">
              <w:rPr>
                <w:rFonts w:cs="Times New Roman"/>
                <w:sz w:val="28"/>
                <w:szCs w:val="28"/>
              </w:rPr>
              <w:t xml:space="preserve">Đường cao tốc Pháp Vân </w:t>
            </w:r>
            <w:r w:rsidR="00047411" w:rsidRPr="009C3767">
              <w:rPr>
                <w:rFonts w:cs="Times New Roman"/>
                <w:sz w:val="28"/>
                <w:szCs w:val="28"/>
              </w:rPr>
              <w:t>-</w:t>
            </w:r>
            <w:r w:rsidRPr="009C3767">
              <w:rPr>
                <w:rFonts w:cs="Times New Roman"/>
                <w:sz w:val="28"/>
                <w:szCs w:val="28"/>
              </w:rPr>
              <w:t xml:space="preserve"> Cầu Giẽ </w:t>
            </w:r>
          </w:p>
        </w:tc>
        <w:tc>
          <w:tcPr>
            <w:tcW w:w="1130" w:type="dxa"/>
            <w:tcMar>
              <w:top w:w="80" w:type="dxa"/>
              <w:left w:w="80" w:type="dxa"/>
              <w:bottom w:w="80" w:type="dxa"/>
              <w:right w:w="80" w:type="dxa"/>
            </w:tcMar>
          </w:tcPr>
          <w:p w14:paraId="1FCB9A0C" w14:textId="77777777" w:rsidR="003E6C10" w:rsidRPr="009C3767" w:rsidRDefault="003E6C10" w:rsidP="001A6BEE">
            <w:pPr>
              <w:spacing w:after="0" w:line="240" w:lineRule="auto"/>
              <w:rPr>
                <w:rFonts w:cs="Times New Roman"/>
                <w:sz w:val="28"/>
                <w:szCs w:val="28"/>
              </w:rPr>
            </w:pPr>
            <w:r w:rsidRPr="009C3767">
              <w:rPr>
                <w:rFonts w:cs="Times New Roman"/>
                <w:sz w:val="28"/>
                <w:szCs w:val="28"/>
              </w:rPr>
              <w:t>Đường trục chính khu đô thị Hồng Hà</w:t>
            </w:r>
          </w:p>
        </w:tc>
        <w:tc>
          <w:tcPr>
            <w:tcW w:w="1111" w:type="dxa"/>
            <w:tcMar>
              <w:top w:w="80" w:type="dxa"/>
              <w:left w:w="80" w:type="dxa"/>
              <w:bottom w:w="80" w:type="dxa"/>
              <w:right w:w="80" w:type="dxa"/>
            </w:tcMar>
          </w:tcPr>
          <w:p w14:paraId="60E1859D"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trục chính khu đô thị Hồng Hà</w:t>
            </w:r>
          </w:p>
        </w:tc>
        <w:tc>
          <w:tcPr>
            <w:tcW w:w="1119" w:type="dxa"/>
            <w:tcMar>
              <w:top w:w="80" w:type="dxa"/>
              <w:left w:w="80" w:type="dxa"/>
              <w:bottom w:w="80" w:type="dxa"/>
              <w:right w:w="80" w:type="dxa"/>
            </w:tcMar>
          </w:tcPr>
          <w:p w14:paraId="46CFCE46"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Bệnh viện nội tiết và Chung cư Vinh Hạnh</w:t>
            </w:r>
          </w:p>
        </w:tc>
        <w:tc>
          <w:tcPr>
            <w:tcW w:w="3265" w:type="dxa"/>
            <w:tcMar>
              <w:top w:w="80" w:type="dxa"/>
              <w:left w:w="80" w:type="dxa"/>
              <w:bottom w:w="80" w:type="dxa"/>
              <w:right w:w="80" w:type="dxa"/>
            </w:tcMar>
          </w:tcPr>
          <w:p w14:paraId="2D291F09"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Gồm các tòa chung cư CT 11,12,13, 15,16 và các trường Mầm Non, THCS, công viên cây xanh của khu đô thị Hồng Hà</w:t>
            </w:r>
          </w:p>
        </w:tc>
      </w:tr>
      <w:tr w:rsidR="003E6C10" w:rsidRPr="009C3767" w14:paraId="47A9D601" w14:textId="77777777" w:rsidTr="001A6BEE">
        <w:trPr>
          <w:trHeight w:val="644"/>
          <w:jc w:val="center"/>
        </w:trPr>
        <w:tc>
          <w:tcPr>
            <w:tcW w:w="562" w:type="dxa"/>
            <w:tcMar>
              <w:top w:w="80" w:type="dxa"/>
              <w:left w:w="80" w:type="dxa"/>
              <w:bottom w:w="80" w:type="dxa"/>
              <w:right w:w="80" w:type="dxa"/>
            </w:tcMar>
          </w:tcPr>
          <w:p w14:paraId="78CD71D2"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3</w:t>
            </w:r>
          </w:p>
        </w:tc>
        <w:tc>
          <w:tcPr>
            <w:tcW w:w="1510" w:type="dxa"/>
            <w:tcMar>
              <w:top w:w="80" w:type="dxa"/>
              <w:left w:w="80" w:type="dxa"/>
              <w:bottom w:w="80" w:type="dxa"/>
              <w:right w:w="80" w:type="dxa"/>
            </w:tcMar>
          </w:tcPr>
          <w:p w14:paraId="7C947F6B"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Tứ Hiệp 3</w:t>
            </w:r>
          </w:p>
        </w:tc>
        <w:tc>
          <w:tcPr>
            <w:tcW w:w="1117" w:type="dxa"/>
            <w:tcMar>
              <w:top w:w="80" w:type="dxa"/>
              <w:left w:w="80" w:type="dxa"/>
              <w:bottom w:w="80" w:type="dxa"/>
              <w:right w:w="80" w:type="dxa"/>
            </w:tcMar>
          </w:tcPr>
          <w:p w14:paraId="67E92F12" w14:textId="5E182002" w:rsidR="003E6C10" w:rsidRPr="009C3767" w:rsidRDefault="003E6C10" w:rsidP="001A6BEE">
            <w:pPr>
              <w:spacing w:after="0" w:line="240" w:lineRule="auto"/>
              <w:jc w:val="center"/>
              <w:rPr>
                <w:rFonts w:cs="Times New Roman"/>
                <w:sz w:val="28"/>
                <w:szCs w:val="28"/>
              </w:rPr>
            </w:pPr>
            <w:r w:rsidRPr="009C3767">
              <w:rPr>
                <w:rFonts w:cs="Times New Roman"/>
                <w:sz w:val="28"/>
                <w:szCs w:val="28"/>
              </w:rPr>
              <w:t xml:space="preserve">Đường cao tốc Pháp Vân </w:t>
            </w:r>
            <w:r w:rsidR="00AF3906" w:rsidRPr="009C3767">
              <w:rPr>
                <w:rFonts w:cs="Times New Roman"/>
                <w:sz w:val="28"/>
                <w:szCs w:val="28"/>
              </w:rPr>
              <w:t>-</w:t>
            </w:r>
            <w:r w:rsidRPr="009C3767">
              <w:rPr>
                <w:rFonts w:cs="Times New Roman"/>
                <w:sz w:val="28"/>
                <w:szCs w:val="28"/>
              </w:rPr>
              <w:t>Cầu Giẽ</w:t>
            </w:r>
          </w:p>
        </w:tc>
        <w:tc>
          <w:tcPr>
            <w:tcW w:w="1130" w:type="dxa"/>
            <w:tcMar>
              <w:top w:w="80" w:type="dxa"/>
              <w:left w:w="80" w:type="dxa"/>
              <w:bottom w:w="80" w:type="dxa"/>
              <w:right w:w="80" w:type="dxa"/>
            </w:tcMar>
          </w:tcPr>
          <w:p w14:paraId="77BFA179"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trục chính khu đô thị Hồng Hà</w:t>
            </w:r>
          </w:p>
        </w:tc>
        <w:tc>
          <w:tcPr>
            <w:tcW w:w="1111" w:type="dxa"/>
            <w:tcMar>
              <w:top w:w="80" w:type="dxa"/>
              <w:left w:w="80" w:type="dxa"/>
              <w:bottom w:w="80" w:type="dxa"/>
              <w:right w:w="80" w:type="dxa"/>
            </w:tcMar>
          </w:tcPr>
          <w:p w14:paraId="0DA29A4B"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Trường THCS Chu Văn An và tòa CT 15,16</w:t>
            </w:r>
          </w:p>
        </w:tc>
        <w:tc>
          <w:tcPr>
            <w:tcW w:w="1119" w:type="dxa"/>
            <w:tcMar>
              <w:top w:w="80" w:type="dxa"/>
              <w:left w:w="80" w:type="dxa"/>
              <w:bottom w:w="80" w:type="dxa"/>
              <w:right w:w="80" w:type="dxa"/>
            </w:tcMar>
          </w:tcPr>
          <w:p w14:paraId="3205E220"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Nguyễn Bồ</w:t>
            </w:r>
          </w:p>
        </w:tc>
        <w:tc>
          <w:tcPr>
            <w:tcW w:w="3265" w:type="dxa"/>
            <w:tcMar>
              <w:top w:w="80" w:type="dxa"/>
              <w:left w:w="80" w:type="dxa"/>
              <w:bottom w:w="80" w:type="dxa"/>
              <w:right w:w="80" w:type="dxa"/>
            </w:tcMar>
          </w:tcPr>
          <w:p w14:paraId="26C0A5EA"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Gồm tòa chung cư Vinh Hạnh, Bệnh viện Nội tiết</w:t>
            </w:r>
          </w:p>
        </w:tc>
      </w:tr>
      <w:tr w:rsidR="003E6C10" w:rsidRPr="009C3767" w14:paraId="1A801BAB" w14:textId="77777777" w:rsidTr="001A6BEE">
        <w:trPr>
          <w:trHeight w:val="644"/>
          <w:jc w:val="center"/>
        </w:trPr>
        <w:tc>
          <w:tcPr>
            <w:tcW w:w="562" w:type="dxa"/>
            <w:tcMar>
              <w:top w:w="80" w:type="dxa"/>
              <w:left w:w="80" w:type="dxa"/>
              <w:bottom w:w="80" w:type="dxa"/>
              <w:right w:w="80" w:type="dxa"/>
            </w:tcMar>
          </w:tcPr>
          <w:p w14:paraId="5983AF97"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4</w:t>
            </w:r>
          </w:p>
        </w:tc>
        <w:tc>
          <w:tcPr>
            <w:tcW w:w="1510" w:type="dxa"/>
            <w:tcMar>
              <w:top w:w="80" w:type="dxa"/>
              <w:left w:w="80" w:type="dxa"/>
              <w:bottom w:w="80" w:type="dxa"/>
              <w:right w:w="80" w:type="dxa"/>
            </w:tcMar>
          </w:tcPr>
          <w:p w14:paraId="2BF41BC8"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Pháp Vân 1</w:t>
            </w:r>
          </w:p>
        </w:tc>
        <w:tc>
          <w:tcPr>
            <w:tcW w:w="1117" w:type="dxa"/>
            <w:tcMar>
              <w:top w:w="80" w:type="dxa"/>
              <w:left w:w="80" w:type="dxa"/>
              <w:bottom w:w="80" w:type="dxa"/>
              <w:right w:w="80" w:type="dxa"/>
            </w:tcMar>
          </w:tcPr>
          <w:p w14:paraId="4EDA9F06"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nội bộ khu đô thị Pháp Vân</w:t>
            </w:r>
          </w:p>
        </w:tc>
        <w:tc>
          <w:tcPr>
            <w:tcW w:w="1130" w:type="dxa"/>
            <w:tcMar>
              <w:top w:w="80" w:type="dxa"/>
              <w:left w:w="80" w:type="dxa"/>
              <w:bottom w:w="80" w:type="dxa"/>
              <w:right w:w="80" w:type="dxa"/>
            </w:tcMar>
          </w:tcPr>
          <w:p w14:paraId="34137B14"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Ngọc Hồi</w:t>
            </w:r>
          </w:p>
        </w:tc>
        <w:tc>
          <w:tcPr>
            <w:tcW w:w="1111" w:type="dxa"/>
            <w:tcMar>
              <w:top w:w="80" w:type="dxa"/>
              <w:left w:w="80" w:type="dxa"/>
              <w:bottom w:w="80" w:type="dxa"/>
              <w:right w:w="80" w:type="dxa"/>
            </w:tcMar>
          </w:tcPr>
          <w:p w14:paraId="6A657632"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Sông Tô Lịch</w:t>
            </w:r>
          </w:p>
        </w:tc>
        <w:tc>
          <w:tcPr>
            <w:tcW w:w="1119" w:type="dxa"/>
            <w:tcMar>
              <w:top w:w="80" w:type="dxa"/>
              <w:left w:w="80" w:type="dxa"/>
              <w:bottom w:w="80" w:type="dxa"/>
              <w:right w:w="80" w:type="dxa"/>
            </w:tcMar>
          </w:tcPr>
          <w:p w14:paraId="51744463"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Khu đô thị Rose Town</w:t>
            </w:r>
          </w:p>
        </w:tc>
        <w:tc>
          <w:tcPr>
            <w:tcW w:w="3265" w:type="dxa"/>
            <w:tcMar>
              <w:top w:w="80" w:type="dxa"/>
              <w:left w:w="80" w:type="dxa"/>
              <w:bottom w:w="80" w:type="dxa"/>
              <w:right w:w="80" w:type="dxa"/>
            </w:tcMar>
          </w:tcPr>
          <w:p w14:paraId="74707D34"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Gồm các khu dân cư truyền thống và nhà tập thể thuộc ngõ 83, ngõ 161, ngõ 207 và 209 đường Ngọc Hồi; Chung cư Hoàng Dương</w:t>
            </w:r>
          </w:p>
        </w:tc>
      </w:tr>
      <w:tr w:rsidR="003E6C10" w:rsidRPr="009C3767" w14:paraId="1654DA71" w14:textId="77777777" w:rsidTr="001A6BEE">
        <w:trPr>
          <w:trHeight w:val="644"/>
          <w:jc w:val="center"/>
        </w:trPr>
        <w:tc>
          <w:tcPr>
            <w:tcW w:w="562" w:type="dxa"/>
            <w:tcMar>
              <w:top w:w="80" w:type="dxa"/>
              <w:left w:w="80" w:type="dxa"/>
              <w:bottom w:w="80" w:type="dxa"/>
              <w:right w:w="80" w:type="dxa"/>
            </w:tcMar>
          </w:tcPr>
          <w:p w14:paraId="50D5C562" w14:textId="58D76866" w:rsidR="003E6C10" w:rsidRPr="009C3767" w:rsidRDefault="003E6C10" w:rsidP="001A6BEE">
            <w:pPr>
              <w:spacing w:after="0" w:line="240" w:lineRule="auto"/>
              <w:jc w:val="center"/>
              <w:rPr>
                <w:rFonts w:cs="Times New Roman"/>
                <w:sz w:val="28"/>
                <w:szCs w:val="28"/>
              </w:rPr>
            </w:pPr>
            <w:r w:rsidRPr="009C3767">
              <w:rPr>
                <w:rFonts w:cs="Times New Roman"/>
                <w:sz w:val="28"/>
                <w:szCs w:val="28"/>
              </w:rPr>
              <w:t>5</w:t>
            </w:r>
          </w:p>
        </w:tc>
        <w:tc>
          <w:tcPr>
            <w:tcW w:w="1510" w:type="dxa"/>
            <w:tcMar>
              <w:top w:w="80" w:type="dxa"/>
              <w:left w:w="80" w:type="dxa"/>
              <w:bottom w:w="80" w:type="dxa"/>
              <w:right w:w="80" w:type="dxa"/>
            </w:tcMar>
          </w:tcPr>
          <w:p w14:paraId="3402114D" w14:textId="1DE9D438" w:rsidR="003E6C10" w:rsidRPr="009C3767" w:rsidRDefault="003E6C10" w:rsidP="001A6BEE">
            <w:pPr>
              <w:spacing w:after="0" w:line="240" w:lineRule="auto"/>
              <w:jc w:val="center"/>
              <w:rPr>
                <w:rFonts w:cs="Times New Roman"/>
                <w:sz w:val="28"/>
                <w:szCs w:val="28"/>
              </w:rPr>
            </w:pPr>
            <w:r w:rsidRPr="009C3767">
              <w:rPr>
                <w:rFonts w:cs="Times New Roman"/>
                <w:sz w:val="28"/>
                <w:szCs w:val="28"/>
              </w:rPr>
              <w:t>Pháp Vân 2</w:t>
            </w:r>
          </w:p>
        </w:tc>
        <w:tc>
          <w:tcPr>
            <w:tcW w:w="1117" w:type="dxa"/>
            <w:tcMar>
              <w:top w:w="80" w:type="dxa"/>
              <w:left w:w="80" w:type="dxa"/>
              <w:bottom w:w="80" w:type="dxa"/>
              <w:right w:w="80" w:type="dxa"/>
            </w:tcMar>
          </w:tcPr>
          <w:p w14:paraId="4E5E8280" w14:textId="2E7F26D6" w:rsidR="003E6C10" w:rsidRPr="009C3767" w:rsidRDefault="003E6C10" w:rsidP="001A6BEE">
            <w:pPr>
              <w:spacing w:after="0" w:line="240" w:lineRule="auto"/>
              <w:jc w:val="center"/>
              <w:rPr>
                <w:rFonts w:cs="Times New Roman"/>
                <w:sz w:val="28"/>
                <w:szCs w:val="28"/>
              </w:rPr>
            </w:pPr>
            <w:r w:rsidRPr="009C3767">
              <w:rPr>
                <w:rFonts w:cs="Times New Roman"/>
                <w:sz w:val="28"/>
                <w:szCs w:val="28"/>
              </w:rPr>
              <w:t>Chung cư Phương Đông, Kênh xả Yên Sở</w:t>
            </w:r>
          </w:p>
        </w:tc>
        <w:tc>
          <w:tcPr>
            <w:tcW w:w="1130" w:type="dxa"/>
            <w:tcMar>
              <w:top w:w="80" w:type="dxa"/>
              <w:left w:w="80" w:type="dxa"/>
              <w:bottom w:w="80" w:type="dxa"/>
              <w:right w:w="80" w:type="dxa"/>
            </w:tcMar>
          </w:tcPr>
          <w:p w14:paraId="1AC145F0" w14:textId="5F01A5F3"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Ngọc Hồi, Đường cao tốc Pháp Vân - Cầu Giẽ</w:t>
            </w:r>
          </w:p>
        </w:tc>
        <w:tc>
          <w:tcPr>
            <w:tcW w:w="1111" w:type="dxa"/>
            <w:tcMar>
              <w:top w:w="80" w:type="dxa"/>
              <w:left w:w="80" w:type="dxa"/>
              <w:bottom w:w="80" w:type="dxa"/>
              <w:right w:w="80" w:type="dxa"/>
            </w:tcMar>
          </w:tcPr>
          <w:p w14:paraId="03A4CF13" w14:textId="5D483CAF" w:rsidR="003E6C10" w:rsidRPr="009C3767" w:rsidRDefault="003E6C10" w:rsidP="001A6BEE">
            <w:pPr>
              <w:spacing w:after="0" w:line="240" w:lineRule="auto"/>
              <w:jc w:val="center"/>
              <w:rPr>
                <w:rFonts w:cs="Times New Roman"/>
                <w:sz w:val="28"/>
                <w:szCs w:val="28"/>
              </w:rPr>
            </w:pPr>
            <w:r w:rsidRPr="009C3767">
              <w:rPr>
                <w:rFonts w:cs="Times New Roman"/>
                <w:sz w:val="28"/>
                <w:szCs w:val="28"/>
              </w:rPr>
              <w:t>Dự án Rose Town, Sông Tô Lịch</w:t>
            </w:r>
          </w:p>
        </w:tc>
        <w:tc>
          <w:tcPr>
            <w:tcW w:w="1119" w:type="dxa"/>
            <w:tcMar>
              <w:top w:w="80" w:type="dxa"/>
              <w:left w:w="80" w:type="dxa"/>
              <w:bottom w:w="80" w:type="dxa"/>
              <w:right w:w="80" w:type="dxa"/>
            </w:tcMar>
          </w:tcPr>
          <w:p w14:paraId="64A8B8EF" w14:textId="374CE482"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Đỗ Mười</w:t>
            </w:r>
          </w:p>
        </w:tc>
        <w:tc>
          <w:tcPr>
            <w:tcW w:w="3265" w:type="dxa"/>
            <w:tcMar>
              <w:top w:w="80" w:type="dxa"/>
              <w:left w:w="80" w:type="dxa"/>
              <w:bottom w:w="80" w:type="dxa"/>
              <w:right w:w="80" w:type="dxa"/>
            </w:tcMar>
          </w:tcPr>
          <w:p w14:paraId="37CB8908" w14:textId="1BE72E63" w:rsidR="003E6C10" w:rsidRPr="009C3767" w:rsidRDefault="003E6C10" w:rsidP="001A6BEE">
            <w:pPr>
              <w:spacing w:after="0" w:line="240" w:lineRule="auto"/>
              <w:jc w:val="center"/>
              <w:rPr>
                <w:rFonts w:cs="Times New Roman"/>
                <w:sz w:val="28"/>
                <w:szCs w:val="28"/>
              </w:rPr>
            </w:pPr>
            <w:r w:rsidRPr="009C3767">
              <w:rPr>
                <w:rFonts w:cs="Times New Roman"/>
                <w:sz w:val="28"/>
                <w:szCs w:val="28"/>
              </w:rPr>
              <w:t xml:space="preserve">Từ khu vực Bến xe Nước Ngầm đến khu tập thể Bao Bì, các Tòa từ Nơ 1 đến Nơ 5, Khu BT6, Tòa Sinh viên A5, A6 và Tập thể T59 </w:t>
            </w:r>
          </w:p>
        </w:tc>
      </w:tr>
      <w:tr w:rsidR="003E6C10" w:rsidRPr="009C3767" w14:paraId="422D5269" w14:textId="77777777" w:rsidTr="001A6BEE">
        <w:trPr>
          <w:trHeight w:val="644"/>
          <w:jc w:val="center"/>
        </w:trPr>
        <w:tc>
          <w:tcPr>
            <w:tcW w:w="562" w:type="dxa"/>
            <w:tcMar>
              <w:top w:w="80" w:type="dxa"/>
              <w:left w:w="80" w:type="dxa"/>
              <w:bottom w:w="80" w:type="dxa"/>
              <w:right w:w="80" w:type="dxa"/>
            </w:tcMar>
          </w:tcPr>
          <w:p w14:paraId="361C6FD3" w14:textId="03D793CC" w:rsidR="003E6C10" w:rsidRPr="009C3767" w:rsidRDefault="003E6C10" w:rsidP="001A6BEE">
            <w:pPr>
              <w:spacing w:after="0" w:line="240" w:lineRule="auto"/>
              <w:jc w:val="center"/>
              <w:rPr>
                <w:rFonts w:cs="Times New Roman"/>
                <w:sz w:val="28"/>
                <w:szCs w:val="28"/>
              </w:rPr>
            </w:pPr>
            <w:r w:rsidRPr="009C3767">
              <w:rPr>
                <w:rFonts w:cs="Times New Roman"/>
                <w:sz w:val="28"/>
                <w:szCs w:val="28"/>
              </w:rPr>
              <w:t>6</w:t>
            </w:r>
          </w:p>
        </w:tc>
        <w:tc>
          <w:tcPr>
            <w:tcW w:w="1510" w:type="dxa"/>
            <w:tcMar>
              <w:top w:w="80" w:type="dxa"/>
              <w:left w:w="80" w:type="dxa"/>
              <w:bottom w:w="80" w:type="dxa"/>
              <w:right w:w="80" w:type="dxa"/>
            </w:tcMar>
          </w:tcPr>
          <w:p w14:paraId="7BFAC56B"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Pháp Vân 3</w:t>
            </w:r>
          </w:p>
        </w:tc>
        <w:tc>
          <w:tcPr>
            <w:tcW w:w="1117" w:type="dxa"/>
            <w:tcMar>
              <w:top w:w="80" w:type="dxa"/>
              <w:left w:w="80" w:type="dxa"/>
              <w:bottom w:w="80" w:type="dxa"/>
              <w:right w:w="80" w:type="dxa"/>
            </w:tcMar>
          </w:tcPr>
          <w:p w14:paraId="5E749CEB"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Đường Trần Thủ Độ</w:t>
            </w:r>
          </w:p>
        </w:tc>
        <w:tc>
          <w:tcPr>
            <w:tcW w:w="1130" w:type="dxa"/>
            <w:tcMar>
              <w:top w:w="80" w:type="dxa"/>
              <w:left w:w="80" w:type="dxa"/>
              <w:bottom w:w="80" w:type="dxa"/>
              <w:right w:w="80" w:type="dxa"/>
            </w:tcMar>
          </w:tcPr>
          <w:p w14:paraId="3AB4D7BC" w14:textId="7204E45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Khu dân cư Quốc Bảo</w:t>
            </w:r>
          </w:p>
        </w:tc>
        <w:tc>
          <w:tcPr>
            <w:tcW w:w="1111" w:type="dxa"/>
            <w:tcMar>
              <w:top w:w="80" w:type="dxa"/>
              <w:left w:w="80" w:type="dxa"/>
              <w:bottom w:w="80" w:type="dxa"/>
              <w:right w:w="80" w:type="dxa"/>
            </w:tcMar>
          </w:tcPr>
          <w:p w14:paraId="46C52482"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Sông Tô Lịch</w:t>
            </w:r>
          </w:p>
        </w:tc>
        <w:tc>
          <w:tcPr>
            <w:tcW w:w="1119" w:type="dxa"/>
            <w:tcMar>
              <w:top w:w="80" w:type="dxa"/>
              <w:left w:w="80" w:type="dxa"/>
              <w:bottom w:w="80" w:type="dxa"/>
              <w:right w:w="80" w:type="dxa"/>
            </w:tcMar>
          </w:tcPr>
          <w:p w14:paraId="14166792"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Công ty Oto 3</w:t>
            </w:r>
          </w:p>
        </w:tc>
        <w:tc>
          <w:tcPr>
            <w:tcW w:w="3265" w:type="dxa"/>
            <w:tcMar>
              <w:top w:w="80" w:type="dxa"/>
              <w:left w:w="80" w:type="dxa"/>
              <w:bottom w:w="80" w:type="dxa"/>
              <w:right w:w="80" w:type="dxa"/>
            </w:tcMar>
          </w:tcPr>
          <w:p w14:paraId="3A90056F" w14:textId="77777777" w:rsidR="003E6C10" w:rsidRPr="009C3767" w:rsidRDefault="003E6C10" w:rsidP="001A6BEE">
            <w:pPr>
              <w:spacing w:after="0" w:line="240" w:lineRule="auto"/>
              <w:jc w:val="center"/>
              <w:rPr>
                <w:rFonts w:cs="Times New Roman"/>
                <w:sz w:val="28"/>
                <w:szCs w:val="28"/>
              </w:rPr>
            </w:pPr>
            <w:r w:rsidRPr="009C3767">
              <w:rPr>
                <w:rFonts w:cs="Times New Roman"/>
                <w:sz w:val="28"/>
                <w:szCs w:val="28"/>
              </w:rPr>
              <w:t>Bao gồm các tòa Chung cư: Athena, Nơ 6,7,8,9; khu Biệt thự BT 3,4,5</w:t>
            </w:r>
          </w:p>
        </w:tc>
      </w:tr>
      <w:tr w:rsidR="003E6C10" w:rsidRPr="009C3767" w14:paraId="5BF0E1E3" w14:textId="77777777" w:rsidTr="001A6BEE">
        <w:trPr>
          <w:trHeight w:val="644"/>
          <w:jc w:val="center"/>
        </w:trPr>
        <w:tc>
          <w:tcPr>
            <w:tcW w:w="562" w:type="dxa"/>
            <w:tcMar>
              <w:top w:w="80" w:type="dxa"/>
              <w:left w:w="80" w:type="dxa"/>
              <w:bottom w:w="80" w:type="dxa"/>
              <w:right w:w="80" w:type="dxa"/>
            </w:tcMar>
          </w:tcPr>
          <w:p w14:paraId="5FBF4CE0" w14:textId="3DC914D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7</w:t>
            </w:r>
          </w:p>
        </w:tc>
        <w:tc>
          <w:tcPr>
            <w:tcW w:w="1510" w:type="dxa"/>
            <w:tcMar>
              <w:top w:w="80" w:type="dxa"/>
              <w:left w:w="80" w:type="dxa"/>
              <w:bottom w:w="80" w:type="dxa"/>
              <w:right w:w="80" w:type="dxa"/>
            </w:tcMar>
          </w:tcPr>
          <w:p w14:paraId="48F51932"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Pháp Vân 4</w:t>
            </w:r>
          </w:p>
        </w:tc>
        <w:tc>
          <w:tcPr>
            <w:tcW w:w="1117" w:type="dxa"/>
            <w:tcMar>
              <w:top w:w="80" w:type="dxa"/>
              <w:left w:w="80" w:type="dxa"/>
              <w:bottom w:w="80" w:type="dxa"/>
              <w:right w:w="80" w:type="dxa"/>
            </w:tcMar>
          </w:tcPr>
          <w:p w14:paraId="7DD47B9C" w14:textId="79A8E6FF"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 xml:space="preserve">Đường Cao tốc Pháp Vân </w:t>
            </w:r>
            <w:r w:rsidR="00E73FFA" w:rsidRPr="009C3767">
              <w:rPr>
                <w:rFonts w:cs="Times New Roman"/>
                <w:sz w:val="28"/>
                <w:szCs w:val="28"/>
              </w:rPr>
              <w:t>-</w:t>
            </w:r>
            <w:r w:rsidRPr="009C3767">
              <w:rPr>
                <w:rFonts w:cs="Times New Roman"/>
                <w:sz w:val="28"/>
                <w:szCs w:val="28"/>
              </w:rPr>
              <w:t xml:space="preserve"> Cầu Giẽ</w:t>
            </w:r>
          </w:p>
        </w:tc>
        <w:tc>
          <w:tcPr>
            <w:tcW w:w="1130" w:type="dxa"/>
            <w:tcMar>
              <w:top w:w="80" w:type="dxa"/>
              <w:left w:w="80" w:type="dxa"/>
              <w:bottom w:w="80" w:type="dxa"/>
              <w:right w:w="80" w:type="dxa"/>
            </w:tcMar>
          </w:tcPr>
          <w:p w14:paraId="5B9717D1"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Trần Thủ Độ</w:t>
            </w:r>
          </w:p>
        </w:tc>
        <w:tc>
          <w:tcPr>
            <w:tcW w:w="1111" w:type="dxa"/>
            <w:tcMar>
              <w:top w:w="80" w:type="dxa"/>
              <w:left w:w="80" w:type="dxa"/>
              <w:bottom w:w="80" w:type="dxa"/>
              <w:right w:w="80" w:type="dxa"/>
            </w:tcMar>
          </w:tcPr>
          <w:p w14:paraId="4E79886A"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Sông Tô Lịch</w:t>
            </w:r>
          </w:p>
        </w:tc>
        <w:tc>
          <w:tcPr>
            <w:tcW w:w="1119" w:type="dxa"/>
            <w:tcMar>
              <w:top w:w="80" w:type="dxa"/>
              <w:left w:w="80" w:type="dxa"/>
              <w:bottom w:w="80" w:type="dxa"/>
              <w:right w:w="80" w:type="dxa"/>
            </w:tcMar>
          </w:tcPr>
          <w:p w14:paraId="27731C08"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Tòa Sinh viên A5,6</w:t>
            </w:r>
          </w:p>
        </w:tc>
        <w:tc>
          <w:tcPr>
            <w:tcW w:w="3265" w:type="dxa"/>
            <w:tcMar>
              <w:top w:w="80" w:type="dxa"/>
              <w:left w:w="80" w:type="dxa"/>
              <w:bottom w:w="80" w:type="dxa"/>
              <w:right w:w="80" w:type="dxa"/>
            </w:tcMar>
          </w:tcPr>
          <w:p w14:paraId="06072A5D"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Bao gồm các tòa chung cư Nơ 18 đến Nơ 23; South Building; tòa SV A1 đến A4; Khu BT 1,2</w:t>
            </w:r>
          </w:p>
        </w:tc>
      </w:tr>
      <w:tr w:rsidR="003E6C10" w:rsidRPr="009C3767" w14:paraId="0DBAD25A" w14:textId="77777777" w:rsidTr="001A6BEE">
        <w:trPr>
          <w:trHeight w:val="644"/>
          <w:jc w:val="center"/>
        </w:trPr>
        <w:tc>
          <w:tcPr>
            <w:tcW w:w="562" w:type="dxa"/>
            <w:tcMar>
              <w:top w:w="80" w:type="dxa"/>
              <w:left w:w="80" w:type="dxa"/>
              <w:bottom w:w="80" w:type="dxa"/>
              <w:right w:w="80" w:type="dxa"/>
            </w:tcMar>
          </w:tcPr>
          <w:p w14:paraId="3FB238A0" w14:textId="0AF2250C"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lastRenderedPageBreak/>
              <w:t>8</w:t>
            </w:r>
          </w:p>
        </w:tc>
        <w:tc>
          <w:tcPr>
            <w:tcW w:w="1510" w:type="dxa"/>
            <w:tcMar>
              <w:top w:w="80" w:type="dxa"/>
              <w:left w:w="80" w:type="dxa"/>
              <w:bottom w:w="80" w:type="dxa"/>
              <w:right w:w="80" w:type="dxa"/>
            </w:tcMar>
          </w:tcPr>
          <w:p w14:paraId="3333333C" w14:textId="54697898"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Pháp Vân 5</w:t>
            </w:r>
          </w:p>
        </w:tc>
        <w:tc>
          <w:tcPr>
            <w:tcW w:w="1117" w:type="dxa"/>
            <w:tcMar>
              <w:top w:w="80" w:type="dxa"/>
              <w:left w:w="80" w:type="dxa"/>
              <w:bottom w:w="80" w:type="dxa"/>
              <w:right w:w="80" w:type="dxa"/>
            </w:tcMar>
          </w:tcPr>
          <w:p w14:paraId="4E4147DB"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Tòa chung cư Nơ1 đến Nơ4</w:t>
            </w:r>
          </w:p>
        </w:tc>
        <w:tc>
          <w:tcPr>
            <w:tcW w:w="1130" w:type="dxa"/>
            <w:tcMar>
              <w:top w:w="80" w:type="dxa"/>
              <w:left w:w="80" w:type="dxa"/>
              <w:bottom w:w="80" w:type="dxa"/>
              <w:right w:w="80" w:type="dxa"/>
            </w:tcMar>
          </w:tcPr>
          <w:p w14:paraId="396E8C34"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Ngọc Hồi</w:t>
            </w:r>
          </w:p>
        </w:tc>
        <w:tc>
          <w:tcPr>
            <w:tcW w:w="1111" w:type="dxa"/>
            <w:tcMar>
              <w:top w:w="80" w:type="dxa"/>
              <w:left w:w="80" w:type="dxa"/>
              <w:bottom w:w="80" w:type="dxa"/>
              <w:right w:w="80" w:type="dxa"/>
            </w:tcMar>
          </w:tcPr>
          <w:p w14:paraId="61057317"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Công ty ABB</w:t>
            </w:r>
          </w:p>
        </w:tc>
        <w:tc>
          <w:tcPr>
            <w:tcW w:w="1119" w:type="dxa"/>
            <w:tcMar>
              <w:top w:w="80" w:type="dxa"/>
              <w:left w:w="80" w:type="dxa"/>
              <w:bottom w:w="80" w:type="dxa"/>
              <w:right w:w="80" w:type="dxa"/>
            </w:tcMar>
          </w:tcPr>
          <w:p w14:paraId="291D2F25" w14:textId="2B7832B8"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Khu tập thể Bao Bì</w:t>
            </w:r>
          </w:p>
        </w:tc>
        <w:tc>
          <w:tcPr>
            <w:tcW w:w="3265" w:type="dxa"/>
            <w:tcMar>
              <w:top w:w="80" w:type="dxa"/>
              <w:left w:w="80" w:type="dxa"/>
              <w:bottom w:w="80" w:type="dxa"/>
              <w:right w:w="80" w:type="dxa"/>
            </w:tcMar>
          </w:tcPr>
          <w:p w14:paraId="5FA66699" w14:textId="5E9DCED8"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Gồm các tòa chung cư và khu nhà vườn thuộc Dự án Rose Town</w:t>
            </w:r>
          </w:p>
        </w:tc>
      </w:tr>
      <w:tr w:rsidR="003E6C10" w:rsidRPr="009C3767" w14:paraId="4325FBB6" w14:textId="77777777" w:rsidTr="001A6BEE">
        <w:trPr>
          <w:trHeight w:val="644"/>
          <w:jc w:val="center"/>
        </w:trPr>
        <w:tc>
          <w:tcPr>
            <w:tcW w:w="562" w:type="dxa"/>
            <w:tcMar>
              <w:top w:w="80" w:type="dxa"/>
              <w:left w:w="80" w:type="dxa"/>
              <w:bottom w:w="80" w:type="dxa"/>
              <w:right w:w="80" w:type="dxa"/>
            </w:tcMar>
          </w:tcPr>
          <w:p w14:paraId="5005192B" w14:textId="11A0B20D"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9</w:t>
            </w:r>
          </w:p>
        </w:tc>
        <w:tc>
          <w:tcPr>
            <w:tcW w:w="1510" w:type="dxa"/>
            <w:tcMar>
              <w:top w:w="80" w:type="dxa"/>
              <w:left w:w="80" w:type="dxa"/>
              <w:bottom w:w="80" w:type="dxa"/>
              <w:right w:w="80" w:type="dxa"/>
            </w:tcMar>
          </w:tcPr>
          <w:p w14:paraId="6EA35D29" w14:textId="7936D19C"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Pháp Vân 6</w:t>
            </w:r>
          </w:p>
        </w:tc>
        <w:tc>
          <w:tcPr>
            <w:tcW w:w="1117" w:type="dxa"/>
            <w:tcMar>
              <w:top w:w="80" w:type="dxa"/>
              <w:left w:w="80" w:type="dxa"/>
              <w:bottom w:w="80" w:type="dxa"/>
              <w:right w:w="80" w:type="dxa"/>
            </w:tcMar>
          </w:tcPr>
          <w:p w14:paraId="0C39E63C"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Cao tốc Pháp Vân – Cầu Giẽ</w:t>
            </w:r>
          </w:p>
        </w:tc>
        <w:tc>
          <w:tcPr>
            <w:tcW w:w="1130" w:type="dxa"/>
            <w:tcMar>
              <w:top w:w="80" w:type="dxa"/>
              <w:left w:w="80" w:type="dxa"/>
              <w:bottom w:w="80" w:type="dxa"/>
              <w:right w:w="80" w:type="dxa"/>
            </w:tcMar>
          </w:tcPr>
          <w:p w14:paraId="2442347C"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Trần Thủ Độ</w:t>
            </w:r>
          </w:p>
        </w:tc>
        <w:tc>
          <w:tcPr>
            <w:tcW w:w="1111" w:type="dxa"/>
            <w:tcMar>
              <w:top w:w="80" w:type="dxa"/>
              <w:left w:w="80" w:type="dxa"/>
              <w:bottom w:w="80" w:type="dxa"/>
              <w:right w:w="80" w:type="dxa"/>
            </w:tcMar>
          </w:tcPr>
          <w:p w14:paraId="1AE444BA" w14:textId="477164C4"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Ngõ 15 kéo dài nối đường cao tốc</w:t>
            </w:r>
          </w:p>
        </w:tc>
        <w:tc>
          <w:tcPr>
            <w:tcW w:w="1119" w:type="dxa"/>
            <w:tcMar>
              <w:top w:w="80" w:type="dxa"/>
              <w:left w:w="80" w:type="dxa"/>
              <w:bottom w:w="80" w:type="dxa"/>
              <w:right w:w="80" w:type="dxa"/>
            </w:tcMar>
          </w:tcPr>
          <w:p w14:paraId="422D5894"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Đỗ Mười</w:t>
            </w:r>
          </w:p>
        </w:tc>
        <w:tc>
          <w:tcPr>
            <w:tcW w:w="3265" w:type="dxa"/>
            <w:tcMar>
              <w:top w:w="80" w:type="dxa"/>
              <w:left w:w="80" w:type="dxa"/>
              <w:bottom w:w="80" w:type="dxa"/>
              <w:right w:w="80" w:type="dxa"/>
            </w:tcMar>
          </w:tcPr>
          <w:p w14:paraId="60AC0AC4" w14:textId="4520E439"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Gồm Chung cư Phương Đông, đất của các tổ chức Traphaco, Nhà máy nước Pháp Vân và khu  6,5ha xử lý chất thải rắn xây dựng Toàn Cầu</w:t>
            </w:r>
          </w:p>
        </w:tc>
      </w:tr>
      <w:tr w:rsidR="003E6C10" w:rsidRPr="009C3767" w14:paraId="782C9350" w14:textId="77777777" w:rsidTr="001A6BEE">
        <w:trPr>
          <w:trHeight w:val="644"/>
          <w:jc w:val="center"/>
        </w:trPr>
        <w:tc>
          <w:tcPr>
            <w:tcW w:w="562" w:type="dxa"/>
            <w:tcMar>
              <w:top w:w="80" w:type="dxa"/>
              <w:left w:w="80" w:type="dxa"/>
              <w:bottom w:w="80" w:type="dxa"/>
              <w:right w:w="80" w:type="dxa"/>
            </w:tcMar>
          </w:tcPr>
          <w:p w14:paraId="0164665D"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10</w:t>
            </w:r>
          </w:p>
        </w:tc>
        <w:tc>
          <w:tcPr>
            <w:tcW w:w="1510" w:type="dxa"/>
            <w:tcMar>
              <w:top w:w="80" w:type="dxa"/>
              <w:left w:w="80" w:type="dxa"/>
              <w:bottom w:w="80" w:type="dxa"/>
              <w:right w:w="80" w:type="dxa"/>
            </w:tcMar>
          </w:tcPr>
          <w:p w14:paraId="03B7A02E"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Hưng Phúc</w:t>
            </w:r>
          </w:p>
        </w:tc>
        <w:tc>
          <w:tcPr>
            <w:tcW w:w="1117" w:type="dxa"/>
            <w:tcMar>
              <w:top w:w="80" w:type="dxa"/>
              <w:left w:w="80" w:type="dxa"/>
              <w:bottom w:w="80" w:type="dxa"/>
              <w:right w:w="80" w:type="dxa"/>
            </w:tcMar>
          </w:tcPr>
          <w:p w14:paraId="3688C680"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Đê sông Hồng</w:t>
            </w:r>
          </w:p>
        </w:tc>
        <w:tc>
          <w:tcPr>
            <w:tcW w:w="1130" w:type="dxa"/>
            <w:tcMar>
              <w:top w:w="80" w:type="dxa"/>
              <w:left w:w="80" w:type="dxa"/>
              <w:bottom w:w="80" w:type="dxa"/>
              <w:right w:w="80" w:type="dxa"/>
            </w:tcMar>
          </w:tcPr>
          <w:p w14:paraId="3833EDE8" w14:textId="0F996A9F"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 xml:space="preserve">Đường Cao tốc Pháp Vân </w:t>
            </w:r>
            <w:r w:rsidR="00AF3906" w:rsidRPr="009C3767">
              <w:rPr>
                <w:rFonts w:cs="Times New Roman"/>
                <w:sz w:val="28"/>
                <w:szCs w:val="28"/>
              </w:rPr>
              <w:t>-</w:t>
            </w:r>
            <w:r w:rsidRPr="009C3767">
              <w:rPr>
                <w:rFonts w:cs="Times New Roman"/>
                <w:sz w:val="28"/>
                <w:szCs w:val="28"/>
              </w:rPr>
              <w:t xml:space="preserve"> Cầu Giẽ và Kênh xả Yên Sở</w:t>
            </w:r>
          </w:p>
        </w:tc>
        <w:tc>
          <w:tcPr>
            <w:tcW w:w="1111" w:type="dxa"/>
            <w:tcMar>
              <w:top w:w="80" w:type="dxa"/>
              <w:left w:w="80" w:type="dxa"/>
              <w:bottom w:w="80" w:type="dxa"/>
              <w:right w:w="80" w:type="dxa"/>
            </w:tcMar>
          </w:tcPr>
          <w:p w14:paraId="3B3AA9DC"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Sông Tô Lịch và đất nông nghiệp Tứ Hiệp</w:t>
            </w:r>
          </w:p>
        </w:tc>
        <w:tc>
          <w:tcPr>
            <w:tcW w:w="1119" w:type="dxa"/>
            <w:tcMar>
              <w:top w:w="80" w:type="dxa"/>
              <w:left w:w="80" w:type="dxa"/>
              <w:bottom w:w="80" w:type="dxa"/>
              <w:right w:w="80" w:type="dxa"/>
            </w:tcMar>
          </w:tcPr>
          <w:p w14:paraId="549328D3"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Đỗ Mười (vành đai 3)</w:t>
            </w:r>
          </w:p>
        </w:tc>
        <w:tc>
          <w:tcPr>
            <w:tcW w:w="3265" w:type="dxa"/>
            <w:tcMar>
              <w:top w:w="80" w:type="dxa"/>
              <w:left w:w="80" w:type="dxa"/>
              <w:bottom w:w="80" w:type="dxa"/>
              <w:right w:w="80" w:type="dxa"/>
            </w:tcMar>
          </w:tcPr>
          <w:p w14:paraId="2C920091"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Bao gồm khu dân cư truyền thống của Phường Yên Sở (cũ), khu X2A, Công viên Gamuda và đất nông nghiệp Đầm Lớn</w:t>
            </w:r>
          </w:p>
        </w:tc>
      </w:tr>
      <w:tr w:rsidR="003E6C10" w:rsidRPr="009C3767" w14:paraId="2DA2AEFC" w14:textId="77777777" w:rsidTr="001A6BEE">
        <w:trPr>
          <w:trHeight w:val="644"/>
          <w:jc w:val="center"/>
        </w:trPr>
        <w:tc>
          <w:tcPr>
            <w:tcW w:w="562" w:type="dxa"/>
            <w:tcMar>
              <w:top w:w="80" w:type="dxa"/>
              <w:left w:w="80" w:type="dxa"/>
              <w:bottom w:w="80" w:type="dxa"/>
              <w:right w:w="80" w:type="dxa"/>
            </w:tcMar>
          </w:tcPr>
          <w:p w14:paraId="611C5FB1"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11</w:t>
            </w:r>
          </w:p>
        </w:tc>
        <w:tc>
          <w:tcPr>
            <w:tcW w:w="1510" w:type="dxa"/>
            <w:tcMar>
              <w:top w:w="80" w:type="dxa"/>
              <w:left w:w="80" w:type="dxa"/>
              <w:bottom w:w="80" w:type="dxa"/>
              <w:right w:w="80" w:type="dxa"/>
            </w:tcMar>
          </w:tcPr>
          <w:p w14:paraId="188FFE6B"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Hưng Thịnh</w:t>
            </w:r>
          </w:p>
        </w:tc>
        <w:tc>
          <w:tcPr>
            <w:tcW w:w="1117" w:type="dxa"/>
            <w:tcMar>
              <w:top w:w="80" w:type="dxa"/>
              <w:left w:w="80" w:type="dxa"/>
              <w:bottom w:w="80" w:type="dxa"/>
              <w:right w:w="80" w:type="dxa"/>
            </w:tcMar>
          </w:tcPr>
          <w:p w14:paraId="671FFEAC"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Phố Hưng Thịnh</w:t>
            </w:r>
          </w:p>
        </w:tc>
        <w:tc>
          <w:tcPr>
            <w:tcW w:w="1130" w:type="dxa"/>
            <w:tcMar>
              <w:top w:w="80" w:type="dxa"/>
              <w:left w:w="80" w:type="dxa"/>
              <w:bottom w:w="80" w:type="dxa"/>
              <w:right w:w="80" w:type="dxa"/>
            </w:tcMar>
          </w:tcPr>
          <w:p w14:paraId="517A0857"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Giáp công viên Gamuda</w:t>
            </w:r>
          </w:p>
        </w:tc>
        <w:tc>
          <w:tcPr>
            <w:tcW w:w="1111" w:type="dxa"/>
            <w:tcMar>
              <w:top w:w="80" w:type="dxa"/>
              <w:left w:w="80" w:type="dxa"/>
              <w:bottom w:w="80" w:type="dxa"/>
              <w:right w:w="80" w:type="dxa"/>
            </w:tcMar>
          </w:tcPr>
          <w:p w14:paraId="519ED51C"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Khu X2A</w:t>
            </w:r>
          </w:p>
        </w:tc>
        <w:tc>
          <w:tcPr>
            <w:tcW w:w="1119" w:type="dxa"/>
            <w:tcMar>
              <w:top w:w="80" w:type="dxa"/>
              <w:left w:w="80" w:type="dxa"/>
              <w:bottom w:w="80" w:type="dxa"/>
              <w:right w:w="80" w:type="dxa"/>
            </w:tcMar>
          </w:tcPr>
          <w:p w14:paraId="55627567" w14:textId="77777777"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Đường Đỗ Mười (vành đai 3)</w:t>
            </w:r>
          </w:p>
        </w:tc>
        <w:tc>
          <w:tcPr>
            <w:tcW w:w="3265" w:type="dxa"/>
            <w:tcMar>
              <w:top w:w="80" w:type="dxa"/>
              <w:left w:w="80" w:type="dxa"/>
              <w:bottom w:w="80" w:type="dxa"/>
              <w:right w:w="80" w:type="dxa"/>
            </w:tcMar>
          </w:tcPr>
          <w:p w14:paraId="3D3ECF47" w14:textId="5CB95549" w:rsidR="003E6C10" w:rsidRPr="009C3767" w:rsidRDefault="003E6C10" w:rsidP="001A6BEE">
            <w:pPr>
              <w:spacing w:before="60" w:after="60" w:line="240" w:lineRule="auto"/>
              <w:jc w:val="center"/>
              <w:rPr>
                <w:rFonts w:cs="Times New Roman"/>
                <w:sz w:val="28"/>
                <w:szCs w:val="28"/>
              </w:rPr>
            </w:pPr>
            <w:r w:rsidRPr="009C3767">
              <w:rPr>
                <w:rFonts w:cs="Times New Roman"/>
                <w:sz w:val="28"/>
                <w:szCs w:val="28"/>
              </w:rPr>
              <w:t>Bao gồm Khu chung cư Hateco, Bến xe Khách Yên Sở và cây xăng Thụy Dương</w:t>
            </w:r>
          </w:p>
        </w:tc>
      </w:tr>
    </w:tbl>
    <w:p w14:paraId="6EE62773" w14:textId="77777777" w:rsidR="001A6BEE" w:rsidRPr="009C3767" w:rsidRDefault="001A6BEE" w:rsidP="0045062A">
      <w:pPr>
        <w:spacing w:before="60" w:after="60"/>
        <w:ind w:left="709"/>
        <w:rPr>
          <w:rFonts w:cs="Times New Roman"/>
          <w:b/>
          <w:sz w:val="16"/>
          <w:szCs w:val="16"/>
        </w:rPr>
      </w:pPr>
    </w:p>
    <w:p w14:paraId="694CE0A2" w14:textId="41121CC2" w:rsidR="00102E8F" w:rsidRPr="009C3767" w:rsidRDefault="00723C88" w:rsidP="0045062A">
      <w:pPr>
        <w:spacing w:before="60" w:after="60"/>
        <w:ind w:left="709"/>
        <w:rPr>
          <w:rFonts w:cs="Times New Roman"/>
          <w:sz w:val="28"/>
          <w:szCs w:val="28"/>
        </w:rPr>
      </w:pPr>
      <w:r w:rsidRPr="009C3767">
        <w:rPr>
          <w:rFonts w:cs="Times New Roman"/>
          <w:b/>
          <w:sz w:val="28"/>
          <w:szCs w:val="28"/>
        </w:rPr>
        <w:t>VIII. TỔ CHỨC LẤY Ý KIẾN NHÂN DÂN</w:t>
      </w:r>
    </w:p>
    <w:p w14:paraId="21D3E709" w14:textId="77777777" w:rsidR="003E6C10" w:rsidRPr="009C3767" w:rsidRDefault="003E6C10" w:rsidP="0045062A">
      <w:pPr>
        <w:spacing w:before="60" w:after="60"/>
        <w:ind w:firstLine="709"/>
        <w:rPr>
          <w:rFonts w:cs="Times New Roman"/>
          <w:sz w:val="28"/>
          <w:szCs w:val="28"/>
        </w:rPr>
      </w:pPr>
      <w:r w:rsidRPr="009C3767">
        <w:rPr>
          <w:rFonts w:cs="Times New Roman"/>
          <w:b/>
          <w:sz w:val="28"/>
          <w:szCs w:val="28"/>
        </w:rPr>
        <w:t>1. Đối tượng lấy ý kiến</w:t>
      </w:r>
    </w:p>
    <w:p w14:paraId="59531005" w14:textId="77777777" w:rsidR="003E6C10" w:rsidRPr="009C3767" w:rsidRDefault="003E6C10" w:rsidP="0045062A">
      <w:pPr>
        <w:spacing w:before="60" w:after="60"/>
        <w:ind w:firstLine="709"/>
        <w:jc w:val="both"/>
        <w:rPr>
          <w:rFonts w:cs="Times New Roman"/>
          <w:sz w:val="28"/>
          <w:szCs w:val="28"/>
        </w:rPr>
      </w:pPr>
      <w:r w:rsidRPr="009C3767">
        <w:rPr>
          <w:rFonts w:cs="Times New Roman"/>
          <w:sz w:val="28"/>
          <w:szCs w:val="28"/>
        </w:rPr>
        <w:t>Việc lấy ý kiến được thực hiện đối với cử tri đại diện hộ gia đình tại các tổ dân phố, khu dân cư, khu chung cư chịu tác động trực tiếp của phương án sắp xếp, gồm các tổ dân phố dự kiến sáp nhập, chia tách, thành lập mới, đổi tên hoặc điều chỉnh ranh giới.</w:t>
      </w:r>
    </w:p>
    <w:p w14:paraId="629A8228" w14:textId="77777777" w:rsidR="003E6C10" w:rsidRPr="009C3767" w:rsidRDefault="003E6C10" w:rsidP="0045062A">
      <w:pPr>
        <w:spacing w:before="60" w:after="60"/>
        <w:ind w:firstLine="709"/>
        <w:jc w:val="both"/>
        <w:rPr>
          <w:rFonts w:cs="Times New Roman"/>
          <w:sz w:val="28"/>
          <w:szCs w:val="28"/>
          <w:lang w:val="vi-VN"/>
        </w:rPr>
      </w:pPr>
      <w:r w:rsidRPr="009C3767">
        <w:rPr>
          <w:rFonts w:cs="Times New Roman"/>
          <w:sz w:val="28"/>
          <w:szCs w:val="28"/>
        </w:rPr>
        <w:t>Các địa bàn lấy ý kiến gồm: Tổ dân phố số 1, số 2, số 3, số 4, số 5, số 6, số 7A, số 7B, số 9, số 15, số 16, số 17, số 18, số 19, số 20; khu Chung cư Rose Town; khu Chung cư Phương Đông; khu South Building + BT1 và các khu vực dân cư có liên quan đến phương án điều chỉnh, sắp xếp.</w:t>
      </w:r>
    </w:p>
    <w:p w14:paraId="0E312ED2" w14:textId="7AF8E7E4" w:rsidR="00102E8F" w:rsidRPr="009C3767" w:rsidRDefault="00AF3906" w:rsidP="0045062A">
      <w:pPr>
        <w:spacing w:before="60" w:after="60"/>
        <w:ind w:left="709"/>
        <w:rPr>
          <w:rFonts w:cs="Times New Roman"/>
          <w:sz w:val="28"/>
          <w:szCs w:val="28"/>
        </w:rPr>
      </w:pPr>
      <w:r w:rsidRPr="009C3767">
        <w:rPr>
          <w:rFonts w:cs="Times New Roman"/>
          <w:b/>
          <w:sz w:val="28"/>
          <w:szCs w:val="28"/>
        </w:rPr>
        <w:lastRenderedPageBreak/>
        <w:t>2</w:t>
      </w:r>
      <w:r w:rsidR="003E6C10" w:rsidRPr="009C3767">
        <w:rPr>
          <w:rFonts w:cs="Times New Roman"/>
          <w:b/>
          <w:sz w:val="28"/>
          <w:szCs w:val="28"/>
        </w:rPr>
        <w:t>. Hồ sơ chứng minh việc lấy ý kiến</w:t>
      </w:r>
    </w:p>
    <w:p w14:paraId="0FDDF0AE"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Kế hoạch lấy ý kiến Nhân dân;</w:t>
      </w:r>
    </w:p>
    <w:p w14:paraId="5066F423"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Tài liệu tóm tắt phương án sắp xếp;</w:t>
      </w:r>
    </w:p>
    <w:p w14:paraId="18B0D402"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Danh sách cử tri đại diện hộ gia đình thuộc địa bàn chịu tác động;</w:t>
      </w:r>
    </w:p>
    <w:p w14:paraId="52C21CC7"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Phiếu lấy ý kiến hoặc biên bản hội nghị cử tri đại diện hộ gia đình;</w:t>
      </w:r>
    </w:p>
    <w:p w14:paraId="7BD6E624"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Biên bản kiểm phiếu/tổng hợp phiếu lấy ý kiến;</w:t>
      </w:r>
    </w:p>
    <w:p w14:paraId="7E47E9D6"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Bảng tổng hợp kết quả lấy ý kiến Nhân dân;</w:t>
      </w:r>
    </w:p>
    <w:p w14:paraId="27E2B333" w14:textId="2F9E528B" w:rsidR="00102E8F" w:rsidRPr="009C3767" w:rsidRDefault="006B463D" w:rsidP="0045062A">
      <w:pPr>
        <w:spacing w:before="60" w:after="60"/>
        <w:ind w:firstLine="709"/>
        <w:rPr>
          <w:rFonts w:cs="Times New Roman"/>
          <w:sz w:val="28"/>
          <w:szCs w:val="28"/>
        </w:rPr>
      </w:pPr>
      <w:r w:rsidRPr="009C3767">
        <w:rPr>
          <w:rFonts w:cs="Times New Roman"/>
          <w:sz w:val="28"/>
          <w:szCs w:val="28"/>
        </w:rPr>
        <w:t>- Báo cáo tiếp thu, giải trình ý kiến Nhân dân, nhất là các ý kiến không đồng ý hoặc kiến nghị khác;</w:t>
      </w:r>
    </w:p>
    <w:p w14:paraId="3F017A21" w14:textId="77777777" w:rsidR="00102E8F" w:rsidRPr="009C3767" w:rsidRDefault="00723C88" w:rsidP="0045062A">
      <w:pPr>
        <w:spacing w:before="60" w:after="60"/>
        <w:ind w:left="992" w:hanging="283"/>
        <w:rPr>
          <w:rFonts w:cs="Times New Roman"/>
          <w:sz w:val="28"/>
          <w:szCs w:val="28"/>
        </w:rPr>
      </w:pPr>
      <w:r w:rsidRPr="009C3767">
        <w:rPr>
          <w:rFonts w:cs="Times New Roman"/>
          <w:sz w:val="28"/>
          <w:szCs w:val="28"/>
        </w:rPr>
        <w:t>- Tài liệu công khai kết quả lấy ý kiến tại địa bàn dân cư.</w:t>
      </w:r>
    </w:p>
    <w:p w14:paraId="525A4F85" w14:textId="77777777" w:rsidR="00BA01C2" w:rsidRPr="009C3767" w:rsidRDefault="00723C88" w:rsidP="0045062A">
      <w:pPr>
        <w:spacing w:before="60" w:after="60"/>
        <w:ind w:left="709"/>
        <w:rPr>
          <w:rFonts w:cs="Times New Roman"/>
          <w:sz w:val="28"/>
          <w:szCs w:val="28"/>
          <w:lang w:val="vi-VN"/>
        </w:rPr>
      </w:pPr>
      <w:r w:rsidRPr="009C3767">
        <w:rPr>
          <w:rFonts w:cs="Times New Roman"/>
          <w:b/>
          <w:sz w:val="28"/>
          <w:szCs w:val="28"/>
        </w:rPr>
        <w:t>3. Mẫu tổng hợp kết quả lấy ý kiến</w:t>
      </w:r>
      <w:r w:rsidR="009E0487" w:rsidRPr="009C3767">
        <w:rPr>
          <w:rFonts w:cs="Times New Roman"/>
          <w:b/>
          <w:sz w:val="28"/>
          <w:szCs w:val="28"/>
          <w:lang w:val="vi-VN"/>
        </w:rPr>
        <w:t xml:space="preserve"> (phụ lục kèm theo)</w:t>
      </w:r>
    </w:p>
    <w:p w14:paraId="64A77600" w14:textId="69CC0149" w:rsidR="003E6C10" w:rsidRPr="009C3767" w:rsidRDefault="003E6C10" w:rsidP="0045062A">
      <w:pPr>
        <w:spacing w:before="60" w:after="60"/>
        <w:ind w:firstLine="709"/>
        <w:rPr>
          <w:rFonts w:ascii="Times New Roman Bold" w:hAnsi="Times New Roman Bold" w:cs="Times New Roman"/>
          <w:spacing w:val="-6"/>
          <w:sz w:val="28"/>
          <w:szCs w:val="28"/>
          <w:lang w:val="vi-VN"/>
        </w:rPr>
      </w:pPr>
      <w:r w:rsidRPr="009C3767">
        <w:rPr>
          <w:rFonts w:ascii="Times New Roman Bold" w:hAnsi="Times New Roman Bold" w:cs="Times New Roman"/>
          <w:b/>
          <w:caps/>
          <w:spacing w:val="-6"/>
          <w:sz w:val="28"/>
          <w:szCs w:val="28"/>
        </w:rPr>
        <w:t>IX. PHƯƠNG ÁN KIỆN TOÀN TỔ CHỨC VÀ NHÂN SỰ SAU SẮP XẾP</w:t>
      </w:r>
    </w:p>
    <w:p w14:paraId="0766C927" w14:textId="77777777" w:rsidR="003E6C10" w:rsidRPr="009C3767" w:rsidRDefault="003E6C10" w:rsidP="0045062A">
      <w:pPr>
        <w:spacing w:before="60" w:after="60"/>
        <w:ind w:firstLine="709"/>
        <w:rPr>
          <w:rFonts w:cs="Times New Roman"/>
          <w:sz w:val="28"/>
          <w:szCs w:val="28"/>
        </w:rPr>
      </w:pPr>
      <w:r w:rsidRPr="009C3767">
        <w:rPr>
          <w:rFonts w:cs="Times New Roman"/>
          <w:b/>
          <w:sz w:val="28"/>
          <w:szCs w:val="28"/>
        </w:rPr>
        <w:t>1. Nguyên tắc kiện toàn tổ chức và nhân sự</w:t>
      </w:r>
    </w:p>
    <w:p w14:paraId="0D3F86E8" w14:textId="77777777" w:rsidR="003E6C10" w:rsidRPr="009C3767" w:rsidRDefault="003E6C10" w:rsidP="0045062A">
      <w:pPr>
        <w:spacing w:before="60" w:after="60"/>
        <w:ind w:firstLine="709"/>
        <w:jc w:val="both"/>
        <w:rPr>
          <w:rFonts w:cs="Times New Roman"/>
          <w:spacing w:val="-4"/>
          <w:sz w:val="28"/>
          <w:szCs w:val="28"/>
        </w:rPr>
      </w:pPr>
      <w:r w:rsidRPr="009C3767">
        <w:rPr>
          <w:rFonts w:cs="Times New Roman"/>
          <w:sz w:val="28"/>
          <w:szCs w:val="28"/>
        </w:rPr>
        <w:t xml:space="preserve">Việc kiện toàn tổ chức đảng, Ban công tác Mặt trận, các chi hội đoàn thể và người hoạt động không chuyên trách ở tổ dân phố sau sắp xếp được thực hiện đồng bộ với phương án sắp xếp tổ dân phố trên địa bàn phường Yên Sở; bảo đảm đúng </w:t>
      </w:r>
      <w:r w:rsidRPr="009C3767">
        <w:rPr>
          <w:rFonts w:cs="Times New Roman"/>
          <w:spacing w:val="-4"/>
          <w:sz w:val="28"/>
          <w:szCs w:val="28"/>
        </w:rPr>
        <w:t>quy định, công khai, dân chủ, phù hợp với tình hình thực tiễn của từng địa bàn dân cư.</w:t>
      </w:r>
    </w:p>
    <w:p w14:paraId="59272C6D" w14:textId="77777777" w:rsidR="003E6C10" w:rsidRPr="009C3767" w:rsidRDefault="003E6C10" w:rsidP="0045062A">
      <w:pPr>
        <w:spacing w:before="60" w:after="60"/>
        <w:ind w:firstLine="709"/>
        <w:jc w:val="both"/>
        <w:rPr>
          <w:rFonts w:cs="Times New Roman"/>
          <w:sz w:val="28"/>
          <w:szCs w:val="28"/>
        </w:rPr>
      </w:pPr>
      <w:r w:rsidRPr="009C3767">
        <w:rPr>
          <w:rFonts w:cs="Times New Roman"/>
          <w:sz w:val="28"/>
          <w:szCs w:val="28"/>
        </w:rPr>
        <w:t>Việc bố trí nhân sự sau sắp xếp căn cứ vào tiêu chuẩn, điều kiện, năng lực, uy tín, kinh nghiệm công tác, sự am hiểu địa bàn, khả năng vận động Nhân dân và nguyện vọng của từng cá nhân. Đối với các trường hợp không tiếp tục bố trí sau sắp xếp, UBND phường Yên Sở tổng hợp, báo cáo cấp có thẩm quyền xem xét, giải quyết chế độ, chính sách theo quy định.</w:t>
      </w:r>
    </w:p>
    <w:p w14:paraId="4EE029A3" w14:textId="77777777" w:rsidR="003E6C10" w:rsidRPr="009C3767" w:rsidRDefault="003E6C10" w:rsidP="0045062A">
      <w:pPr>
        <w:spacing w:before="60" w:after="60"/>
        <w:ind w:firstLine="709"/>
        <w:jc w:val="both"/>
        <w:rPr>
          <w:rFonts w:cs="Times New Roman"/>
          <w:spacing w:val="-6"/>
          <w:sz w:val="28"/>
          <w:szCs w:val="28"/>
        </w:rPr>
      </w:pPr>
      <w:r w:rsidRPr="009C3767">
        <w:rPr>
          <w:rFonts w:cs="Times New Roman"/>
          <w:sz w:val="28"/>
          <w:szCs w:val="28"/>
        </w:rPr>
        <w:t xml:space="preserve">Việc kiện toàn nhân sự phải bảo đảm không bỏ trống địa bàn, không gián đoạn công tác lãnh đạo, quản lý, tuyên truyền, vận động Nhân dân, duy trì hoạt động </w:t>
      </w:r>
      <w:r w:rsidRPr="009C3767">
        <w:rPr>
          <w:rFonts w:cs="Times New Roman"/>
          <w:spacing w:val="-6"/>
          <w:sz w:val="28"/>
          <w:szCs w:val="28"/>
        </w:rPr>
        <w:t>thường xuyên của tổ dân phố sau khi phương án sắp xếp được HĐND phường thông qua.</w:t>
      </w:r>
    </w:p>
    <w:p w14:paraId="08AA3C78" w14:textId="77777777" w:rsidR="003E6C10" w:rsidRPr="009C3767" w:rsidRDefault="003E6C10" w:rsidP="0045062A">
      <w:pPr>
        <w:spacing w:before="60" w:after="60"/>
        <w:ind w:firstLine="709"/>
        <w:rPr>
          <w:rFonts w:cs="Times New Roman"/>
          <w:sz w:val="28"/>
          <w:szCs w:val="28"/>
        </w:rPr>
      </w:pPr>
      <w:r w:rsidRPr="009C3767">
        <w:rPr>
          <w:rFonts w:cs="Times New Roman"/>
          <w:b/>
          <w:sz w:val="28"/>
          <w:szCs w:val="28"/>
        </w:rPr>
        <w:t>2. Phương án tổ chức đảng, Ban công tác Mặt trận và chi hội đoàn thể</w:t>
      </w:r>
    </w:p>
    <w:p w14:paraId="05DE6A70" w14:textId="77777777" w:rsidR="003E6C10" w:rsidRPr="009C3767" w:rsidRDefault="003E6C10" w:rsidP="0045062A">
      <w:pPr>
        <w:spacing w:before="60" w:after="60"/>
        <w:ind w:firstLine="709"/>
        <w:jc w:val="both"/>
        <w:rPr>
          <w:rFonts w:cs="Times New Roman"/>
          <w:sz w:val="28"/>
          <w:szCs w:val="28"/>
        </w:rPr>
      </w:pPr>
      <w:r w:rsidRPr="009C3767">
        <w:rPr>
          <w:rFonts w:cs="Times New Roman"/>
          <w:sz w:val="28"/>
          <w:szCs w:val="28"/>
        </w:rPr>
        <w:t>Đảng ủy phường Yên Sở chỉ đạo rà soát, kiện toàn chi bộ tại các tổ dân phố sau sắp xếp, bảo đảm tổ chức đảng phù hợp với địa bàn dân cư mới, không làm gián đoạn công tác lãnh đạo ở cơ sở.</w:t>
      </w:r>
    </w:p>
    <w:p w14:paraId="40A60FEC" w14:textId="77777777" w:rsidR="003E6C10" w:rsidRPr="009C3767" w:rsidRDefault="003E6C10" w:rsidP="0045062A">
      <w:pPr>
        <w:spacing w:before="60" w:after="60"/>
        <w:ind w:firstLine="709"/>
        <w:jc w:val="both"/>
        <w:rPr>
          <w:rFonts w:cs="Times New Roman"/>
          <w:spacing w:val="-6"/>
          <w:sz w:val="28"/>
          <w:szCs w:val="28"/>
        </w:rPr>
      </w:pPr>
      <w:r w:rsidRPr="009C3767">
        <w:rPr>
          <w:rFonts w:cs="Times New Roman"/>
          <w:sz w:val="28"/>
          <w:szCs w:val="28"/>
        </w:rPr>
        <w:t xml:space="preserve">Ủy ban Mặt trận Tổ quốc Việt Nam phường Yên Sở chủ trì, phối hợp với các tổ chức chính trị - xã hội rà soát, kiện toàn Ban công tác Mặt trận, chi hội phụ nữ, </w:t>
      </w:r>
      <w:r w:rsidRPr="009C3767">
        <w:rPr>
          <w:rFonts w:cs="Times New Roman"/>
          <w:spacing w:val="-6"/>
          <w:sz w:val="28"/>
          <w:szCs w:val="28"/>
        </w:rPr>
        <w:t>cựu chiến binh, đoàn thanh niên và các tổ chức đoàn thể khác tại tổ dân phố sau sắp xếp.</w:t>
      </w:r>
    </w:p>
    <w:p w14:paraId="3DBDA448" w14:textId="7C3B3631" w:rsidR="003E6C10" w:rsidRPr="009C3767" w:rsidRDefault="003E6C10" w:rsidP="0045062A">
      <w:pPr>
        <w:spacing w:before="60" w:after="60"/>
        <w:ind w:firstLine="709"/>
        <w:jc w:val="both"/>
        <w:rPr>
          <w:rFonts w:cs="Times New Roman"/>
          <w:sz w:val="28"/>
          <w:szCs w:val="28"/>
        </w:rPr>
      </w:pPr>
      <w:r w:rsidRPr="009C3767">
        <w:rPr>
          <w:rFonts w:cs="Times New Roman"/>
          <w:sz w:val="28"/>
          <w:szCs w:val="28"/>
        </w:rPr>
        <w:lastRenderedPageBreak/>
        <w:t xml:space="preserve">Sau sắp xếp, dự kiến mỗi tổ dân phố có 01 Bí thư chi bộ, 01 Trưởng ban công tác Mặt trận, 01 Tổ trưởng tổ dân phố và </w:t>
      </w:r>
      <w:r w:rsidR="008477E5" w:rsidRPr="009C3767">
        <w:rPr>
          <w:rFonts w:cs="Times New Roman"/>
          <w:sz w:val="28"/>
          <w:szCs w:val="28"/>
        </w:rPr>
        <w:t>từ 01 đến 02</w:t>
      </w:r>
      <w:r w:rsidRPr="009C3767">
        <w:rPr>
          <w:rFonts w:cs="Times New Roman"/>
          <w:sz w:val="28"/>
          <w:szCs w:val="28"/>
        </w:rPr>
        <w:t xml:space="preserve"> Phó Tổ trưởng tổ dân phố. Việc kiện toàn thực hiện theo quy định của Đảng, pháp luật của Nhà nước, điều lệ của Mặt trận Tổ quốc Việt Nam, điều lệ các tổ chức chính trị - xã hội và hướng dẫn của cấp có thẩm quyền.</w:t>
      </w:r>
    </w:p>
    <w:p w14:paraId="2F5425F0" w14:textId="77777777" w:rsidR="003E6C10" w:rsidRPr="009C3767" w:rsidRDefault="003E6C10" w:rsidP="0045062A">
      <w:pPr>
        <w:spacing w:before="60" w:after="60"/>
        <w:ind w:firstLine="709"/>
        <w:rPr>
          <w:rFonts w:cs="Times New Roman"/>
          <w:sz w:val="28"/>
          <w:szCs w:val="28"/>
        </w:rPr>
      </w:pPr>
      <w:r w:rsidRPr="009C3767">
        <w:rPr>
          <w:rFonts w:cs="Times New Roman"/>
          <w:b/>
          <w:sz w:val="28"/>
          <w:szCs w:val="28"/>
        </w:rPr>
        <w:t>3. Phương án người hoạt động không chuyên trách</w:t>
      </w:r>
    </w:p>
    <w:p w14:paraId="4A40427A" w14:textId="77777777" w:rsidR="003E6C10" w:rsidRPr="009C3767" w:rsidRDefault="003E6C10" w:rsidP="0045062A">
      <w:pPr>
        <w:spacing w:before="60" w:after="60"/>
        <w:ind w:firstLine="709"/>
        <w:jc w:val="both"/>
        <w:rPr>
          <w:rFonts w:cs="Times New Roman"/>
          <w:sz w:val="28"/>
          <w:szCs w:val="28"/>
        </w:rPr>
      </w:pPr>
      <w:r w:rsidRPr="009C3767">
        <w:rPr>
          <w:rFonts w:cs="Times New Roman"/>
          <w:sz w:val="28"/>
          <w:szCs w:val="28"/>
        </w:rPr>
        <w:t>Theo phương án sau sắp xếp, toàn phường có 11 tổ dân phố, dự kiến bố trí tối đa 55 người hoạt động không chuyên trách ở tổ dân phố, gồm:</w:t>
      </w:r>
    </w:p>
    <w:tbl>
      <w:tblPr>
        <w:tblStyle w:val="TableGrid"/>
        <w:tblW w:w="91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5236"/>
        <w:gridCol w:w="2732"/>
      </w:tblGrid>
      <w:tr w:rsidR="003E6C10" w:rsidRPr="009C3767" w14:paraId="65DEABDB" w14:textId="77777777" w:rsidTr="00800AD5">
        <w:trPr>
          <w:jc w:val="center"/>
        </w:trPr>
        <w:tc>
          <w:tcPr>
            <w:tcW w:w="1134" w:type="dxa"/>
          </w:tcPr>
          <w:p w14:paraId="5D84BA37" w14:textId="2D123568" w:rsidR="003E6C10" w:rsidRPr="009C3767" w:rsidRDefault="003E6C10" w:rsidP="0045062A">
            <w:pPr>
              <w:spacing w:before="60" w:after="60" w:line="276" w:lineRule="auto"/>
              <w:jc w:val="center"/>
              <w:rPr>
                <w:rFonts w:cs="Times New Roman"/>
                <w:b/>
                <w:sz w:val="28"/>
                <w:szCs w:val="28"/>
              </w:rPr>
            </w:pPr>
            <w:r w:rsidRPr="009C3767">
              <w:rPr>
                <w:rFonts w:cs="Times New Roman"/>
                <w:b/>
                <w:sz w:val="28"/>
                <w:szCs w:val="28"/>
              </w:rPr>
              <w:t>TT</w:t>
            </w:r>
          </w:p>
        </w:tc>
        <w:tc>
          <w:tcPr>
            <w:tcW w:w="5236" w:type="dxa"/>
            <w:vAlign w:val="center"/>
          </w:tcPr>
          <w:p w14:paraId="73BD7377" w14:textId="32C13661" w:rsidR="003E6C10" w:rsidRPr="009C3767" w:rsidRDefault="003E6C10" w:rsidP="0045062A">
            <w:pPr>
              <w:spacing w:before="60" w:after="60" w:line="276" w:lineRule="auto"/>
              <w:jc w:val="center"/>
              <w:rPr>
                <w:rFonts w:cs="Times New Roman"/>
                <w:b/>
                <w:sz w:val="28"/>
                <w:szCs w:val="28"/>
              </w:rPr>
            </w:pPr>
            <w:r w:rsidRPr="009C3767">
              <w:rPr>
                <w:rFonts w:cs="Times New Roman"/>
                <w:b/>
                <w:sz w:val="28"/>
                <w:szCs w:val="28"/>
              </w:rPr>
              <w:t>Chức danh</w:t>
            </w:r>
          </w:p>
        </w:tc>
        <w:tc>
          <w:tcPr>
            <w:tcW w:w="2732" w:type="dxa"/>
            <w:vAlign w:val="center"/>
          </w:tcPr>
          <w:p w14:paraId="257DCAED" w14:textId="624E5FC8" w:rsidR="003E6C10" w:rsidRPr="009C3767" w:rsidRDefault="003E6C10" w:rsidP="0045062A">
            <w:pPr>
              <w:spacing w:before="60" w:after="60" w:line="276" w:lineRule="auto"/>
              <w:jc w:val="center"/>
              <w:rPr>
                <w:rFonts w:cs="Times New Roman"/>
                <w:sz w:val="28"/>
                <w:szCs w:val="28"/>
              </w:rPr>
            </w:pPr>
            <w:r w:rsidRPr="009C3767">
              <w:rPr>
                <w:rFonts w:cs="Times New Roman"/>
                <w:b/>
                <w:sz w:val="28"/>
                <w:szCs w:val="28"/>
              </w:rPr>
              <w:t>Số lượng dự kiến</w:t>
            </w:r>
          </w:p>
        </w:tc>
      </w:tr>
      <w:tr w:rsidR="003E6C10" w:rsidRPr="009C3767" w14:paraId="00D91DBE" w14:textId="77777777" w:rsidTr="00800AD5">
        <w:trPr>
          <w:jc w:val="center"/>
        </w:trPr>
        <w:tc>
          <w:tcPr>
            <w:tcW w:w="1134" w:type="dxa"/>
          </w:tcPr>
          <w:p w14:paraId="43D8EE2F" w14:textId="76908AAC"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1</w:t>
            </w:r>
          </w:p>
        </w:tc>
        <w:tc>
          <w:tcPr>
            <w:tcW w:w="5236" w:type="dxa"/>
            <w:vAlign w:val="center"/>
          </w:tcPr>
          <w:p w14:paraId="1061E502" w14:textId="394FFDB5" w:rsidR="003E6C10" w:rsidRPr="009C3767" w:rsidRDefault="003E6C10" w:rsidP="0045062A">
            <w:pPr>
              <w:spacing w:before="60" w:after="60" w:line="276" w:lineRule="auto"/>
              <w:rPr>
                <w:rFonts w:cs="Times New Roman"/>
                <w:sz w:val="28"/>
                <w:szCs w:val="28"/>
              </w:rPr>
            </w:pPr>
            <w:r w:rsidRPr="009C3767">
              <w:rPr>
                <w:rFonts w:cs="Times New Roman"/>
                <w:sz w:val="28"/>
                <w:szCs w:val="28"/>
              </w:rPr>
              <w:t>Bí thư chi bộ tổ dân phố</w:t>
            </w:r>
          </w:p>
        </w:tc>
        <w:tc>
          <w:tcPr>
            <w:tcW w:w="2732" w:type="dxa"/>
            <w:vAlign w:val="center"/>
          </w:tcPr>
          <w:p w14:paraId="619DE14C" w14:textId="46038714"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11</w:t>
            </w:r>
          </w:p>
        </w:tc>
      </w:tr>
      <w:tr w:rsidR="003E6C10" w:rsidRPr="009C3767" w14:paraId="586684F2" w14:textId="77777777" w:rsidTr="00800AD5">
        <w:trPr>
          <w:jc w:val="center"/>
        </w:trPr>
        <w:tc>
          <w:tcPr>
            <w:tcW w:w="1134" w:type="dxa"/>
          </w:tcPr>
          <w:p w14:paraId="66447DEB" w14:textId="47246DB7"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2</w:t>
            </w:r>
          </w:p>
        </w:tc>
        <w:tc>
          <w:tcPr>
            <w:tcW w:w="5236" w:type="dxa"/>
            <w:vAlign w:val="center"/>
          </w:tcPr>
          <w:p w14:paraId="5A8A8BC2" w14:textId="4CC4D3C2" w:rsidR="003E6C10" w:rsidRPr="009C3767" w:rsidRDefault="003E6C10" w:rsidP="0045062A">
            <w:pPr>
              <w:spacing w:before="60" w:after="60" w:line="276" w:lineRule="auto"/>
              <w:rPr>
                <w:rFonts w:cs="Times New Roman"/>
                <w:sz w:val="28"/>
                <w:szCs w:val="28"/>
              </w:rPr>
            </w:pPr>
            <w:r w:rsidRPr="009C3767">
              <w:rPr>
                <w:rFonts w:cs="Times New Roman"/>
                <w:sz w:val="28"/>
                <w:szCs w:val="28"/>
              </w:rPr>
              <w:t>Trưởng ban công tác Mặt trận tổ dân phố</w:t>
            </w:r>
          </w:p>
        </w:tc>
        <w:tc>
          <w:tcPr>
            <w:tcW w:w="2732" w:type="dxa"/>
            <w:vAlign w:val="center"/>
          </w:tcPr>
          <w:p w14:paraId="37C6959D" w14:textId="169B2FEE"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11</w:t>
            </w:r>
          </w:p>
        </w:tc>
      </w:tr>
      <w:tr w:rsidR="003E6C10" w:rsidRPr="009C3767" w14:paraId="387D9D70" w14:textId="77777777" w:rsidTr="00800AD5">
        <w:trPr>
          <w:jc w:val="center"/>
        </w:trPr>
        <w:tc>
          <w:tcPr>
            <w:tcW w:w="1134" w:type="dxa"/>
          </w:tcPr>
          <w:p w14:paraId="3D9EB599" w14:textId="359A77A0"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3</w:t>
            </w:r>
          </w:p>
        </w:tc>
        <w:tc>
          <w:tcPr>
            <w:tcW w:w="5236" w:type="dxa"/>
            <w:vAlign w:val="center"/>
          </w:tcPr>
          <w:p w14:paraId="4B707E2B" w14:textId="35FC8C80" w:rsidR="003E6C10" w:rsidRPr="009C3767" w:rsidRDefault="003E6C10" w:rsidP="0045062A">
            <w:pPr>
              <w:spacing w:before="60" w:after="60" w:line="276" w:lineRule="auto"/>
              <w:rPr>
                <w:rFonts w:cs="Times New Roman"/>
                <w:sz w:val="28"/>
                <w:szCs w:val="28"/>
              </w:rPr>
            </w:pPr>
            <w:r w:rsidRPr="009C3767">
              <w:rPr>
                <w:rFonts w:cs="Times New Roman"/>
                <w:sz w:val="28"/>
                <w:szCs w:val="28"/>
              </w:rPr>
              <w:t>Tổ trưởng tổ dân phố</w:t>
            </w:r>
          </w:p>
        </w:tc>
        <w:tc>
          <w:tcPr>
            <w:tcW w:w="2732" w:type="dxa"/>
            <w:vAlign w:val="center"/>
          </w:tcPr>
          <w:p w14:paraId="5B99DB44" w14:textId="10208A90"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11</w:t>
            </w:r>
          </w:p>
        </w:tc>
      </w:tr>
      <w:tr w:rsidR="003E6C10" w:rsidRPr="009C3767" w14:paraId="4DA71DDC" w14:textId="77777777" w:rsidTr="00800AD5">
        <w:trPr>
          <w:jc w:val="center"/>
        </w:trPr>
        <w:tc>
          <w:tcPr>
            <w:tcW w:w="1134" w:type="dxa"/>
          </w:tcPr>
          <w:p w14:paraId="606A5751" w14:textId="427749A1" w:rsidR="003E6C10" w:rsidRPr="009C3767" w:rsidRDefault="003E6C10" w:rsidP="0045062A">
            <w:pPr>
              <w:spacing w:before="60" w:after="60" w:line="276" w:lineRule="auto"/>
              <w:jc w:val="center"/>
              <w:rPr>
                <w:rFonts w:cs="Times New Roman"/>
                <w:sz w:val="28"/>
                <w:szCs w:val="28"/>
              </w:rPr>
            </w:pPr>
            <w:r w:rsidRPr="009C3767">
              <w:rPr>
                <w:rFonts w:cs="Times New Roman"/>
                <w:sz w:val="28"/>
                <w:szCs w:val="28"/>
              </w:rPr>
              <w:t>4</w:t>
            </w:r>
          </w:p>
        </w:tc>
        <w:tc>
          <w:tcPr>
            <w:tcW w:w="5236" w:type="dxa"/>
            <w:vAlign w:val="center"/>
          </w:tcPr>
          <w:p w14:paraId="19B840BD" w14:textId="34A6C7DE" w:rsidR="003E6C10" w:rsidRPr="009C3767" w:rsidRDefault="003E6C10" w:rsidP="0045062A">
            <w:pPr>
              <w:spacing w:before="60" w:after="60" w:line="276" w:lineRule="auto"/>
              <w:rPr>
                <w:rFonts w:cs="Times New Roman"/>
                <w:sz w:val="28"/>
                <w:szCs w:val="28"/>
              </w:rPr>
            </w:pPr>
            <w:r w:rsidRPr="009C3767">
              <w:rPr>
                <w:rFonts w:cs="Times New Roman"/>
                <w:sz w:val="28"/>
                <w:szCs w:val="28"/>
              </w:rPr>
              <w:t>Phó Tổ trưởng tổ dân phố</w:t>
            </w:r>
          </w:p>
        </w:tc>
        <w:tc>
          <w:tcPr>
            <w:tcW w:w="2732" w:type="dxa"/>
            <w:vAlign w:val="center"/>
          </w:tcPr>
          <w:p w14:paraId="16D03C54" w14:textId="01ED69E9" w:rsidR="003E6C10" w:rsidRPr="009C3767" w:rsidRDefault="00800AD5" w:rsidP="0045062A">
            <w:pPr>
              <w:spacing w:before="60" w:after="60" w:line="276" w:lineRule="auto"/>
              <w:jc w:val="center"/>
              <w:rPr>
                <w:rFonts w:cs="Times New Roman"/>
                <w:sz w:val="28"/>
                <w:szCs w:val="28"/>
              </w:rPr>
            </w:pPr>
            <w:r w:rsidRPr="009C3767">
              <w:rPr>
                <w:rFonts w:cs="Times New Roman"/>
                <w:sz w:val="28"/>
                <w:szCs w:val="28"/>
              </w:rPr>
              <w:t>16</w:t>
            </w:r>
          </w:p>
        </w:tc>
      </w:tr>
      <w:tr w:rsidR="003E6C10" w:rsidRPr="009C3767" w14:paraId="4645FEDA" w14:textId="77777777" w:rsidTr="00800AD5">
        <w:trPr>
          <w:jc w:val="center"/>
        </w:trPr>
        <w:tc>
          <w:tcPr>
            <w:tcW w:w="1134" w:type="dxa"/>
          </w:tcPr>
          <w:p w14:paraId="499FE149" w14:textId="06CF6D7E" w:rsidR="003E6C10" w:rsidRPr="009C3767" w:rsidRDefault="003E6C10" w:rsidP="0045062A">
            <w:pPr>
              <w:spacing w:before="60" w:after="60" w:line="276" w:lineRule="auto"/>
              <w:jc w:val="center"/>
              <w:rPr>
                <w:rFonts w:cs="Times New Roman"/>
                <w:sz w:val="28"/>
                <w:szCs w:val="28"/>
              </w:rPr>
            </w:pPr>
          </w:p>
        </w:tc>
        <w:tc>
          <w:tcPr>
            <w:tcW w:w="5236" w:type="dxa"/>
            <w:vAlign w:val="center"/>
          </w:tcPr>
          <w:p w14:paraId="0ACFC6FB" w14:textId="7D4E606B" w:rsidR="003E6C10" w:rsidRPr="009C3767" w:rsidRDefault="003E6C10" w:rsidP="0045062A">
            <w:pPr>
              <w:spacing w:before="60" w:after="60" w:line="276" w:lineRule="auto"/>
              <w:jc w:val="center"/>
              <w:rPr>
                <w:rFonts w:cs="Times New Roman"/>
                <w:b/>
                <w:bCs/>
                <w:sz w:val="28"/>
                <w:szCs w:val="28"/>
              </w:rPr>
            </w:pPr>
            <w:r w:rsidRPr="009C3767">
              <w:rPr>
                <w:rFonts w:cs="Times New Roman"/>
                <w:b/>
                <w:bCs/>
                <w:sz w:val="28"/>
                <w:szCs w:val="28"/>
              </w:rPr>
              <w:t>Tổng cộng</w:t>
            </w:r>
          </w:p>
        </w:tc>
        <w:tc>
          <w:tcPr>
            <w:tcW w:w="2732" w:type="dxa"/>
            <w:vAlign w:val="center"/>
          </w:tcPr>
          <w:p w14:paraId="42A4C5D3" w14:textId="492986F7" w:rsidR="003E6C10" w:rsidRPr="009C3767" w:rsidRDefault="00800AD5" w:rsidP="0045062A">
            <w:pPr>
              <w:spacing w:before="60" w:after="60" w:line="276" w:lineRule="auto"/>
              <w:jc w:val="center"/>
              <w:rPr>
                <w:rFonts w:cs="Times New Roman"/>
                <w:b/>
                <w:bCs/>
                <w:sz w:val="28"/>
                <w:szCs w:val="28"/>
              </w:rPr>
            </w:pPr>
            <w:r w:rsidRPr="009C3767">
              <w:rPr>
                <w:rFonts w:cs="Times New Roman"/>
                <w:b/>
                <w:bCs/>
                <w:sz w:val="28"/>
                <w:szCs w:val="28"/>
              </w:rPr>
              <w:t>49</w:t>
            </w:r>
          </w:p>
        </w:tc>
      </w:tr>
    </w:tbl>
    <w:p w14:paraId="154E31A4" w14:textId="4133D779" w:rsidR="00102E8F" w:rsidRPr="009C3767" w:rsidRDefault="003E6C10" w:rsidP="0045062A">
      <w:pPr>
        <w:spacing w:before="60" w:after="60"/>
        <w:ind w:firstLine="709"/>
        <w:jc w:val="both"/>
        <w:rPr>
          <w:rFonts w:cs="Times New Roman"/>
          <w:sz w:val="28"/>
          <w:szCs w:val="28"/>
          <w:lang w:val="vi-VN"/>
        </w:rPr>
      </w:pPr>
      <w:r w:rsidRPr="009C3767">
        <w:rPr>
          <w:rFonts w:cs="Times New Roman"/>
          <w:sz w:val="28"/>
          <w:szCs w:val="28"/>
        </w:rPr>
        <w:t>Số lượng</w:t>
      </w:r>
      <w:r w:rsidR="00800AD5" w:rsidRPr="009C3767">
        <w:rPr>
          <w:rFonts w:cs="Times New Roman"/>
          <w:sz w:val="28"/>
          <w:szCs w:val="28"/>
        </w:rPr>
        <w:t xml:space="preserve"> 49</w:t>
      </w:r>
      <w:r w:rsidRPr="009C3767">
        <w:rPr>
          <w:rFonts w:cs="Times New Roman"/>
          <w:sz w:val="28"/>
          <w:szCs w:val="28"/>
        </w:rPr>
        <w:t xml:space="preserve"> người là số lượng dự kiến theo cơ cấu chức danh</w:t>
      </w:r>
      <w:r w:rsidR="00800AD5" w:rsidRPr="009C3767">
        <w:rPr>
          <w:rFonts w:cs="Times New Roman"/>
          <w:sz w:val="28"/>
          <w:szCs w:val="28"/>
        </w:rPr>
        <w:t xml:space="preserve"> tối đa</w:t>
      </w:r>
      <w:r w:rsidRPr="009C3767">
        <w:rPr>
          <w:rFonts w:cs="Times New Roman"/>
          <w:sz w:val="28"/>
          <w:szCs w:val="28"/>
        </w:rPr>
        <w:t xml:space="preserve"> 05 người/tổ dân phố. Việc bố trí cụ thể từng chức danh, từng nhân sự được thực hiện sau khi có quyết định của cấp có thẩm quyền, bảo đảm tiêu chuẩn, điều kiện, quy trình bầu cử, giới thiệu, công nhận và chế độ chính sách theo quy định</w:t>
      </w:r>
    </w:p>
    <w:p w14:paraId="73D32DE7" w14:textId="77777777" w:rsidR="00102E8F" w:rsidRPr="009C3767" w:rsidRDefault="00723C88" w:rsidP="0045062A">
      <w:pPr>
        <w:spacing w:before="60" w:after="60"/>
        <w:ind w:left="709"/>
        <w:rPr>
          <w:rFonts w:cs="Times New Roman"/>
          <w:sz w:val="28"/>
          <w:szCs w:val="28"/>
        </w:rPr>
      </w:pPr>
      <w:r w:rsidRPr="009C3767">
        <w:rPr>
          <w:rFonts w:cs="Times New Roman"/>
          <w:b/>
          <w:sz w:val="28"/>
          <w:szCs w:val="28"/>
        </w:rPr>
        <w:t>X. TÁC ĐỘNG CỦA PHƯƠNG ÁN SẮP XẾP</w:t>
      </w:r>
    </w:p>
    <w:p w14:paraId="46911989"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1. Tác động về tổ chức</w:t>
      </w:r>
    </w:p>
    <w:p w14:paraId="478D721D"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Phương án sắp xếp làm giảm số tổ dân phố từ 15 tổ dân phố xuống còn 11 tổ dân phố, giảm 4 đầu mối tổ chức tự quản ở cộng đồng dân cư. Việc giảm đầu mối góp phần tinh gọn tổ chức, thuận lợi hơn trong chỉ đạo, điều hành của UBND phường và tổ chức thực hiện nhiệm vụ tại địa bàn dân cư.</w:t>
      </w:r>
    </w:p>
    <w:p w14:paraId="185F981B"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Việc sắp xếp đồng thời tạo điều kiện tổ chức lại địa bàn dân cư theo hướng hợp lý hơn, phù hợp với quá trình đô thị hóa, sự hình thành các khu chung cư, khu đô thị, khu dân cư mới và yêu cầu quản lý địa bàn sau khi phường Yên Sở chính thức hoạt động theo mô hình chính quyền địa phương 02 cấp.</w:t>
      </w:r>
    </w:p>
    <w:p w14:paraId="265B07EC"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2. Tác động về quản lý dân cư, an ninh trật tự và phòng cháy chữa cháy</w:t>
      </w:r>
    </w:p>
    <w:p w14:paraId="0D4BA07C"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Việc sắp xếp lại tổ dân phố giúp UBND phường, Công an phường và các lực lượng ở cơ sở quản lý địa bàn dân cư tập trung, rõ ràng hơn; hạn chế tình trạng địa bàn quá nhỏ, phân tán hoặc địa bàn quá lớn, khó quản lý.</w:t>
      </w:r>
    </w:p>
    <w:p w14:paraId="29586DEB"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lastRenderedPageBreak/>
        <w:t>Đối với các khu chung cư, khu nhà ở cao tầng như Rose Town, Chung cư Phương Đông, South Building và BT1, việc điều chỉnh, chia tách hoặc thành lập tổ dân phố phù hợp sẽ nâng cao hiệu quả quản lý cư trú, phòng cháy chữa cháy, an ninh trật tự, vệ sinh môi trường, quản lý tòa nhà và phối hợp với ban quản trị, ban quản lý nhà chung cư.</w:t>
      </w:r>
    </w:p>
    <w:p w14:paraId="407DA50A"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3. Tác động về người hoạt động không chuyên trách</w:t>
      </w:r>
    </w:p>
    <w:p w14:paraId="2F315437" w14:textId="2AFEAB48"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 xml:space="preserve">Sau sắp xếp, số người hoạt động không chuyên trách ở tổ dân phố dự kiến từ 46 người tăng lên tối đa </w:t>
      </w:r>
      <w:r w:rsidR="00800AD5" w:rsidRPr="009C3767">
        <w:rPr>
          <w:rFonts w:cs="Times New Roman"/>
          <w:sz w:val="28"/>
          <w:szCs w:val="28"/>
        </w:rPr>
        <w:t>49</w:t>
      </w:r>
      <w:r w:rsidRPr="009C3767">
        <w:rPr>
          <w:rFonts w:cs="Times New Roman"/>
          <w:sz w:val="28"/>
          <w:szCs w:val="28"/>
        </w:rPr>
        <w:t xml:space="preserve"> người theo cơ cấu 11 tổ dân phố, mỗi tổ dân phố </w:t>
      </w:r>
      <w:r w:rsidR="00800AD5" w:rsidRPr="009C3767">
        <w:rPr>
          <w:rFonts w:cs="Times New Roman"/>
          <w:sz w:val="28"/>
          <w:szCs w:val="28"/>
        </w:rPr>
        <w:t xml:space="preserve">tối đa </w:t>
      </w:r>
      <w:r w:rsidRPr="009C3767">
        <w:rPr>
          <w:rFonts w:cs="Times New Roman"/>
          <w:sz w:val="28"/>
          <w:szCs w:val="28"/>
        </w:rPr>
        <w:t>không quá 05 người. Việc tăng số lượng dự kiến xuất phát từ yêu cầu kiện toàn đầy đủ các chức danh: Bí thư chi bộ, Tổ trưởng tổ dân phố, Trưởng ban công tác Mặt trận và Phó Tổ trưởng tổ dân phố ở mỗi tổ dân phố sau sắp xếp.</w:t>
      </w:r>
    </w:p>
    <w:p w14:paraId="2A2E9B6B" w14:textId="77777777" w:rsidR="009E0487" w:rsidRPr="009C3767" w:rsidRDefault="00C73BF9" w:rsidP="0045062A">
      <w:pPr>
        <w:spacing w:before="60" w:after="60"/>
        <w:ind w:firstLine="709"/>
        <w:jc w:val="both"/>
        <w:rPr>
          <w:rFonts w:cs="Times New Roman"/>
          <w:sz w:val="28"/>
          <w:szCs w:val="28"/>
          <w:lang w:val="vi-VN"/>
        </w:rPr>
      </w:pPr>
      <w:r w:rsidRPr="009C3767">
        <w:rPr>
          <w:rFonts w:cs="Times New Roman"/>
          <w:sz w:val="28"/>
          <w:szCs w:val="28"/>
        </w:rPr>
        <w:t>Đối với người không tiếp tục tham gia sau sắp xếp, UBND phường Yên Sở phối hợp với các cơ quan liên quan thực hiện chế độ, chính sách theo quy định, bảo đảm công khai, minh bạch, đúng đối tượng, đúng chế độ và phù hợp tâm tư, nguyện vọng của người hoạt động ở cơ sở.</w:t>
      </w:r>
    </w:p>
    <w:p w14:paraId="348C20AA" w14:textId="09129D71" w:rsidR="00C73BF9" w:rsidRPr="009C3767" w:rsidRDefault="00C73BF9" w:rsidP="0045062A">
      <w:pPr>
        <w:spacing w:before="60" w:after="60"/>
        <w:ind w:firstLine="709"/>
        <w:jc w:val="both"/>
        <w:rPr>
          <w:rFonts w:cs="Times New Roman"/>
          <w:sz w:val="28"/>
          <w:szCs w:val="28"/>
        </w:rPr>
      </w:pPr>
      <w:r w:rsidRPr="009C3767">
        <w:rPr>
          <w:rFonts w:cs="Times New Roman"/>
          <w:b/>
          <w:sz w:val="28"/>
          <w:szCs w:val="28"/>
        </w:rPr>
        <w:t>4. Tác động về ngân sách</w:t>
      </w:r>
    </w:p>
    <w:p w14:paraId="7ECDF252"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Việc sắp xếp tổ dân phố dự kiến phát sinh kinh phí phục vụ các nhiệm vụ: xây dựng hồ sơ Đề án, tổ chức lấy ý kiến Nhân dân, in ấn tài liệu, chỉnh lý hồ sơ, cập nhật dữ liệu dân cư, lập bản đồ/sơ đồ ranh giới, thay đổi biển tên tổ dân phố, kiện toàn cơ sở vật chất, tổ chức công bố nghị quyết, bàn giao hồ sơ, tài sản và thực hiện chế độ, chính sách đối với người hoạt động không chuyên trách.</w:t>
      </w:r>
    </w:p>
    <w:p w14:paraId="3DD62874"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Dự toán kinh phí thực hiện Đề án được lập riêng theo quy định của pháp luật về ngân sách nhà nước và hướng dẫn của cơ quan có thẩm quyền.</w:t>
      </w:r>
    </w:p>
    <w:p w14:paraId="5BDABCEF"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5. Tác động đến người dân</w:t>
      </w:r>
    </w:p>
    <w:p w14:paraId="718F1202"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Việc sắp xếp tổ dân phố không làm thay đổi quyền, nghĩa vụ công dân; không làm thay đổi địa giới hành chính phường; không làm ảnh hưởng đến giấy tờ pháp lý của cá nhân, hộ gia đình, tổ chức nếu pháp luật không yêu cầu điều chỉnh.</w:t>
      </w:r>
    </w:p>
    <w:p w14:paraId="18B2DA3A"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Phương án sắp xếp được thực hiện công khai, dân chủ, có lấy ý kiến cử tri đại diện hộ gia đình tại các địa bàn chịu tác động, bảo đảm Nhân dân được biết, được bàn, được tham gia ý kiến và được giám sát việc thực hiện.</w:t>
      </w:r>
    </w:p>
    <w:p w14:paraId="206AB485"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6. Tác động đến quản lý nhà nước</w:t>
      </w:r>
    </w:p>
    <w:p w14:paraId="389C16CD" w14:textId="3379F375"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 xml:space="preserve">Sau sắp xếp, UBND phường Yên Sở có điều kiện quản lý địa bàn tập trung, </w:t>
      </w:r>
      <w:r w:rsidRPr="009C3767">
        <w:rPr>
          <w:rFonts w:cs="Times New Roman"/>
          <w:spacing w:val="-6"/>
          <w:sz w:val="28"/>
          <w:szCs w:val="28"/>
        </w:rPr>
        <w:t xml:space="preserve">rõ ràng hơn; thuận lợi trong cập nhật dữ liệu dân cư, quản lý cư trú, triển khai dịch vụ </w:t>
      </w:r>
      <w:r w:rsidRPr="009C3767">
        <w:rPr>
          <w:rFonts w:cs="Times New Roman"/>
          <w:sz w:val="28"/>
          <w:szCs w:val="28"/>
        </w:rPr>
        <w:t xml:space="preserve">công, </w:t>
      </w:r>
      <w:r w:rsidRPr="009C3767">
        <w:rPr>
          <w:rFonts w:cs="Times New Roman"/>
          <w:sz w:val="28"/>
          <w:szCs w:val="28"/>
        </w:rPr>
        <w:lastRenderedPageBreak/>
        <w:t>chuyển đổi số, bảo đảm an ninh trật tự, phòng cháy chữa cháy, trật tự đô thị, vệ sinh môi trường và thực hiện các nhiệm vụ phát triển kinh tế - xã hội tại cơ sở.</w:t>
      </w:r>
    </w:p>
    <w:p w14:paraId="5723910F" w14:textId="77777777" w:rsidR="00C73BF9" w:rsidRPr="009C3767" w:rsidRDefault="00C73BF9" w:rsidP="0045062A">
      <w:pPr>
        <w:spacing w:before="60" w:after="60"/>
        <w:ind w:firstLine="709"/>
        <w:rPr>
          <w:rFonts w:cs="Times New Roman"/>
          <w:sz w:val="28"/>
          <w:szCs w:val="28"/>
        </w:rPr>
      </w:pPr>
      <w:r w:rsidRPr="009C3767">
        <w:rPr>
          <w:rFonts w:cs="Times New Roman"/>
          <w:b/>
          <w:caps/>
          <w:sz w:val="28"/>
          <w:szCs w:val="28"/>
        </w:rPr>
        <w:t>XI. THẨM QUYỀN, HỒ SƠ VÀ TRÌNH TỰ TRÌNH QUYẾT ĐỊNH</w:t>
      </w:r>
    </w:p>
    <w:p w14:paraId="0A80DD72"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1. Thẩm quyền</w:t>
      </w:r>
    </w:p>
    <w:p w14:paraId="0CBC0E99"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UBND phường Yên Sở xây dựng Đề án sắp xếp tổ dân phố trên địa bàn; tổ chức lấy ý kiến Nhân dân tại các tổ dân phố, khu vực dân cư chịu tác động trực tiếp; báo cáo Đảng ủy phường; phối hợp với Ủy ban Mặt trận Tổ quốc Việt Nam phường hoàn thiện hồ sơ; trình HĐND phường Yên Sở xem xét, quyết định việc thành lập, tổ chức lại, đổi tên tổ dân phố theo thẩm quyền quy định.</w:t>
      </w:r>
    </w:p>
    <w:p w14:paraId="60C789CE" w14:textId="1D23F1CB" w:rsidR="00C73BF9" w:rsidRPr="009C3767" w:rsidRDefault="00C73BF9" w:rsidP="0045062A">
      <w:pPr>
        <w:spacing w:before="60" w:after="60"/>
        <w:ind w:firstLine="709"/>
        <w:rPr>
          <w:rFonts w:cs="Times New Roman"/>
          <w:sz w:val="28"/>
          <w:szCs w:val="28"/>
          <w:lang w:val="vi-VN"/>
        </w:rPr>
      </w:pPr>
      <w:r w:rsidRPr="009C3767">
        <w:rPr>
          <w:rFonts w:cs="Times New Roman"/>
          <w:b/>
          <w:sz w:val="28"/>
          <w:szCs w:val="28"/>
        </w:rPr>
        <w:t xml:space="preserve">2. Hồ sơ trình HĐND </w:t>
      </w:r>
      <w:r w:rsidR="00C921F4">
        <w:rPr>
          <w:rFonts w:cs="Times New Roman"/>
          <w:b/>
          <w:sz w:val="28"/>
          <w:szCs w:val="28"/>
        </w:rPr>
        <w:t>P</w:t>
      </w:r>
      <w:r w:rsidRPr="009C3767">
        <w:rPr>
          <w:rFonts w:cs="Times New Roman"/>
          <w:b/>
          <w:sz w:val="28"/>
          <w:szCs w:val="28"/>
        </w:rPr>
        <w:t>hường</w:t>
      </w:r>
    </w:p>
    <w:p w14:paraId="07B5B9B4" w14:textId="3E612C4F" w:rsidR="00C73BF9" w:rsidRPr="009C3767" w:rsidRDefault="00C73BF9" w:rsidP="0045062A">
      <w:pPr>
        <w:spacing w:before="60" w:after="60"/>
        <w:ind w:firstLine="709"/>
        <w:rPr>
          <w:rFonts w:cs="Times New Roman"/>
          <w:sz w:val="28"/>
          <w:szCs w:val="28"/>
        </w:rPr>
      </w:pPr>
      <w:r w:rsidRPr="009C3767">
        <w:rPr>
          <w:rFonts w:cs="Times New Roman"/>
          <w:sz w:val="28"/>
          <w:szCs w:val="28"/>
          <w:lang w:val="vi-VN"/>
        </w:rPr>
        <w:t xml:space="preserve">- </w:t>
      </w:r>
      <w:r w:rsidRPr="009C3767">
        <w:rPr>
          <w:rFonts w:cs="Times New Roman"/>
          <w:sz w:val="28"/>
          <w:szCs w:val="28"/>
        </w:rPr>
        <w:t>Tờ trình của UBND phường Yên Sở;</w:t>
      </w:r>
    </w:p>
    <w:p w14:paraId="6D2D6DF0" w14:textId="6F31B542"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Đề án sắp xếp tổ dân phố trên địa bàn phường Yên Sở;</w:t>
      </w:r>
    </w:p>
    <w:p w14:paraId="7727D19B" w14:textId="26DE550C"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Dự thảo Nghị quyết của HĐND phường Yên Sở;</w:t>
      </w:r>
    </w:p>
    <w:p w14:paraId="16376315" w14:textId="13608BD2"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Báo cáo tổng hợp hiện trạng tổ dân phố;</w:t>
      </w:r>
    </w:p>
    <w:p w14:paraId="6AAECC1B" w14:textId="5046BC55"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Danh sách tổ dân phố trước và sau sắp xếp;</w:t>
      </w:r>
    </w:p>
    <w:p w14:paraId="33B24A38" w14:textId="6FB9378E"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Bản đồ hoặc sơ đồ ranh giới tổ dân phố trước và sau sắp xếp;</w:t>
      </w:r>
    </w:p>
    <w:p w14:paraId="52D5B59F" w14:textId="46E59B4F"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Biên bản, phiếu lấy ý kiến, biên bản kiểm phiếu và bảng tổng hợp kết quả lấy ý kiến Nhân dân;</w:t>
      </w:r>
    </w:p>
    <w:p w14:paraId="6FEAED0C" w14:textId="7331D130"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Báo cáo tiếp thu, giải trình ý kiến Nhân dân;</w:t>
      </w:r>
    </w:p>
    <w:p w14:paraId="32838991" w14:textId="30898D51"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w:t>
      </w:r>
      <w:r w:rsidRPr="009C3767">
        <w:rPr>
          <w:rFonts w:cs="Times New Roman"/>
          <w:sz w:val="28"/>
          <w:szCs w:val="28"/>
        </w:rPr>
        <w:t xml:space="preserve"> Văn bản của Đảng ủy phường cho ý kiến về phương án sắp xếp;</w:t>
      </w:r>
    </w:p>
    <w:p w14:paraId="13D8ADAA" w14:textId="2BD1B065"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 xml:space="preserve">Văn bản của Ủy ban Mặt trận Tổ quốc Việt Nam </w:t>
      </w:r>
      <w:r w:rsidR="00772D8E" w:rsidRPr="009C3767">
        <w:rPr>
          <w:rFonts w:cs="Times New Roman"/>
          <w:sz w:val="28"/>
          <w:szCs w:val="28"/>
        </w:rPr>
        <w:t>P</w:t>
      </w:r>
      <w:r w:rsidRPr="009C3767">
        <w:rPr>
          <w:rFonts w:cs="Times New Roman"/>
          <w:sz w:val="28"/>
          <w:szCs w:val="28"/>
        </w:rPr>
        <w:t>hường;</w:t>
      </w:r>
    </w:p>
    <w:p w14:paraId="2CDFEDCA" w14:textId="4A070CFC" w:rsidR="00C73BF9" w:rsidRPr="009C3767" w:rsidRDefault="00C73BF9" w:rsidP="0045062A">
      <w:pPr>
        <w:spacing w:before="60" w:after="60"/>
        <w:ind w:firstLine="709"/>
        <w:jc w:val="both"/>
        <w:rPr>
          <w:rFonts w:cs="Times New Roman"/>
          <w:sz w:val="28"/>
          <w:szCs w:val="28"/>
          <w:lang w:val="vi-VN"/>
        </w:rPr>
      </w:pPr>
      <w:r w:rsidRPr="009C3767">
        <w:rPr>
          <w:rFonts w:cs="Times New Roman"/>
          <w:sz w:val="28"/>
          <w:szCs w:val="28"/>
          <w:lang w:val="vi-VN"/>
        </w:rPr>
        <w:t xml:space="preserve">- </w:t>
      </w:r>
      <w:r w:rsidRPr="009C3767">
        <w:rPr>
          <w:rFonts w:cs="Times New Roman"/>
          <w:sz w:val="28"/>
          <w:szCs w:val="28"/>
        </w:rPr>
        <w:t>Phương án kiện toàn tổ chức, nhân sự, người hoạt động không chuyên trách ở tổ dân phố;</w:t>
      </w:r>
    </w:p>
    <w:p w14:paraId="6B2183B2" w14:textId="39346151" w:rsidR="00C73BF9" w:rsidRPr="009C3767" w:rsidRDefault="00C73BF9" w:rsidP="0045062A">
      <w:pPr>
        <w:spacing w:before="60" w:after="60"/>
        <w:ind w:firstLine="709"/>
        <w:jc w:val="both"/>
        <w:rPr>
          <w:rFonts w:cs="Times New Roman"/>
          <w:sz w:val="28"/>
          <w:szCs w:val="28"/>
        </w:rPr>
      </w:pPr>
      <w:r w:rsidRPr="009C3767">
        <w:rPr>
          <w:rFonts w:cs="Times New Roman"/>
          <w:sz w:val="28"/>
          <w:szCs w:val="28"/>
          <w:lang w:val="vi-VN"/>
        </w:rPr>
        <w:t xml:space="preserve">- </w:t>
      </w:r>
      <w:r w:rsidRPr="009C3767">
        <w:rPr>
          <w:rFonts w:cs="Times New Roman"/>
          <w:sz w:val="28"/>
          <w:szCs w:val="28"/>
        </w:rPr>
        <w:t>Các tài liệu khác có liên quan.</w:t>
      </w:r>
    </w:p>
    <w:p w14:paraId="7FC6467C"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3. Trình tự thực hiện</w:t>
      </w:r>
    </w:p>
    <w:p w14:paraId="3E93F4C1" w14:textId="77777777" w:rsidR="00C9112A" w:rsidRPr="009C3767" w:rsidRDefault="00C73BF9" w:rsidP="0045062A">
      <w:pPr>
        <w:spacing w:before="60" w:after="60"/>
        <w:ind w:firstLine="709"/>
        <w:jc w:val="both"/>
        <w:rPr>
          <w:rFonts w:cs="Times New Roman"/>
          <w:sz w:val="28"/>
          <w:szCs w:val="28"/>
          <w:lang w:val="vi-VN"/>
        </w:rPr>
      </w:pPr>
      <w:r w:rsidRPr="009C3767">
        <w:rPr>
          <w:rFonts w:cs="Times New Roman"/>
          <w:sz w:val="28"/>
          <w:szCs w:val="28"/>
        </w:rPr>
        <w:t>UBND phường Yên Sở tổ chức rà soát hiện trạng tổ dân phố, số hộ, nhân khẩu, ranh giới, hạ tầng, thiết chế văn hóa, tổ chức hệ thống chính trị và đội ngũ người hoạt động không chuyên trách.</w:t>
      </w:r>
    </w:p>
    <w:p w14:paraId="14E2F62C" w14:textId="337F8812"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Trên cơ sở kết quả rà soát, UBND phường xây dựng dự thảo Đề án, phương án sắp xếp, phụ lục danh sách tổ dân phố trước và sau sắp xếp, bản đồ/sơ đồ ranh giới, phương án nhân sự và dự thảo nghị quyết.</w:t>
      </w:r>
    </w:p>
    <w:p w14:paraId="620AA9C2"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lastRenderedPageBreak/>
        <w:t>UBND phường tổ chức lấy ý kiến Nhân dân tại các tổ dân phố, khu vực dân cư chịu tác động trực tiếp; tổng hợp kết quả, tiếp thu, giải trình các ý kiến góp ý, kiến nghị của Nhân dân.</w:t>
      </w:r>
    </w:p>
    <w:p w14:paraId="4E1F6505"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Sau khi hoàn thiện hồ sơ, UBND phường báo cáo Đảng ủy phường, phối hợp với Ủy ban Mặt trận Tổ quốc Việt Nam phường và các cơ quan liên quan, trình HĐND phường Yên Sở xem xét, quyết định theo thẩm quyền.</w:t>
      </w:r>
    </w:p>
    <w:p w14:paraId="25736016"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Sau khi nghị quyết được thông qua, UBND phường tổ chức công bố, triển khai thực hiện; kiện toàn tổ chức, nhân sự; bàn giao hồ sơ, tài sản; cập nhật dữ liệu dân cư, ranh giới quản lý và các nội dung liên quan.</w:t>
      </w:r>
    </w:p>
    <w:p w14:paraId="02937F48" w14:textId="77777777" w:rsidR="00102E8F" w:rsidRPr="009C3767" w:rsidRDefault="00723C88" w:rsidP="0045062A">
      <w:pPr>
        <w:spacing w:before="60" w:after="60"/>
        <w:ind w:left="709" w:firstLine="11"/>
        <w:rPr>
          <w:rFonts w:cs="Times New Roman"/>
          <w:b/>
          <w:sz w:val="28"/>
          <w:szCs w:val="28"/>
          <w:lang w:val="vi-VN"/>
        </w:rPr>
      </w:pPr>
      <w:r w:rsidRPr="009C3767">
        <w:rPr>
          <w:rFonts w:cs="Times New Roman"/>
          <w:b/>
          <w:sz w:val="28"/>
          <w:szCs w:val="28"/>
        </w:rPr>
        <w:t>XII. LỘ TRÌNH THỰC HIỆN</w:t>
      </w:r>
    </w:p>
    <w:p w14:paraId="2DA70C54" w14:textId="77777777" w:rsidR="000D7895" w:rsidRPr="009C3767" w:rsidRDefault="000D7895" w:rsidP="0045062A">
      <w:pPr>
        <w:spacing w:before="60" w:after="60"/>
        <w:ind w:firstLine="709"/>
        <w:jc w:val="both"/>
        <w:rPr>
          <w:rFonts w:cs="Times New Roman"/>
          <w:sz w:val="28"/>
          <w:szCs w:val="28"/>
        </w:rPr>
      </w:pPr>
      <w:r w:rsidRPr="009C3767">
        <w:rPr>
          <w:rFonts w:cs="Times New Roman"/>
          <w:sz w:val="28"/>
          <w:szCs w:val="28"/>
        </w:rPr>
        <w:t>Căn cứ yêu cầu xây dựng Đề án sắp xếp tổ dân phố trên địa bàn phường Yên Sở, UBND phường Yên Sở dự kiến lộ trình triển khai theo các giai đoạn sau:</w:t>
      </w:r>
    </w:p>
    <w:tbl>
      <w:tblPr>
        <w:tblStyle w:val="TableGrid"/>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2044"/>
        <w:gridCol w:w="1918"/>
        <w:gridCol w:w="2949"/>
        <w:gridCol w:w="2478"/>
      </w:tblGrid>
      <w:tr w:rsidR="000D7895" w:rsidRPr="009C3767" w14:paraId="4EC585AB" w14:textId="77777777" w:rsidTr="0045062A">
        <w:tc>
          <w:tcPr>
            <w:tcW w:w="2093" w:type="dxa"/>
            <w:tcBorders>
              <w:top w:val="single" w:sz="6" w:space="0" w:color="000000"/>
              <w:left w:val="single" w:sz="6" w:space="0" w:color="000000"/>
              <w:bottom w:val="single" w:sz="6" w:space="0" w:color="000000"/>
              <w:right w:val="single" w:sz="6" w:space="0" w:color="000000"/>
            </w:tcBorders>
            <w:vAlign w:val="center"/>
          </w:tcPr>
          <w:p w14:paraId="1D86AD92" w14:textId="1657941F" w:rsidR="000D7895" w:rsidRPr="009C3767" w:rsidRDefault="000D7895" w:rsidP="001A6BEE">
            <w:pPr>
              <w:spacing w:line="276" w:lineRule="auto"/>
              <w:jc w:val="center"/>
              <w:rPr>
                <w:rFonts w:cs="Times New Roman"/>
                <w:sz w:val="28"/>
                <w:szCs w:val="28"/>
              </w:rPr>
            </w:pPr>
            <w:r w:rsidRPr="009C3767">
              <w:rPr>
                <w:rFonts w:cs="Times New Roman"/>
                <w:b/>
                <w:sz w:val="28"/>
                <w:szCs w:val="28"/>
              </w:rPr>
              <w:t>Giai đoạn</w:t>
            </w:r>
          </w:p>
        </w:tc>
        <w:tc>
          <w:tcPr>
            <w:tcW w:w="1947" w:type="dxa"/>
            <w:tcBorders>
              <w:top w:val="single" w:sz="6" w:space="0" w:color="000000"/>
              <w:left w:val="single" w:sz="6" w:space="0" w:color="000000"/>
              <w:bottom w:val="single" w:sz="6" w:space="0" w:color="000000"/>
              <w:right w:val="single" w:sz="6" w:space="0" w:color="000000"/>
            </w:tcBorders>
            <w:vAlign w:val="center"/>
          </w:tcPr>
          <w:p w14:paraId="1F33DAD8" w14:textId="77777777" w:rsidR="000D7895" w:rsidRPr="009C3767" w:rsidRDefault="000D7895" w:rsidP="001A6BEE">
            <w:pPr>
              <w:spacing w:line="276" w:lineRule="auto"/>
              <w:jc w:val="center"/>
              <w:rPr>
                <w:rFonts w:cs="Times New Roman"/>
                <w:b/>
                <w:sz w:val="28"/>
                <w:szCs w:val="28"/>
                <w:lang w:val="vi-VN"/>
              </w:rPr>
            </w:pPr>
            <w:r w:rsidRPr="009C3767">
              <w:rPr>
                <w:rFonts w:cs="Times New Roman"/>
                <w:b/>
                <w:sz w:val="28"/>
                <w:szCs w:val="28"/>
              </w:rPr>
              <w:t xml:space="preserve">Thời gian </w:t>
            </w:r>
          </w:p>
          <w:p w14:paraId="52BD6FE9" w14:textId="76A47BF2" w:rsidR="000D7895" w:rsidRPr="009C3767" w:rsidRDefault="000D7895" w:rsidP="001A6BEE">
            <w:pPr>
              <w:spacing w:line="276" w:lineRule="auto"/>
              <w:jc w:val="center"/>
              <w:rPr>
                <w:rFonts w:cs="Times New Roman"/>
                <w:sz w:val="28"/>
                <w:szCs w:val="28"/>
              </w:rPr>
            </w:pPr>
            <w:r w:rsidRPr="009C3767">
              <w:rPr>
                <w:rFonts w:cs="Times New Roman"/>
                <w:b/>
                <w:sz w:val="28"/>
                <w:szCs w:val="28"/>
              </w:rPr>
              <w:t>dự kiến</w:t>
            </w:r>
          </w:p>
        </w:tc>
        <w:tc>
          <w:tcPr>
            <w:tcW w:w="3035" w:type="dxa"/>
            <w:tcBorders>
              <w:top w:val="single" w:sz="6" w:space="0" w:color="000000"/>
              <w:left w:val="single" w:sz="6" w:space="0" w:color="000000"/>
              <w:bottom w:val="single" w:sz="6" w:space="0" w:color="000000"/>
              <w:right w:val="single" w:sz="6" w:space="0" w:color="000000"/>
            </w:tcBorders>
            <w:vAlign w:val="center"/>
          </w:tcPr>
          <w:p w14:paraId="487B2E7D" w14:textId="25E320ED" w:rsidR="000D7895" w:rsidRPr="009C3767" w:rsidRDefault="000D7895" w:rsidP="001A6BEE">
            <w:pPr>
              <w:spacing w:line="276" w:lineRule="auto"/>
              <w:jc w:val="center"/>
              <w:rPr>
                <w:rFonts w:cs="Times New Roman"/>
                <w:sz w:val="28"/>
                <w:szCs w:val="28"/>
              </w:rPr>
            </w:pPr>
            <w:r w:rsidRPr="009C3767">
              <w:rPr>
                <w:rFonts w:cs="Times New Roman"/>
                <w:b/>
                <w:sz w:val="28"/>
                <w:szCs w:val="28"/>
              </w:rPr>
              <w:t>Nội dung chủ yếu</w:t>
            </w:r>
          </w:p>
        </w:tc>
        <w:tc>
          <w:tcPr>
            <w:tcW w:w="2546" w:type="dxa"/>
            <w:tcBorders>
              <w:top w:val="single" w:sz="6" w:space="0" w:color="000000"/>
              <w:left w:val="single" w:sz="6" w:space="0" w:color="000000"/>
              <w:bottom w:val="single" w:sz="6" w:space="0" w:color="000000"/>
              <w:right w:val="single" w:sz="6" w:space="0" w:color="000000"/>
            </w:tcBorders>
            <w:vAlign w:val="center"/>
          </w:tcPr>
          <w:p w14:paraId="38B33A04" w14:textId="1572F818" w:rsidR="000D7895" w:rsidRPr="009C3767" w:rsidRDefault="000D7895" w:rsidP="001A6BEE">
            <w:pPr>
              <w:spacing w:line="276" w:lineRule="auto"/>
              <w:jc w:val="center"/>
              <w:rPr>
                <w:rFonts w:cs="Times New Roman"/>
                <w:sz w:val="28"/>
                <w:szCs w:val="28"/>
              </w:rPr>
            </w:pPr>
            <w:r w:rsidRPr="009C3767">
              <w:rPr>
                <w:rFonts w:cs="Times New Roman"/>
                <w:b/>
                <w:sz w:val="28"/>
                <w:szCs w:val="28"/>
              </w:rPr>
              <w:t>Cơ quan chủ trì/phối hợp</w:t>
            </w:r>
          </w:p>
        </w:tc>
      </w:tr>
      <w:tr w:rsidR="000D7895" w:rsidRPr="009C3767" w14:paraId="0C498E9A" w14:textId="77777777" w:rsidTr="0045062A">
        <w:tc>
          <w:tcPr>
            <w:tcW w:w="2093" w:type="dxa"/>
            <w:tcBorders>
              <w:top w:val="single" w:sz="6" w:space="0" w:color="000000"/>
              <w:left w:val="single" w:sz="6" w:space="0" w:color="000000"/>
              <w:bottom w:val="single" w:sz="6" w:space="0" w:color="000000"/>
              <w:right w:val="single" w:sz="6" w:space="0" w:color="000000"/>
            </w:tcBorders>
            <w:vAlign w:val="center"/>
          </w:tcPr>
          <w:p w14:paraId="641BF8F0" w14:textId="36CE7FB8" w:rsidR="000D7895" w:rsidRPr="009C3767" w:rsidRDefault="000D7895" w:rsidP="001A6BEE">
            <w:pPr>
              <w:rPr>
                <w:rFonts w:cs="Times New Roman"/>
                <w:spacing w:val="-6"/>
                <w:sz w:val="28"/>
                <w:szCs w:val="28"/>
              </w:rPr>
            </w:pPr>
            <w:r w:rsidRPr="009C3767">
              <w:rPr>
                <w:rFonts w:cs="Times New Roman"/>
                <w:spacing w:val="-6"/>
                <w:sz w:val="28"/>
                <w:szCs w:val="28"/>
              </w:rPr>
              <w:t>Rà soát, xây dựng phương án</w:t>
            </w:r>
          </w:p>
        </w:tc>
        <w:tc>
          <w:tcPr>
            <w:tcW w:w="1947" w:type="dxa"/>
            <w:tcBorders>
              <w:top w:val="single" w:sz="6" w:space="0" w:color="000000"/>
              <w:left w:val="single" w:sz="6" w:space="0" w:color="000000"/>
              <w:bottom w:val="single" w:sz="6" w:space="0" w:color="000000"/>
              <w:right w:val="single" w:sz="6" w:space="0" w:color="000000"/>
            </w:tcBorders>
            <w:vAlign w:val="center"/>
          </w:tcPr>
          <w:p w14:paraId="202A05CD" w14:textId="566204A4" w:rsidR="000D7895" w:rsidRPr="009C3767" w:rsidRDefault="0061533C" w:rsidP="001A6BEE">
            <w:pPr>
              <w:jc w:val="center"/>
              <w:rPr>
                <w:rFonts w:cs="Times New Roman"/>
                <w:sz w:val="28"/>
                <w:szCs w:val="28"/>
              </w:rPr>
            </w:pPr>
            <w:r w:rsidRPr="009C3767">
              <w:rPr>
                <w:rFonts w:cs="Times New Roman"/>
                <w:sz w:val="28"/>
                <w:szCs w:val="28"/>
              </w:rPr>
              <w:t>Hoàn thành trước ngày 10/6</w:t>
            </w:r>
          </w:p>
        </w:tc>
        <w:tc>
          <w:tcPr>
            <w:tcW w:w="3035" w:type="dxa"/>
            <w:tcBorders>
              <w:top w:val="single" w:sz="6" w:space="0" w:color="000000"/>
              <w:left w:val="single" w:sz="6" w:space="0" w:color="000000"/>
              <w:bottom w:val="single" w:sz="6" w:space="0" w:color="000000"/>
              <w:right w:val="single" w:sz="6" w:space="0" w:color="000000"/>
            </w:tcBorders>
            <w:vAlign w:val="center"/>
          </w:tcPr>
          <w:p w14:paraId="072D518F" w14:textId="32B5216D" w:rsidR="000D7895" w:rsidRPr="009C3767" w:rsidRDefault="000D7895" w:rsidP="001A6BEE">
            <w:pPr>
              <w:jc w:val="both"/>
              <w:rPr>
                <w:rFonts w:cs="Times New Roman"/>
                <w:sz w:val="28"/>
                <w:szCs w:val="28"/>
              </w:rPr>
            </w:pPr>
            <w:r w:rsidRPr="009C3767">
              <w:rPr>
                <w:rFonts w:cs="Times New Roman"/>
                <w:sz w:val="28"/>
                <w:szCs w:val="28"/>
              </w:rPr>
              <w:t>Rà soát, chuẩn hóa số liệu về số hộ, nhân khẩu, diện tích, ranh giới, tổ chức đảng, Ban công tác Mặt trận, người hoạt động không chuyên trách, cơ sở vật chất, nhà văn hóa/điểm sinh hoạt cộng đồng; hoàn thiện dự thảo Đề án sắp xếp tổ dân phố trên địa bàn phường Yên Sở.</w:t>
            </w:r>
          </w:p>
        </w:tc>
        <w:tc>
          <w:tcPr>
            <w:tcW w:w="2546" w:type="dxa"/>
            <w:tcBorders>
              <w:top w:val="single" w:sz="6" w:space="0" w:color="000000"/>
              <w:left w:val="single" w:sz="6" w:space="0" w:color="000000"/>
              <w:bottom w:val="single" w:sz="6" w:space="0" w:color="000000"/>
              <w:right w:val="single" w:sz="6" w:space="0" w:color="000000"/>
            </w:tcBorders>
            <w:vAlign w:val="center"/>
          </w:tcPr>
          <w:p w14:paraId="709E8462" w14:textId="69D00E03" w:rsidR="000D7895" w:rsidRPr="009C3767" w:rsidRDefault="000D7895" w:rsidP="001A6BEE">
            <w:pPr>
              <w:jc w:val="both"/>
              <w:rPr>
                <w:rFonts w:cs="Times New Roman"/>
                <w:sz w:val="28"/>
                <w:szCs w:val="28"/>
              </w:rPr>
            </w:pPr>
            <w:r w:rsidRPr="009C3767">
              <w:rPr>
                <w:rFonts w:cs="Times New Roman"/>
                <w:sz w:val="28"/>
                <w:szCs w:val="28"/>
              </w:rPr>
              <w:t>UBND phường Yên Sở chủ trì; bộ phận chuyên môn được phân công làm đầu mối; Công an phường; bộ phận phụ trách kinh tế, hạ tầng, đô thị; Tổ trưởng các tổ dân phố phối hợp.</w:t>
            </w:r>
          </w:p>
        </w:tc>
      </w:tr>
      <w:tr w:rsidR="000D7895" w:rsidRPr="009C3767" w14:paraId="6614BDF8" w14:textId="77777777" w:rsidTr="0045062A">
        <w:tc>
          <w:tcPr>
            <w:tcW w:w="2093" w:type="dxa"/>
            <w:tcBorders>
              <w:top w:val="single" w:sz="6" w:space="0" w:color="000000"/>
              <w:left w:val="single" w:sz="6" w:space="0" w:color="000000"/>
              <w:bottom w:val="single" w:sz="6" w:space="0" w:color="000000"/>
              <w:right w:val="single" w:sz="6" w:space="0" w:color="000000"/>
            </w:tcBorders>
            <w:vAlign w:val="center"/>
            <w:hideMark/>
          </w:tcPr>
          <w:p w14:paraId="0AA5BF46" w14:textId="77777777" w:rsidR="000D7895" w:rsidRPr="009C3767" w:rsidRDefault="000D7895" w:rsidP="001A6BEE">
            <w:pPr>
              <w:jc w:val="center"/>
              <w:rPr>
                <w:rFonts w:cs="Times New Roman"/>
                <w:sz w:val="28"/>
                <w:szCs w:val="28"/>
              </w:rPr>
            </w:pPr>
            <w:r w:rsidRPr="009C3767">
              <w:rPr>
                <w:rFonts w:cs="Times New Roman"/>
                <w:sz w:val="28"/>
                <w:szCs w:val="28"/>
              </w:rPr>
              <w:t>Lấy ý kiến Nhân dân</w:t>
            </w:r>
          </w:p>
        </w:tc>
        <w:tc>
          <w:tcPr>
            <w:tcW w:w="1947" w:type="dxa"/>
            <w:tcBorders>
              <w:top w:val="single" w:sz="6" w:space="0" w:color="000000"/>
              <w:left w:val="single" w:sz="6" w:space="0" w:color="000000"/>
              <w:bottom w:val="single" w:sz="6" w:space="0" w:color="000000"/>
              <w:right w:val="single" w:sz="6" w:space="0" w:color="000000"/>
            </w:tcBorders>
            <w:vAlign w:val="center"/>
            <w:hideMark/>
          </w:tcPr>
          <w:p w14:paraId="2AC37A68" w14:textId="54132137" w:rsidR="0045062A" w:rsidRPr="009C3767" w:rsidRDefault="000D7895" w:rsidP="001A6BEE">
            <w:pPr>
              <w:jc w:val="center"/>
              <w:rPr>
                <w:rFonts w:cs="Times New Roman"/>
                <w:sz w:val="28"/>
                <w:szCs w:val="28"/>
              </w:rPr>
            </w:pPr>
            <w:r w:rsidRPr="009C3767">
              <w:rPr>
                <w:rFonts w:cs="Times New Roman"/>
                <w:sz w:val="28"/>
                <w:szCs w:val="28"/>
              </w:rPr>
              <w:t xml:space="preserve">Từ ngày </w:t>
            </w:r>
            <w:r w:rsidR="0061533C" w:rsidRPr="009C3767">
              <w:rPr>
                <w:rFonts w:cs="Times New Roman"/>
                <w:sz w:val="28"/>
                <w:szCs w:val="28"/>
              </w:rPr>
              <w:t>1</w:t>
            </w:r>
            <w:r w:rsidR="009C3767">
              <w:rPr>
                <w:rFonts w:cs="Times New Roman"/>
                <w:sz w:val="28"/>
                <w:szCs w:val="28"/>
              </w:rPr>
              <w:t>4</w:t>
            </w:r>
            <w:r w:rsidRPr="009C3767">
              <w:rPr>
                <w:rFonts w:cs="Times New Roman"/>
                <w:sz w:val="28"/>
                <w:szCs w:val="28"/>
              </w:rPr>
              <w:t xml:space="preserve">/6/2026 </w:t>
            </w:r>
          </w:p>
          <w:p w14:paraId="13A7A538" w14:textId="5E06552D" w:rsidR="000D7895" w:rsidRPr="009C3767" w:rsidRDefault="000D7895" w:rsidP="001A6BEE">
            <w:pPr>
              <w:jc w:val="center"/>
              <w:rPr>
                <w:rFonts w:cs="Times New Roman"/>
                <w:sz w:val="28"/>
                <w:szCs w:val="28"/>
              </w:rPr>
            </w:pPr>
            <w:r w:rsidRPr="009C3767">
              <w:rPr>
                <w:rFonts w:cs="Times New Roman"/>
                <w:sz w:val="28"/>
                <w:szCs w:val="28"/>
              </w:rPr>
              <w:t xml:space="preserve">đến ngày </w:t>
            </w:r>
            <w:r w:rsidR="009C3767">
              <w:rPr>
                <w:rFonts w:cs="Times New Roman"/>
                <w:sz w:val="28"/>
                <w:szCs w:val="28"/>
              </w:rPr>
              <w:t>20</w:t>
            </w:r>
            <w:r w:rsidRPr="009C3767">
              <w:rPr>
                <w:rFonts w:cs="Times New Roman"/>
                <w:sz w:val="28"/>
                <w:szCs w:val="28"/>
              </w:rPr>
              <w:t>/6/2026</w:t>
            </w:r>
          </w:p>
        </w:tc>
        <w:tc>
          <w:tcPr>
            <w:tcW w:w="3035" w:type="dxa"/>
            <w:tcBorders>
              <w:top w:val="single" w:sz="6" w:space="0" w:color="000000"/>
              <w:left w:val="single" w:sz="6" w:space="0" w:color="000000"/>
              <w:bottom w:val="single" w:sz="6" w:space="0" w:color="000000"/>
              <w:right w:val="single" w:sz="6" w:space="0" w:color="000000"/>
            </w:tcBorders>
            <w:vAlign w:val="center"/>
            <w:hideMark/>
          </w:tcPr>
          <w:p w14:paraId="2179FF15" w14:textId="79088228" w:rsidR="000D7895" w:rsidRPr="009C3767" w:rsidRDefault="000D7895" w:rsidP="001A6BEE">
            <w:pPr>
              <w:jc w:val="both"/>
              <w:rPr>
                <w:rFonts w:cs="Times New Roman"/>
                <w:sz w:val="28"/>
                <w:szCs w:val="28"/>
              </w:rPr>
            </w:pPr>
            <w:r w:rsidRPr="009C3767">
              <w:rPr>
                <w:rFonts w:cs="Times New Roman"/>
                <w:sz w:val="28"/>
                <w:szCs w:val="28"/>
              </w:rPr>
              <w:t xml:space="preserve">Công khai phương án sắp xếp tổ dân phố; tổ chức hội nghị hoặc phát phiếu lấy ý kiến cử tri đại diện hộ gia đình tại các tổ dân phố, khu dân cư, khu chung cư chịu tác động trực tiếp; tổng hợp kết quả lấy ý kiến, lập biên bản, tiếp thu, giải trình ý kiến </w:t>
            </w:r>
            <w:r w:rsidR="001A6BEE" w:rsidRPr="009C3767">
              <w:rPr>
                <w:rFonts w:cs="Times New Roman"/>
                <w:sz w:val="28"/>
                <w:szCs w:val="28"/>
              </w:rPr>
              <w:br/>
            </w:r>
            <w:r w:rsidRPr="009C3767">
              <w:rPr>
                <w:rFonts w:cs="Times New Roman"/>
                <w:sz w:val="28"/>
                <w:szCs w:val="28"/>
              </w:rPr>
              <w:t>Nhân dân</w:t>
            </w:r>
            <w:r w:rsidRPr="009C3767">
              <w:rPr>
                <w:rFonts w:cs="Times New Roman"/>
                <w:spacing w:val="-8"/>
                <w:sz w:val="28"/>
                <w:szCs w:val="28"/>
              </w:rPr>
              <w:t>.</w:t>
            </w:r>
          </w:p>
        </w:tc>
        <w:tc>
          <w:tcPr>
            <w:tcW w:w="2546" w:type="dxa"/>
            <w:tcBorders>
              <w:top w:val="single" w:sz="6" w:space="0" w:color="000000"/>
              <w:left w:val="single" w:sz="6" w:space="0" w:color="000000"/>
              <w:bottom w:val="single" w:sz="6" w:space="0" w:color="000000"/>
              <w:right w:val="single" w:sz="6" w:space="0" w:color="000000"/>
            </w:tcBorders>
            <w:vAlign w:val="center"/>
            <w:hideMark/>
          </w:tcPr>
          <w:p w14:paraId="603B82C6" w14:textId="4D77691E" w:rsidR="000D7895" w:rsidRPr="009C3767" w:rsidRDefault="000D7895" w:rsidP="001A6BEE">
            <w:pPr>
              <w:jc w:val="both"/>
              <w:rPr>
                <w:rFonts w:cs="Times New Roman"/>
                <w:sz w:val="28"/>
                <w:szCs w:val="28"/>
              </w:rPr>
            </w:pPr>
            <w:r w:rsidRPr="009C3767">
              <w:rPr>
                <w:rFonts w:cs="Times New Roman"/>
                <w:sz w:val="28"/>
                <w:szCs w:val="28"/>
              </w:rPr>
              <w:t xml:space="preserve">UBND phường Yên Sở chủ trì; Ủy ban MTTQ Việt Nam phường Yên Sở phối hợp giám sát, tuyên truyền, vận động; Tổ trưởng tổ dân phố, Ban công tác Mặt trận ở tổ </w:t>
            </w:r>
            <w:r w:rsidR="001A6BEE" w:rsidRPr="009C3767">
              <w:rPr>
                <w:rFonts w:cs="Times New Roman"/>
                <w:sz w:val="28"/>
                <w:szCs w:val="28"/>
              </w:rPr>
              <w:br/>
            </w:r>
            <w:r w:rsidRPr="009C3767">
              <w:rPr>
                <w:rFonts w:cs="Times New Roman"/>
                <w:sz w:val="28"/>
                <w:szCs w:val="28"/>
              </w:rPr>
              <w:t>dân phố phối hợp thực hiện.</w:t>
            </w:r>
          </w:p>
        </w:tc>
      </w:tr>
      <w:tr w:rsidR="000D7895" w:rsidRPr="009C3767" w14:paraId="2EB5E4A1" w14:textId="77777777" w:rsidTr="0045062A">
        <w:tc>
          <w:tcPr>
            <w:tcW w:w="2093" w:type="dxa"/>
            <w:tcBorders>
              <w:top w:val="single" w:sz="6" w:space="0" w:color="000000"/>
              <w:left w:val="single" w:sz="6" w:space="0" w:color="000000"/>
              <w:bottom w:val="single" w:sz="6" w:space="0" w:color="000000"/>
              <w:right w:val="single" w:sz="6" w:space="0" w:color="000000"/>
            </w:tcBorders>
            <w:vAlign w:val="center"/>
            <w:hideMark/>
          </w:tcPr>
          <w:p w14:paraId="44C8BD58" w14:textId="77777777" w:rsidR="000D7895" w:rsidRPr="009C3767" w:rsidRDefault="000D7895" w:rsidP="001A6BEE">
            <w:pPr>
              <w:jc w:val="center"/>
              <w:rPr>
                <w:rFonts w:cs="Times New Roman"/>
                <w:sz w:val="28"/>
                <w:szCs w:val="28"/>
              </w:rPr>
            </w:pPr>
            <w:r w:rsidRPr="009C3767">
              <w:rPr>
                <w:rFonts w:cs="Times New Roman"/>
                <w:sz w:val="28"/>
                <w:szCs w:val="28"/>
              </w:rPr>
              <w:lastRenderedPageBreak/>
              <w:t>Hoàn thiện hồ sơ, trình HĐND phường Yên Sở</w:t>
            </w:r>
          </w:p>
        </w:tc>
        <w:tc>
          <w:tcPr>
            <w:tcW w:w="1947" w:type="dxa"/>
            <w:tcBorders>
              <w:top w:val="single" w:sz="6" w:space="0" w:color="000000"/>
              <w:left w:val="single" w:sz="6" w:space="0" w:color="000000"/>
              <w:bottom w:val="single" w:sz="6" w:space="0" w:color="000000"/>
              <w:right w:val="single" w:sz="6" w:space="0" w:color="000000"/>
            </w:tcBorders>
            <w:vAlign w:val="center"/>
            <w:hideMark/>
          </w:tcPr>
          <w:p w14:paraId="17A240E2" w14:textId="44BB3544" w:rsidR="0045062A" w:rsidRPr="009C3767" w:rsidRDefault="000D7895" w:rsidP="001A6BEE">
            <w:pPr>
              <w:jc w:val="center"/>
              <w:rPr>
                <w:rFonts w:cs="Times New Roman"/>
                <w:sz w:val="28"/>
                <w:szCs w:val="28"/>
              </w:rPr>
            </w:pPr>
            <w:r w:rsidRPr="009C3767">
              <w:rPr>
                <w:rFonts w:cs="Times New Roman"/>
                <w:sz w:val="28"/>
                <w:szCs w:val="28"/>
              </w:rPr>
              <w:t xml:space="preserve">Từ ngày </w:t>
            </w:r>
            <w:r w:rsidR="0061533C" w:rsidRPr="009C3767">
              <w:rPr>
                <w:rFonts w:cs="Times New Roman"/>
                <w:sz w:val="28"/>
                <w:szCs w:val="28"/>
              </w:rPr>
              <w:t>2</w:t>
            </w:r>
            <w:r w:rsidR="009C3767">
              <w:rPr>
                <w:rFonts w:cs="Times New Roman"/>
                <w:sz w:val="28"/>
                <w:szCs w:val="28"/>
              </w:rPr>
              <w:t>1</w:t>
            </w:r>
            <w:r w:rsidRPr="009C3767">
              <w:rPr>
                <w:rFonts w:cs="Times New Roman"/>
                <w:sz w:val="28"/>
                <w:szCs w:val="28"/>
              </w:rPr>
              <w:t xml:space="preserve">/6/2026 </w:t>
            </w:r>
          </w:p>
          <w:p w14:paraId="6414A22C" w14:textId="13F1FE00" w:rsidR="000D7895" w:rsidRPr="009C3767" w:rsidRDefault="000D7895" w:rsidP="001A6BEE">
            <w:pPr>
              <w:jc w:val="center"/>
              <w:rPr>
                <w:rFonts w:cs="Times New Roman"/>
                <w:sz w:val="28"/>
                <w:szCs w:val="28"/>
              </w:rPr>
            </w:pPr>
            <w:r w:rsidRPr="009C3767">
              <w:rPr>
                <w:rFonts w:cs="Times New Roman"/>
                <w:sz w:val="28"/>
                <w:szCs w:val="28"/>
              </w:rPr>
              <w:t>đến ngày 2</w:t>
            </w:r>
            <w:r w:rsidR="009C3767">
              <w:rPr>
                <w:rFonts w:cs="Times New Roman"/>
                <w:sz w:val="28"/>
                <w:szCs w:val="28"/>
              </w:rPr>
              <w:t>5</w:t>
            </w:r>
            <w:r w:rsidRPr="009C3767">
              <w:rPr>
                <w:rFonts w:cs="Times New Roman"/>
                <w:sz w:val="28"/>
                <w:szCs w:val="28"/>
              </w:rPr>
              <w:t>/6/2026</w:t>
            </w:r>
          </w:p>
        </w:tc>
        <w:tc>
          <w:tcPr>
            <w:tcW w:w="3035" w:type="dxa"/>
            <w:tcBorders>
              <w:top w:val="single" w:sz="6" w:space="0" w:color="000000"/>
              <w:left w:val="single" w:sz="6" w:space="0" w:color="000000"/>
              <w:bottom w:val="single" w:sz="6" w:space="0" w:color="000000"/>
              <w:right w:val="single" w:sz="6" w:space="0" w:color="000000"/>
            </w:tcBorders>
            <w:vAlign w:val="center"/>
            <w:hideMark/>
          </w:tcPr>
          <w:p w14:paraId="069E5D96" w14:textId="77777777" w:rsidR="000D7895" w:rsidRPr="009C3767" w:rsidRDefault="000D7895" w:rsidP="001A6BEE">
            <w:pPr>
              <w:jc w:val="both"/>
              <w:rPr>
                <w:rFonts w:cs="Times New Roman"/>
                <w:sz w:val="28"/>
                <w:szCs w:val="28"/>
              </w:rPr>
            </w:pPr>
            <w:r w:rsidRPr="009C3767">
              <w:rPr>
                <w:rFonts w:cs="Times New Roman"/>
                <w:sz w:val="28"/>
                <w:szCs w:val="28"/>
              </w:rPr>
              <w:t>Hoàn thiện Đề án, Tờ trình, dự thảo Nghị quyết của HĐND phường, phụ lục danh sách tổ dân phố trước và sau sắp xếp, bản đồ/sơ đồ ranh giới, báo cáo tổng hợp kết quả lấy ý kiến Nhân dân, báo cáo tiếp thu giải trình, phương án nhân sự và dự toán kinh phí; trình HĐND phường Yên Sở xem xét, quyết định tại kỳ họp gần nhất hoặc kỳ họp chuyên đề.</w:t>
            </w:r>
          </w:p>
        </w:tc>
        <w:tc>
          <w:tcPr>
            <w:tcW w:w="2546" w:type="dxa"/>
            <w:tcBorders>
              <w:top w:val="single" w:sz="6" w:space="0" w:color="000000"/>
              <w:left w:val="single" w:sz="6" w:space="0" w:color="000000"/>
              <w:bottom w:val="single" w:sz="6" w:space="0" w:color="000000"/>
              <w:right w:val="single" w:sz="6" w:space="0" w:color="000000"/>
            </w:tcBorders>
            <w:vAlign w:val="center"/>
            <w:hideMark/>
          </w:tcPr>
          <w:p w14:paraId="0478F0AE" w14:textId="77777777" w:rsidR="000D7895" w:rsidRPr="009C3767" w:rsidRDefault="000D7895" w:rsidP="001A6BEE">
            <w:pPr>
              <w:jc w:val="both"/>
              <w:rPr>
                <w:rFonts w:cs="Times New Roman"/>
                <w:sz w:val="28"/>
                <w:szCs w:val="28"/>
              </w:rPr>
            </w:pPr>
            <w:r w:rsidRPr="009C3767">
              <w:rPr>
                <w:rFonts w:cs="Times New Roman"/>
                <w:sz w:val="28"/>
                <w:szCs w:val="28"/>
              </w:rPr>
              <w:t>UBND phường Yên Sở chủ trì; Văn phòng HĐND và UBND phường tham mưu hồ sơ, thể thức văn bản; các bộ phận chuyên môn, Công an phường, Ủy ban MTTQ Việt Nam phường phối hợp.</w:t>
            </w:r>
          </w:p>
        </w:tc>
      </w:tr>
      <w:tr w:rsidR="000D7895" w:rsidRPr="009C3767" w14:paraId="7055997D" w14:textId="77777777" w:rsidTr="0045062A">
        <w:tc>
          <w:tcPr>
            <w:tcW w:w="2093" w:type="dxa"/>
            <w:tcBorders>
              <w:top w:val="single" w:sz="6" w:space="0" w:color="000000"/>
              <w:left w:val="single" w:sz="6" w:space="0" w:color="000000"/>
              <w:bottom w:val="single" w:sz="6" w:space="0" w:color="000000"/>
              <w:right w:val="single" w:sz="6" w:space="0" w:color="000000"/>
            </w:tcBorders>
            <w:vAlign w:val="center"/>
            <w:hideMark/>
          </w:tcPr>
          <w:p w14:paraId="1310CEC8" w14:textId="77777777" w:rsidR="000D7895" w:rsidRPr="009C3767" w:rsidRDefault="000D7895" w:rsidP="001A6BEE">
            <w:pPr>
              <w:jc w:val="center"/>
              <w:rPr>
                <w:rFonts w:cs="Times New Roman"/>
                <w:sz w:val="28"/>
                <w:szCs w:val="28"/>
              </w:rPr>
            </w:pPr>
            <w:r w:rsidRPr="009C3767">
              <w:rPr>
                <w:rFonts w:cs="Times New Roman"/>
                <w:sz w:val="28"/>
                <w:szCs w:val="28"/>
              </w:rPr>
              <w:t>Tổ chức thực hiện sau khi HĐND phường ban hành Nghị quyết</w:t>
            </w:r>
          </w:p>
        </w:tc>
        <w:tc>
          <w:tcPr>
            <w:tcW w:w="1947" w:type="dxa"/>
            <w:tcBorders>
              <w:top w:val="single" w:sz="6" w:space="0" w:color="000000"/>
              <w:left w:val="single" w:sz="6" w:space="0" w:color="000000"/>
              <w:bottom w:val="single" w:sz="6" w:space="0" w:color="000000"/>
              <w:right w:val="single" w:sz="6" w:space="0" w:color="000000"/>
            </w:tcBorders>
            <w:vAlign w:val="center"/>
            <w:hideMark/>
          </w:tcPr>
          <w:p w14:paraId="003CFE25" w14:textId="77777777" w:rsidR="0045062A" w:rsidRPr="009C3767" w:rsidRDefault="000D7895" w:rsidP="001A6BEE">
            <w:pPr>
              <w:jc w:val="center"/>
              <w:rPr>
                <w:rFonts w:cs="Times New Roman"/>
                <w:sz w:val="28"/>
                <w:szCs w:val="28"/>
              </w:rPr>
            </w:pPr>
            <w:r w:rsidRPr="009C3767">
              <w:rPr>
                <w:rFonts w:cs="Times New Roman"/>
                <w:sz w:val="28"/>
                <w:szCs w:val="28"/>
              </w:rPr>
              <w:t>Từ ngày 2</w:t>
            </w:r>
            <w:r w:rsidR="0061533C" w:rsidRPr="009C3767">
              <w:rPr>
                <w:rFonts w:cs="Times New Roman"/>
                <w:sz w:val="28"/>
                <w:szCs w:val="28"/>
              </w:rPr>
              <w:t>6</w:t>
            </w:r>
            <w:r w:rsidRPr="009C3767">
              <w:rPr>
                <w:rFonts w:cs="Times New Roman"/>
                <w:sz w:val="28"/>
                <w:szCs w:val="28"/>
              </w:rPr>
              <w:t xml:space="preserve">/6/2026 </w:t>
            </w:r>
          </w:p>
          <w:p w14:paraId="06D97D6A" w14:textId="469FEC67" w:rsidR="000D7895" w:rsidRPr="009C3767" w:rsidRDefault="000D7895" w:rsidP="001A6BEE">
            <w:pPr>
              <w:jc w:val="center"/>
              <w:rPr>
                <w:rFonts w:cs="Times New Roman"/>
                <w:sz w:val="28"/>
                <w:szCs w:val="28"/>
              </w:rPr>
            </w:pPr>
            <w:r w:rsidRPr="009C3767">
              <w:rPr>
                <w:rFonts w:cs="Times New Roman"/>
                <w:sz w:val="28"/>
                <w:szCs w:val="28"/>
              </w:rPr>
              <w:t>đến ngày 30/6/2026 và thực hiện thường xuyên sau khi Nghị quyết có hiệu lực</w:t>
            </w:r>
          </w:p>
        </w:tc>
        <w:tc>
          <w:tcPr>
            <w:tcW w:w="3035" w:type="dxa"/>
            <w:tcBorders>
              <w:top w:val="single" w:sz="6" w:space="0" w:color="000000"/>
              <w:left w:val="single" w:sz="6" w:space="0" w:color="000000"/>
              <w:bottom w:val="single" w:sz="6" w:space="0" w:color="000000"/>
              <w:right w:val="single" w:sz="6" w:space="0" w:color="000000"/>
            </w:tcBorders>
            <w:vAlign w:val="center"/>
            <w:hideMark/>
          </w:tcPr>
          <w:p w14:paraId="60AD0C2B" w14:textId="77777777" w:rsidR="000D7895" w:rsidRPr="009C3767" w:rsidRDefault="000D7895" w:rsidP="001A6BEE">
            <w:pPr>
              <w:jc w:val="both"/>
              <w:rPr>
                <w:rFonts w:cs="Times New Roman"/>
                <w:sz w:val="28"/>
                <w:szCs w:val="28"/>
              </w:rPr>
            </w:pPr>
            <w:r w:rsidRPr="009C3767">
              <w:rPr>
                <w:rFonts w:cs="Times New Roman"/>
                <w:sz w:val="28"/>
                <w:szCs w:val="28"/>
              </w:rPr>
              <w:t>Công bố Nghị quyết; tổ chức bàn giao địa bàn, hồ sơ, tài sản, tài liệu; kiện toàn tổ chức đảng, Ban công tác Mặt trận, các chi hội đoàn thể và người hoạt động không chuyên trách ở tổ dân phố; cập nhật dữ liệu dân cư, ranh giới tổ dân phố, biển tên, hồ sơ quản lý địa bàn; theo dõi, xử lý khó khăn, vướng mắc phát sinh sau sắp xếp.</w:t>
            </w:r>
          </w:p>
        </w:tc>
        <w:tc>
          <w:tcPr>
            <w:tcW w:w="2546" w:type="dxa"/>
            <w:tcBorders>
              <w:top w:val="single" w:sz="6" w:space="0" w:color="000000"/>
              <w:left w:val="single" w:sz="6" w:space="0" w:color="000000"/>
              <w:bottom w:val="single" w:sz="6" w:space="0" w:color="000000"/>
              <w:right w:val="single" w:sz="6" w:space="0" w:color="000000"/>
            </w:tcBorders>
            <w:vAlign w:val="center"/>
            <w:hideMark/>
          </w:tcPr>
          <w:p w14:paraId="69B8C475" w14:textId="77777777" w:rsidR="000D7895" w:rsidRPr="009C3767" w:rsidRDefault="000D7895" w:rsidP="001A6BEE">
            <w:pPr>
              <w:jc w:val="both"/>
              <w:rPr>
                <w:rFonts w:cs="Times New Roman"/>
                <w:sz w:val="28"/>
                <w:szCs w:val="28"/>
              </w:rPr>
            </w:pPr>
            <w:r w:rsidRPr="009C3767">
              <w:rPr>
                <w:rFonts w:cs="Times New Roman"/>
                <w:sz w:val="28"/>
                <w:szCs w:val="28"/>
              </w:rPr>
              <w:t>UBND phường Yên Sở chủ trì; Đảng ủy phường chỉ đạo công tác kiện toàn tổ chức đảng; Ủy ban MTTQ Việt Nam phường và các tổ chức chính trị - xã hội phối hợp; Công an phường, Văn phòng HĐND và UBND phường, Tổ trưởng tổ dân phố phối hợp thực hiện.</w:t>
            </w:r>
          </w:p>
        </w:tc>
      </w:tr>
    </w:tbl>
    <w:p w14:paraId="239C6D50" w14:textId="77777777" w:rsidR="00AF3906" w:rsidRPr="009C3767" w:rsidRDefault="00AF3906" w:rsidP="0045062A">
      <w:pPr>
        <w:spacing w:before="60" w:after="60"/>
        <w:ind w:left="709"/>
        <w:rPr>
          <w:rFonts w:cs="Times New Roman"/>
          <w:b/>
          <w:sz w:val="28"/>
          <w:szCs w:val="28"/>
        </w:rPr>
      </w:pPr>
    </w:p>
    <w:p w14:paraId="143D7D34" w14:textId="39E50FD0" w:rsidR="00102E8F" w:rsidRPr="009C3767" w:rsidRDefault="00723C88" w:rsidP="0045062A">
      <w:pPr>
        <w:spacing w:before="60" w:after="60"/>
        <w:ind w:left="709"/>
        <w:rPr>
          <w:rFonts w:cs="Times New Roman"/>
          <w:sz w:val="28"/>
          <w:szCs w:val="28"/>
        </w:rPr>
      </w:pPr>
      <w:r w:rsidRPr="009C3767">
        <w:rPr>
          <w:rFonts w:cs="Times New Roman"/>
          <w:b/>
          <w:sz w:val="28"/>
          <w:szCs w:val="28"/>
        </w:rPr>
        <w:t>XIII. TỔ CHỨC THỰC HIỆN</w:t>
      </w:r>
    </w:p>
    <w:p w14:paraId="7B15B255" w14:textId="77777777" w:rsidR="00C73BF9" w:rsidRPr="009C3767" w:rsidRDefault="00C73BF9" w:rsidP="0045062A">
      <w:pPr>
        <w:spacing w:before="60" w:after="60"/>
        <w:ind w:firstLine="709"/>
        <w:rPr>
          <w:rFonts w:cs="Times New Roman"/>
          <w:sz w:val="28"/>
          <w:szCs w:val="28"/>
        </w:rPr>
      </w:pPr>
      <w:r w:rsidRPr="009C3767">
        <w:rPr>
          <w:rFonts w:cs="Times New Roman"/>
          <w:b/>
          <w:sz w:val="28"/>
          <w:szCs w:val="28"/>
        </w:rPr>
        <w:t>1. Ủy ban nhân dân phường Yên Sở</w:t>
      </w:r>
    </w:p>
    <w:p w14:paraId="0A675135" w14:textId="4B8AABC6"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 xml:space="preserve">UBND phường Yên Sở chịu trách nhiệm chủ trì xây dựng, hoàn thiện hồ sơ Đề án; tổ chức rà soát hiện trạng, số liệu dân cư, số hộ, ranh giới, thiết chế văn hóa, đội ngũ người hoạt động không chuyên trách; chỉ đạo việc lấy ý kiến Nhân dân, tổng hợp, tiếp thu, giải trình ý kiến; hoàn thiện hồ sơ trình HĐND </w:t>
      </w:r>
      <w:r w:rsidR="00FC6BFA" w:rsidRPr="009C3767">
        <w:rPr>
          <w:rFonts w:cs="Times New Roman"/>
          <w:sz w:val="28"/>
          <w:szCs w:val="28"/>
        </w:rPr>
        <w:t>P</w:t>
      </w:r>
      <w:r w:rsidRPr="009C3767">
        <w:rPr>
          <w:rFonts w:cs="Times New Roman"/>
          <w:sz w:val="28"/>
          <w:szCs w:val="28"/>
        </w:rPr>
        <w:t>hường xem xét, quyết định theo thẩm quyền.</w:t>
      </w:r>
    </w:p>
    <w:p w14:paraId="38A30824" w14:textId="68D97B0F"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lastRenderedPageBreak/>
        <w:t xml:space="preserve">Sau khi Nghị quyết của HĐND </w:t>
      </w:r>
      <w:r w:rsidR="00FC6BFA" w:rsidRPr="009C3767">
        <w:rPr>
          <w:rFonts w:cs="Times New Roman"/>
          <w:sz w:val="28"/>
          <w:szCs w:val="28"/>
        </w:rPr>
        <w:t>P</w:t>
      </w:r>
      <w:r w:rsidRPr="009C3767">
        <w:rPr>
          <w:rFonts w:cs="Times New Roman"/>
          <w:sz w:val="28"/>
          <w:szCs w:val="28"/>
        </w:rPr>
        <w:t xml:space="preserve">hường được thông qua, UBND </w:t>
      </w:r>
      <w:r w:rsidR="00FC6BFA" w:rsidRPr="009C3767">
        <w:rPr>
          <w:rFonts w:cs="Times New Roman"/>
          <w:sz w:val="28"/>
          <w:szCs w:val="28"/>
        </w:rPr>
        <w:t>P</w:t>
      </w:r>
      <w:r w:rsidRPr="009C3767">
        <w:rPr>
          <w:rFonts w:cs="Times New Roman"/>
          <w:sz w:val="28"/>
          <w:szCs w:val="28"/>
        </w:rPr>
        <w:t>hường tổ chức công bố, triển khai thực hiện; chỉ đạo kiện toàn tổ chức, nhân sự; bàn giao hồ sơ, tài liệu, tài sản; cập nhật dữ liệu dân cư, ranh giới tổ dân phố; giải quyết các vướng mắc phát sinh trong quá trình thực hiện.</w:t>
      </w:r>
    </w:p>
    <w:p w14:paraId="617C1528" w14:textId="549924A4" w:rsidR="00C73BF9" w:rsidRPr="009C3767" w:rsidRDefault="00FC6BFA" w:rsidP="0045062A">
      <w:pPr>
        <w:spacing w:before="60" w:after="60"/>
        <w:ind w:firstLine="709"/>
        <w:rPr>
          <w:rFonts w:cs="Times New Roman"/>
          <w:i/>
          <w:iCs/>
          <w:sz w:val="28"/>
          <w:szCs w:val="28"/>
        </w:rPr>
      </w:pPr>
      <w:r w:rsidRPr="009C3767">
        <w:rPr>
          <w:rFonts w:cs="Times New Roman"/>
          <w:b/>
          <w:i/>
          <w:iCs/>
          <w:sz w:val="28"/>
          <w:szCs w:val="28"/>
        </w:rPr>
        <w:t>1.1</w:t>
      </w:r>
      <w:r w:rsidR="00C73BF9" w:rsidRPr="009C3767">
        <w:rPr>
          <w:rFonts w:cs="Times New Roman"/>
          <w:b/>
          <w:i/>
          <w:iCs/>
          <w:sz w:val="28"/>
          <w:szCs w:val="28"/>
        </w:rPr>
        <w:t xml:space="preserve">. Văn phòng HĐND và UBND </w:t>
      </w:r>
    </w:p>
    <w:p w14:paraId="704495B1" w14:textId="48C756B1"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 xml:space="preserve">Văn phòng HĐND và UBND </w:t>
      </w:r>
      <w:r w:rsidR="00FC6BFA" w:rsidRPr="009C3767">
        <w:rPr>
          <w:rFonts w:cs="Times New Roman"/>
          <w:sz w:val="28"/>
          <w:szCs w:val="28"/>
        </w:rPr>
        <w:t>P</w:t>
      </w:r>
      <w:r w:rsidRPr="009C3767">
        <w:rPr>
          <w:rFonts w:cs="Times New Roman"/>
          <w:sz w:val="28"/>
          <w:szCs w:val="28"/>
        </w:rPr>
        <w:t xml:space="preserve">hường tham mưu chương trình, hồ sơ trình HĐND </w:t>
      </w:r>
      <w:r w:rsidR="00FC6BFA" w:rsidRPr="009C3767">
        <w:rPr>
          <w:rFonts w:cs="Times New Roman"/>
          <w:sz w:val="28"/>
          <w:szCs w:val="28"/>
        </w:rPr>
        <w:t>P</w:t>
      </w:r>
      <w:r w:rsidRPr="009C3767">
        <w:rPr>
          <w:rFonts w:cs="Times New Roman"/>
          <w:sz w:val="28"/>
          <w:szCs w:val="28"/>
        </w:rPr>
        <w:t>hường; rà soát thể thức, kỹ thuật trình bày tờ trình, dự thảo nghị quyết, phụ lục kèm theo nghị quyết; phối hợp chuẩn bị kỳ họp, công bố, lưu trữ hồ sơ và theo dõi tiến độ thực hiện nghị quyết sau khi được thông qua.</w:t>
      </w:r>
    </w:p>
    <w:p w14:paraId="122F924D" w14:textId="5CE7A3FE" w:rsidR="00C73BF9" w:rsidRPr="009C3767" w:rsidRDefault="00FC6BFA" w:rsidP="0045062A">
      <w:pPr>
        <w:spacing w:before="60" w:after="60"/>
        <w:ind w:firstLine="709"/>
        <w:rPr>
          <w:rFonts w:cs="Times New Roman"/>
          <w:i/>
          <w:iCs/>
          <w:sz w:val="28"/>
          <w:szCs w:val="28"/>
          <w:lang w:val="vi-VN"/>
        </w:rPr>
      </w:pPr>
      <w:r w:rsidRPr="009C3767">
        <w:rPr>
          <w:rFonts w:cs="Times New Roman"/>
          <w:b/>
          <w:i/>
          <w:iCs/>
          <w:sz w:val="28"/>
          <w:szCs w:val="28"/>
        </w:rPr>
        <w:t>1.2</w:t>
      </w:r>
      <w:r w:rsidR="00C73BF9" w:rsidRPr="009C3767">
        <w:rPr>
          <w:rFonts w:cs="Times New Roman"/>
          <w:b/>
          <w:i/>
          <w:iCs/>
          <w:sz w:val="28"/>
          <w:szCs w:val="28"/>
        </w:rPr>
        <w:t>. Phòng</w:t>
      </w:r>
      <w:r w:rsidR="00C73BF9" w:rsidRPr="009C3767">
        <w:rPr>
          <w:rFonts w:cs="Times New Roman"/>
          <w:b/>
          <w:i/>
          <w:iCs/>
          <w:sz w:val="28"/>
          <w:szCs w:val="28"/>
          <w:lang w:val="vi-VN"/>
        </w:rPr>
        <w:t xml:space="preserve"> Văn hóa </w:t>
      </w:r>
      <w:r w:rsidRPr="009C3767">
        <w:rPr>
          <w:rFonts w:cs="Times New Roman"/>
          <w:b/>
          <w:i/>
          <w:iCs/>
          <w:sz w:val="28"/>
          <w:szCs w:val="28"/>
        </w:rPr>
        <w:t>-</w:t>
      </w:r>
      <w:r w:rsidR="00C73BF9" w:rsidRPr="009C3767">
        <w:rPr>
          <w:rFonts w:cs="Times New Roman"/>
          <w:b/>
          <w:i/>
          <w:iCs/>
          <w:sz w:val="28"/>
          <w:szCs w:val="28"/>
          <w:lang w:val="vi-VN"/>
        </w:rPr>
        <w:t xml:space="preserve"> Xã hội</w:t>
      </w:r>
    </w:p>
    <w:p w14:paraId="460C5622" w14:textId="1926C687" w:rsidR="00C73BF9" w:rsidRPr="009C3767" w:rsidRDefault="00C73BF9" w:rsidP="0045062A">
      <w:pPr>
        <w:spacing w:before="60" w:after="60"/>
        <w:ind w:firstLine="709"/>
        <w:jc w:val="both"/>
        <w:rPr>
          <w:rFonts w:cs="Times New Roman"/>
          <w:spacing w:val="-6"/>
          <w:sz w:val="28"/>
          <w:szCs w:val="28"/>
        </w:rPr>
      </w:pPr>
      <w:r w:rsidRPr="009C3767">
        <w:rPr>
          <w:rFonts w:cs="Times New Roman"/>
          <w:spacing w:val="-6"/>
          <w:sz w:val="28"/>
          <w:szCs w:val="28"/>
        </w:rPr>
        <w:t>Là đầu mối tham mưu UBND phường về lĩnh vực tổ dân phố và người hoạt động không chuyên trách ở tổ dân phố; chủ trì tổng hợp hồ sơ Đề án; tham mưu kế hoạch, tờ trình, dự thảo nghị quyết; tổng hợp số lượng tổ dân phố trước và sau sắp xếp; tham mưu phương án bố trí, kiện toàn người hoạt động không chuyên trách; rà soát yếu tố lịch sử, văn hóa, phong tục, tập quán, tôn giáo, tín ngưỡng, thiết chế văn hóa, nhà văn hóa, điểm sinh hoạt cộng đồng; tham mưu việc đặt tên, đổi tên tổ dân phố.</w:t>
      </w:r>
    </w:p>
    <w:p w14:paraId="62513F19" w14:textId="005E754C" w:rsidR="00C73BF9" w:rsidRPr="009C3767" w:rsidRDefault="00FC6BFA" w:rsidP="0045062A">
      <w:pPr>
        <w:spacing w:before="60" w:after="60"/>
        <w:ind w:firstLine="709"/>
        <w:rPr>
          <w:rFonts w:cs="Times New Roman"/>
          <w:i/>
          <w:iCs/>
          <w:sz w:val="28"/>
          <w:szCs w:val="28"/>
        </w:rPr>
      </w:pPr>
      <w:r w:rsidRPr="009C3767">
        <w:rPr>
          <w:rFonts w:cs="Times New Roman"/>
          <w:b/>
          <w:i/>
          <w:iCs/>
          <w:sz w:val="28"/>
          <w:szCs w:val="28"/>
        </w:rPr>
        <w:t>1.3</w:t>
      </w:r>
      <w:r w:rsidR="00C73BF9" w:rsidRPr="009C3767">
        <w:rPr>
          <w:rFonts w:cs="Times New Roman"/>
          <w:b/>
          <w:i/>
          <w:iCs/>
          <w:sz w:val="28"/>
          <w:szCs w:val="28"/>
        </w:rPr>
        <w:t>. Phòng</w:t>
      </w:r>
      <w:r w:rsidR="00C73BF9" w:rsidRPr="009C3767">
        <w:rPr>
          <w:rFonts w:cs="Times New Roman"/>
          <w:b/>
          <w:i/>
          <w:iCs/>
          <w:sz w:val="28"/>
          <w:szCs w:val="28"/>
          <w:lang w:val="vi-VN"/>
        </w:rPr>
        <w:t xml:space="preserve"> K</w:t>
      </w:r>
      <w:r w:rsidR="00C73BF9" w:rsidRPr="009C3767">
        <w:rPr>
          <w:rFonts w:cs="Times New Roman"/>
          <w:b/>
          <w:i/>
          <w:iCs/>
          <w:sz w:val="28"/>
          <w:szCs w:val="28"/>
        </w:rPr>
        <w:t xml:space="preserve">inh tế, </w:t>
      </w:r>
      <w:r w:rsidRPr="009C3767">
        <w:rPr>
          <w:rFonts w:cs="Times New Roman"/>
          <w:b/>
          <w:i/>
          <w:iCs/>
          <w:sz w:val="28"/>
          <w:szCs w:val="28"/>
        </w:rPr>
        <w:t>H</w:t>
      </w:r>
      <w:r w:rsidR="00C73BF9" w:rsidRPr="009C3767">
        <w:rPr>
          <w:rFonts w:cs="Times New Roman"/>
          <w:b/>
          <w:i/>
          <w:iCs/>
          <w:sz w:val="28"/>
          <w:szCs w:val="28"/>
        </w:rPr>
        <w:t xml:space="preserve">ạ tầng, </w:t>
      </w:r>
      <w:r w:rsidRPr="009C3767">
        <w:rPr>
          <w:rFonts w:cs="Times New Roman"/>
          <w:b/>
          <w:i/>
          <w:iCs/>
          <w:sz w:val="28"/>
          <w:szCs w:val="28"/>
        </w:rPr>
        <w:t>Đ</w:t>
      </w:r>
      <w:r w:rsidR="00C73BF9" w:rsidRPr="009C3767">
        <w:rPr>
          <w:rFonts w:cs="Times New Roman"/>
          <w:b/>
          <w:i/>
          <w:iCs/>
          <w:sz w:val="28"/>
          <w:szCs w:val="28"/>
        </w:rPr>
        <w:t>ô thị</w:t>
      </w:r>
    </w:p>
    <w:p w14:paraId="61EE9FBC" w14:textId="56F87FB2"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Phối hợp rà soát</w:t>
      </w:r>
      <w:r w:rsidRPr="009C3767">
        <w:rPr>
          <w:rFonts w:cs="Times New Roman"/>
          <w:sz w:val="28"/>
          <w:szCs w:val="28"/>
          <w:lang w:val="vi-VN"/>
        </w:rPr>
        <w:t xml:space="preserve">, cung cấp </w:t>
      </w:r>
      <w:r w:rsidRPr="009C3767">
        <w:rPr>
          <w:rFonts w:cs="Times New Roman"/>
          <w:sz w:val="28"/>
          <w:szCs w:val="28"/>
        </w:rPr>
        <w:t>ranh giới tổ dân phố; lập sơ đồ, bản đồ hiện trạng và phương án ranh giới sau sắp xếp; đánh giá sự phù hợp về giao thông, hạ tầng kỹ thuật, khu dân cư, khu đô thị, chung cư, nhà văn hóa, điểm sinh hoạt cộng đồng; tham mưu phương án quản lý, sử dụng cơ sở vật chất, tài sản công, thiết chế văn hóa, hạ tầng kỹ thuật có liên quan sau sắp xếp.</w:t>
      </w:r>
    </w:p>
    <w:p w14:paraId="1A72E097" w14:textId="2740D2B6" w:rsidR="00C73BF9" w:rsidRPr="009C3767" w:rsidRDefault="00FC6BFA" w:rsidP="0045062A">
      <w:pPr>
        <w:spacing w:before="60" w:after="60"/>
        <w:ind w:firstLine="709"/>
        <w:rPr>
          <w:rFonts w:cs="Times New Roman"/>
          <w:sz w:val="28"/>
          <w:szCs w:val="28"/>
        </w:rPr>
      </w:pPr>
      <w:r w:rsidRPr="009C3767">
        <w:rPr>
          <w:rFonts w:cs="Times New Roman"/>
          <w:b/>
          <w:sz w:val="28"/>
          <w:szCs w:val="28"/>
        </w:rPr>
        <w:t>2</w:t>
      </w:r>
      <w:r w:rsidR="00C73BF9" w:rsidRPr="009C3767">
        <w:rPr>
          <w:rFonts w:cs="Times New Roman"/>
          <w:b/>
          <w:sz w:val="28"/>
          <w:szCs w:val="28"/>
        </w:rPr>
        <w:t xml:space="preserve">. Công an </w:t>
      </w:r>
      <w:r w:rsidRPr="009C3767">
        <w:rPr>
          <w:rFonts w:cs="Times New Roman"/>
          <w:b/>
          <w:sz w:val="28"/>
          <w:szCs w:val="28"/>
        </w:rPr>
        <w:t>Phường</w:t>
      </w:r>
    </w:p>
    <w:p w14:paraId="441ECCE8"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Công an phường phối hợp rà soát số hộ, nhân khẩu, biến động dân cư, địa bàn quản lý, tình hình an ninh trật tự; đánh giá tác động của phương án sắp xếp đến công tác quản lý cư trú, phòng cháy chữa cháy, an ninh cơ sở, trật tự đô thị, trật tự công cộng; tham gia ý kiến đối với phương án ranh giới tổ dân phố sau sắp xếp.</w:t>
      </w:r>
    </w:p>
    <w:p w14:paraId="6CA7C821" w14:textId="789C2462" w:rsidR="00C73BF9" w:rsidRPr="009C3767" w:rsidRDefault="00FC6BFA" w:rsidP="0045062A">
      <w:pPr>
        <w:spacing w:before="60" w:after="60"/>
        <w:ind w:firstLine="709"/>
        <w:rPr>
          <w:rFonts w:cs="Times New Roman"/>
          <w:sz w:val="28"/>
          <w:szCs w:val="28"/>
        </w:rPr>
      </w:pPr>
      <w:r w:rsidRPr="009C3767">
        <w:rPr>
          <w:rFonts w:cs="Times New Roman"/>
          <w:b/>
          <w:sz w:val="28"/>
          <w:szCs w:val="28"/>
        </w:rPr>
        <w:t>3. Đề nghị</w:t>
      </w:r>
      <w:r w:rsidR="00C73BF9" w:rsidRPr="009C3767">
        <w:rPr>
          <w:rFonts w:cs="Times New Roman"/>
          <w:b/>
          <w:sz w:val="28"/>
          <w:szCs w:val="28"/>
        </w:rPr>
        <w:t xml:space="preserve"> Ủy ban Mặt trận Tổ quốc Việt Nam </w:t>
      </w:r>
      <w:r w:rsidRPr="009C3767">
        <w:rPr>
          <w:rFonts w:cs="Times New Roman"/>
          <w:b/>
          <w:sz w:val="28"/>
          <w:szCs w:val="28"/>
        </w:rPr>
        <w:t>Phường</w:t>
      </w:r>
    </w:p>
    <w:p w14:paraId="2BDA1C40" w14:textId="77777777" w:rsidR="00175D94" w:rsidRPr="009C3767" w:rsidRDefault="00175D94" w:rsidP="0045062A">
      <w:pPr>
        <w:spacing w:before="60" w:after="60"/>
        <w:ind w:firstLine="709"/>
        <w:jc w:val="both"/>
        <w:rPr>
          <w:rFonts w:cs="Times New Roman"/>
          <w:spacing w:val="-6"/>
          <w:sz w:val="28"/>
          <w:szCs w:val="28"/>
        </w:rPr>
      </w:pPr>
      <w:r w:rsidRPr="009C3767">
        <w:rPr>
          <w:rFonts w:cs="Times New Roman"/>
          <w:sz w:val="28"/>
          <w:szCs w:val="28"/>
        </w:rPr>
        <w:t>P</w:t>
      </w:r>
      <w:r w:rsidR="00C73BF9" w:rsidRPr="009C3767">
        <w:rPr>
          <w:rFonts w:cs="Times New Roman"/>
          <w:sz w:val="28"/>
          <w:szCs w:val="28"/>
        </w:rPr>
        <w:t xml:space="preserve">hối hợp tuyên truyền, vận động Nhân dân; tham gia tổ chức lấy ý kiến cử tri </w:t>
      </w:r>
      <w:r w:rsidR="00C73BF9" w:rsidRPr="009C3767">
        <w:rPr>
          <w:rFonts w:cs="Times New Roman"/>
          <w:spacing w:val="-6"/>
          <w:sz w:val="28"/>
          <w:szCs w:val="28"/>
        </w:rPr>
        <w:t>đại diện hộ gia đình; giám sát việc thực hiện dân chủ, công khai, minh bạch; tổng hợp tâm tư, nguyện vọng, kiến nghị của Nhân dân để UBND phường tiếp thu, giải trình.</w:t>
      </w:r>
    </w:p>
    <w:p w14:paraId="272B3131" w14:textId="77777777" w:rsidR="00175D94" w:rsidRPr="009C3767" w:rsidRDefault="00175D94" w:rsidP="0045062A">
      <w:pPr>
        <w:spacing w:before="60" w:after="60"/>
        <w:ind w:firstLine="709"/>
        <w:jc w:val="both"/>
        <w:rPr>
          <w:rFonts w:cs="Times New Roman"/>
          <w:spacing w:val="-6"/>
          <w:sz w:val="28"/>
          <w:szCs w:val="28"/>
        </w:rPr>
      </w:pPr>
      <w:r w:rsidRPr="009C3767">
        <w:rPr>
          <w:rFonts w:cs="Times New Roman"/>
          <w:b/>
          <w:sz w:val="28"/>
          <w:szCs w:val="28"/>
        </w:rPr>
        <w:t>4</w:t>
      </w:r>
      <w:r w:rsidR="00C73BF9" w:rsidRPr="009C3767">
        <w:rPr>
          <w:rFonts w:cs="Times New Roman"/>
          <w:b/>
          <w:sz w:val="28"/>
          <w:szCs w:val="28"/>
        </w:rPr>
        <w:t>. Các tổ chức chính trị - xã hội phường</w:t>
      </w:r>
    </w:p>
    <w:p w14:paraId="0CFEDEE0" w14:textId="77777777" w:rsidR="00175D94" w:rsidRPr="009C3767" w:rsidRDefault="00C73BF9" w:rsidP="0045062A">
      <w:pPr>
        <w:spacing w:before="60" w:after="60"/>
        <w:ind w:firstLine="709"/>
        <w:jc w:val="both"/>
        <w:rPr>
          <w:rFonts w:cs="Times New Roman"/>
          <w:spacing w:val="-6"/>
          <w:sz w:val="28"/>
          <w:szCs w:val="28"/>
        </w:rPr>
      </w:pPr>
      <w:r w:rsidRPr="009C3767">
        <w:rPr>
          <w:rFonts w:cs="Times New Roman"/>
          <w:sz w:val="28"/>
          <w:szCs w:val="28"/>
        </w:rPr>
        <w:t xml:space="preserve">Các tổ chức chính trị - xã hội phường phối hợp tuyên truyền, vận động đoàn viên, hội viên và Nhân dân đồng thuận với phương án sắp xếp; rà soát, kiện toàn chi </w:t>
      </w:r>
      <w:r w:rsidRPr="009C3767">
        <w:rPr>
          <w:rFonts w:cs="Times New Roman"/>
          <w:sz w:val="28"/>
          <w:szCs w:val="28"/>
        </w:rPr>
        <w:lastRenderedPageBreak/>
        <w:t>hội, chi đoàn ở tổ dân phố sau sắp xếp theo hướng tinh gọn, hiệu quả, phù hợp với địa bàn dân cư mới.</w:t>
      </w:r>
    </w:p>
    <w:p w14:paraId="524C56D8" w14:textId="5BD6BF2E" w:rsidR="00C73BF9" w:rsidRPr="009C3767" w:rsidRDefault="00175D94" w:rsidP="0045062A">
      <w:pPr>
        <w:spacing w:before="60" w:after="60"/>
        <w:ind w:firstLine="709"/>
        <w:jc w:val="both"/>
        <w:rPr>
          <w:rFonts w:cs="Times New Roman"/>
          <w:spacing w:val="-6"/>
          <w:sz w:val="28"/>
          <w:szCs w:val="28"/>
        </w:rPr>
      </w:pPr>
      <w:r w:rsidRPr="009C3767">
        <w:rPr>
          <w:rFonts w:cs="Times New Roman"/>
          <w:b/>
          <w:sz w:val="28"/>
          <w:szCs w:val="28"/>
        </w:rPr>
        <w:t>5</w:t>
      </w:r>
      <w:r w:rsidR="00C73BF9" w:rsidRPr="009C3767">
        <w:rPr>
          <w:rFonts w:cs="Times New Roman"/>
          <w:b/>
          <w:sz w:val="28"/>
          <w:szCs w:val="28"/>
        </w:rPr>
        <w:t>. Tổ trưởng tổ dân phố, Ban công tác Mặt trận ở tổ dân phố</w:t>
      </w:r>
    </w:p>
    <w:p w14:paraId="55AC812C"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 xml:space="preserve">Tổ trưởng tổ dân phố, Ban công tác Mặt trận ở tổ dân phố phối hợp cung cấp số liệu, danh sách hộ gia đình, tình hình dân cư, cơ sở vật chất, thiết chế cộng đồng; tham gia tổ chức hội nghị hoặc phát phiếu lấy ý kiến Nhân dân; tuyên truyền, giải thích để Nhân dân hiểu rõ mục đích, yêu cầu của việc sắp xếp; thực hiện bàn giao </w:t>
      </w:r>
      <w:r w:rsidRPr="009C3767">
        <w:rPr>
          <w:rFonts w:cs="Times New Roman"/>
          <w:spacing w:val="-6"/>
          <w:sz w:val="28"/>
          <w:szCs w:val="28"/>
        </w:rPr>
        <w:t>hồ sơ, tài sản, tài liệu, công việc sau khi phương án được cấp có thẩm quyền quyết định.</w:t>
      </w:r>
    </w:p>
    <w:p w14:paraId="55E4539E" w14:textId="77777777" w:rsidR="00C73BF9" w:rsidRPr="009C3767" w:rsidRDefault="00C73BF9" w:rsidP="0045062A">
      <w:pPr>
        <w:spacing w:before="60" w:after="60"/>
        <w:ind w:firstLine="709"/>
        <w:rPr>
          <w:rFonts w:cs="Times New Roman"/>
          <w:sz w:val="28"/>
          <w:szCs w:val="28"/>
        </w:rPr>
      </w:pPr>
      <w:r w:rsidRPr="009C3767">
        <w:rPr>
          <w:rFonts w:cs="Times New Roman"/>
          <w:b/>
          <w:caps/>
          <w:sz w:val="28"/>
          <w:szCs w:val="28"/>
        </w:rPr>
        <w:t>XIV. KIẾN NGHỊ, ĐỀ XUẤT</w:t>
      </w:r>
    </w:p>
    <w:p w14:paraId="3368BE0C"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UBND phường Yên Sở kính đề nghị:</w:t>
      </w:r>
    </w:p>
    <w:p w14:paraId="544FB08B"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1. Đảng ủy phường Yên Sở quan tâm lãnh đạo, chỉ đạo thống nhất việc sắp xếp tổ dân phố trên địa bàn; chỉ đạo các tổ chức trong hệ thống chính trị phối hợp tuyên truyền, vận động, tạo sự đồng thuận trong Nhân dân.</w:t>
      </w:r>
    </w:p>
    <w:p w14:paraId="1034AAB4"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2. HĐND phường Yên Sở xem xét, quyết định việc thành lập, tổ chức lại, đổi tên tổ dân phố trên địa bàn theo thẩm quyền.</w:t>
      </w:r>
    </w:p>
    <w:p w14:paraId="4F856593"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3. UBND Thành phố, Sở Nội vụ và các cơ quan có liên quan hướng dẫn, kiểm tra, tháo gỡ khó khăn, vướng mắc trong quá trình tổ chức thực hiện.</w:t>
      </w:r>
    </w:p>
    <w:p w14:paraId="4B969C5B" w14:textId="77777777" w:rsidR="00C73BF9" w:rsidRPr="009C3767" w:rsidRDefault="00C73BF9" w:rsidP="0045062A">
      <w:pPr>
        <w:spacing w:before="60" w:after="60"/>
        <w:ind w:firstLine="709"/>
        <w:jc w:val="both"/>
        <w:rPr>
          <w:rFonts w:cs="Times New Roman"/>
          <w:sz w:val="28"/>
          <w:szCs w:val="28"/>
        </w:rPr>
      </w:pPr>
      <w:r w:rsidRPr="009C3767">
        <w:rPr>
          <w:rFonts w:cs="Times New Roman"/>
          <w:sz w:val="28"/>
          <w:szCs w:val="28"/>
        </w:rPr>
        <w:t>4. Ủy ban Mặt trận Tổ quốc Việt Nam phường và các tổ chức chính trị - xã hội phối hợp tuyên truyền, vận động, giám sát việc thực hiện dân chủ ở cơ sở, bảo đảm quá trình sắp xếp tổ dân phố được thực hiện công khai, minh bạch, đúng quy định.</w:t>
      </w:r>
    </w:p>
    <w:p w14:paraId="6BF934BC" w14:textId="77777777" w:rsidR="00C73BF9" w:rsidRPr="009C3767" w:rsidRDefault="00C73BF9" w:rsidP="0045062A">
      <w:pPr>
        <w:spacing w:before="60" w:after="60"/>
        <w:ind w:firstLine="567"/>
        <w:jc w:val="both"/>
        <w:rPr>
          <w:rFonts w:cs="Times New Roman"/>
          <w:sz w:val="28"/>
          <w:szCs w:val="28"/>
        </w:rPr>
      </w:pPr>
      <w:r w:rsidRPr="009C3767">
        <w:rPr>
          <w:rFonts w:cs="Times New Roman"/>
          <w:sz w:val="28"/>
          <w:szCs w:val="28"/>
        </w:rPr>
        <w:t>Trên đây là Đề án sắp xếp tổ dân phố trên địa bàn phường Yên Sở, UBND phường Yên Sở kính trình HĐND phường Yên Sở xem xét, quyết định./.</w:t>
      </w:r>
    </w:p>
    <w:tbl>
      <w:tblPr>
        <w:tblW w:w="0" w:type="auto"/>
        <w:tblBorders>
          <w:top w:val="nil"/>
          <w:left w:val="nil"/>
          <w:bottom w:val="nil"/>
          <w:right w:val="nil"/>
          <w:insideH w:val="nil"/>
          <w:insideV w:val="nil"/>
        </w:tblBorders>
        <w:tblLook w:val="04A0" w:firstRow="1" w:lastRow="0" w:firstColumn="1" w:lastColumn="0" w:noHBand="0" w:noVBand="1"/>
      </w:tblPr>
      <w:tblGrid>
        <w:gridCol w:w="5178"/>
        <w:gridCol w:w="4227"/>
      </w:tblGrid>
      <w:tr w:rsidR="00C73BF9" w:rsidRPr="009C3767" w14:paraId="20AA3822" w14:textId="77777777" w:rsidTr="00C73BF9">
        <w:tc>
          <w:tcPr>
            <w:tcW w:w="5211" w:type="dxa"/>
            <w:vAlign w:val="center"/>
          </w:tcPr>
          <w:p w14:paraId="5268FCCB" w14:textId="0B910097" w:rsidR="00C73BF9" w:rsidRPr="009C3767" w:rsidRDefault="00C73BF9" w:rsidP="00CC23C0">
            <w:pPr>
              <w:spacing w:after="0" w:line="240" w:lineRule="auto"/>
            </w:pPr>
            <w:r w:rsidRPr="009C3767">
              <w:rPr>
                <w:b/>
                <w:bCs/>
                <w:i/>
                <w:iCs/>
                <w:sz w:val="24"/>
              </w:rPr>
              <w:t>Nơi nhận:</w:t>
            </w:r>
            <w:r w:rsidRPr="009C3767">
              <w:rPr>
                <w:sz w:val="24"/>
              </w:rPr>
              <w:br/>
            </w:r>
            <w:r w:rsidRPr="009C3767">
              <w:rPr>
                <w:sz w:val="22"/>
              </w:rPr>
              <w:t xml:space="preserve">- Thường trực Đảng ủy </w:t>
            </w:r>
            <w:r w:rsidR="00DF42C5" w:rsidRPr="009C3767">
              <w:rPr>
                <w:sz w:val="22"/>
              </w:rPr>
              <w:t>P</w:t>
            </w:r>
            <w:r w:rsidRPr="009C3767">
              <w:rPr>
                <w:sz w:val="22"/>
              </w:rPr>
              <w:t>hường;</w:t>
            </w:r>
            <w:r w:rsidRPr="009C3767">
              <w:rPr>
                <w:sz w:val="22"/>
              </w:rPr>
              <w:br/>
              <w:t xml:space="preserve">- Thường trực HĐND </w:t>
            </w:r>
            <w:r w:rsidR="00DF42C5" w:rsidRPr="009C3767">
              <w:rPr>
                <w:sz w:val="22"/>
              </w:rPr>
              <w:t>P</w:t>
            </w:r>
            <w:r w:rsidRPr="009C3767">
              <w:rPr>
                <w:sz w:val="22"/>
              </w:rPr>
              <w:t>hường;</w:t>
            </w:r>
            <w:r w:rsidRPr="009C3767">
              <w:rPr>
                <w:sz w:val="22"/>
              </w:rPr>
              <w:br/>
              <w:t xml:space="preserve">- Ủy ban MTTQ Việt Nam </w:t>
            </w:r>
            <w:r w:rsidR="00DF42C5" w:rsidRPr="009C3767">
              <w:rPr>
                <w:sz w:val="22"/>
              </w:rPr>
              <w:t>P</w:t>
            </w:r>
            <w:r w:rsidRPr="009C3767">
              <w:rPr>
                <w:sz w:val="22"/>
              </w:rPr>
              <w:t>hường;</w:t>
            </w:r>
            <w:r w:rsidRPr="009C3767">
              <w:rPr>
                <w:sz w:val="22"/>
              </w:rPr>
              <w:br/>
              <w:t>- Các cơ quan, đơn vị liên quan;</w:t>
            </w:r>
            <w:r w:rsidRPr="009C3767">
              <w:rPr>
                <w:sz w:val="22"/>
              </w:rPr>
              <w:br/>
              <w:t>- Lưu: VT, VHXH.</w:t>
            </w:r>
          </w:p>
        </w:tc>
        <w:tc>
          <w:tcPr>
            <w:tcW w:w="4252" w:type="dxa"/>
            <w:vAlign w:val="center"/>
          </w:tcPr>
          <w:p w14:paraId="38D818AC" w14:textId="77777777" w:rsidR="00DF42C5" w:rsidRPr="009C3767" w:rsidRDefault="00DF42C5" w:rsidP="00CC23C0">
            <w:pPr>
              <w:spacing w:after="0" w:line="240" w:lineRule="auto"/>
              <w:jc w:val="center"/>
              <w:rPr>
                <w:b/>
                <w:sz w:val="24"/>
              </w:rPr>
            </w:pPr>
          </w:p>
          <w:p w14:paraId="439886C7" w14:textId="77777777" w:rsidR="001A6BEE" w:rsidRPr="009C3767" w:rsidRDefault="00C73BF9" w:rsidP="00DF42C5">
            <w:pPr>
              <w:spacing w:after="0" w:line="240" w:lineRule="auto"/>
              <w:jc w:val="center"/>
              <w:rPr>
                <w:b/>
                <w:szCs w:val="26"/>
              </w:rPr>
            </w:pPr>
            <w:r w:rsidRPr="009C3767">
              <w:rPr>
                <w:b/>
                <w:szCs w:val="26"/>
              </w:rPr>
              <w:t>TM. ỦY BAN NHÂN DÂN</w:t>
            </w:r>
            <w:r w:rsidRPr="009C3767">
              <w:rPr>
                <w:b/>
                <w:szCs w:val="26"/>
              </w:rPr>
              <w:br/>
              <w:t>CHỦ TỊCH</w:t>
            </w:r>
            <w:r w:rsidRPr="009C3767">
              <w:rPr>
                <w:b/>
                <w:szCs w:val="26"/>
              </w:rPr>
              <w:br/>
            </w:r>
            <w:r w:rsidRPr="009C3767">
              <w:rPr>
                <w:b/>
                <w:szCs w:val="26"/>
              </w:rPr>
              <w:br/>
            </w:r>
            <w:r w:rsidRPr="009C3767">
              <w:rPr>
                <w:b/>
                <w:szCs w:val="26"/>
              </w:rPr>
              <w:br/>
            </w:r>
          </w:p>
          <w:p w14:paraId="20B6D230" w14:textId="7F5D9134" w:rsidR="00C73BF9" w:rsidRPr="009C3767" w:rsidRDefault="00C73BF9" w:rsidP="00DF42C5">
            <w:pPr>
              <w:spacing w:after="0" w:line="240" w:lineRule="auto"/>
              <w:jc w:val="center"/>
            </w:pPr>
            <w:r w:rsidRPr="009C3767">
              <w:rPr>
                <w:b/>
                <w:sz w:val="24"/>
              </w:rPr>
              <w:br/>
            </w:r>
            <w:r w:rsidRPr="009C3767">
              <w:rPr>
                <w:b/>
                <w:sz w:val="24"/>
              </w:rPr>
              <w:br/>
            </w:r>
            <w:r w:rsidRPr="009C3767">
              <w:rPr>
                <w:b/>
                <w:sz w:val="28"/>
                <w:szCs w:val="28"/>
              </w:rPr>
              <w:t>Vũ Tuấn Đạt</w:t>
            </w:r>
          </w:p>
        </w:tc>
      </w:tr>
    </w:tbl>
    <w:p w14:paraId="2006F19E" w14:textId="77777777" w:rsidR="00102E8F" w:rsidRPr="009C3767" w:rsidRDefault="00723C88" w:rsidP="00CC23C0">
      <w:pPr>
        <w:spacing w:after="0" w:line="240" w:lineRule="auto"/>
      </w:pPr>
      <w:r w:rsidRPr="009C3767">
        <w:br w:type="page"/>
      </w:r>
    </w:p>
    <w:p w14:paraId="456FF538" w14:textId="431A6C3B" w:rsidR="00102E8F" w:rsidRPr="009C3767" w:rsidRDefault="00723C88" w:rsidP="00CC23C0">
      <w:pPr>
        <w:spacing w:after="0" w:line="240" w:lineRule="auto"/>
        <w:jc w:val="center"/>
        <w:rPr>
          <w:b/>
        </w:rPr>
      </w:pPr>
      <w:r w:rsidRPr="009C3767">
        <w:rPr>
          <w:b/>
        </w:rPr>
        <w:lastRenderedPageBreak/>
        <w:t>PHỤ LỤC 1. DANH SÁCH HIỆN TRẠNG THÔN, TỔ DÂN PHỐ</w:t>
      </w:r>
    </w:p>
    <w:p w14:paraId="67B6E8ED" w14:textId="77777777" w:rsidR="00AF3906" w:rsidRPr="009C3767" w:rsidRDefault="00AF3906" w:rsidP="00CC23C0">
      <w:pPr>
        <w:spacing w:after="0" w:line="240" w:lineRule="auto"/>
        <w:jc w:val="cente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1"/>
        <w:gridCol w:w="1259"/>
        <w:gridCol w:w="752"/>
        <w:gridCol w:w="761"/>
        <w:gridCol w:w="761"/>
        <w:gridCol w:w="824"/>
        <w:gridCol w:w="683"/>
        <w:gridCol w:w="1186"/>
        <w:gridCol w:w="1114"/>
        <w:gridCol w:w="1314"/>
      </w:tblGrid>
      <w:tr w:rsidR="00102E8F" w:rsidRPr="009C3767" w14:paraId="198CBBCC" w14:textId="77777777" w:rsidTr="0033048A">
        <w:trPr>
          <w:tblHeader/>
          <w:jc w:val="center"/>
        </w:trPr>
        <w:tc>
          <w:tcPr>
            <w:tcW w:w="759" w:type="dxa"/>
            <w:shd w:val="clear" w:color="auto" w:fill="E6E6E6"/>
            <w:tcMar>
              <w:top w:w="80" w:type="dxa"/>
              <w:left w:w="80" w:type="dxa"/>
              <w:bottom w:w="80" w:type="dxa"/>
              <w:right w:w="80" w:type="dxa"/>
            </w:tcMar>
          </w:tcPr>
          <w:p w14:paraId="731F2F5F" w14:textId="77777777" w:rsidR="00102E8F" w:rsidRPr="009C3767" w:rsidRDefault="00723C88" w:rsidP="00CC23C0">
            <w:pPr>
              <w:spacing w:after="0" w:line="240" w:lineRule="auto"/>
              <w:jc w:val="center"/>
              <w:rPr>
                <w:rFonts w:cs="Times New Roman"/>
                <w:szCs w:val="26"/>
              </w:rPr>
            </w:pPr>
            <w:r w:rsidRPr="009C3767">
              <w:rPr>
                <w:rFonts w:cs="Times New Roman"/>
                <w:b/>
                <w:szCs w:val="26"/>
              </w:rPr>
              <w:t>STT</w:t>
            </w:r>
          </w:p>
        </w:tc>
        <w:tc>
          <w:tcPr>
            <w:tcW w:w="1259" w:type="dxa"/>
            <w:shd w:val="clear" w:color="auto" w:fill="E6E6E6"/>
            <w:tcMar>
              <w:top w:w="80" w:type="dxa"/>
              <w:left w:w="80" w:type="dxa"/>
              <w:bottom w:w="80" w:type="dxa"/>
              <w:right w:w="80" w:type="dxa"/>
            </w:tcMar>
          </w:tcPr>
          <w:p w14:paraId="0E693B0A" w14:textId="77777777" w:rsidR="00102E8F" w:rsidRPr="009C3767" w:rsidRDefault="00723C88" w:rsidP="00CC23C0">
            <w:pPr>
              <w:spacing w:after="0" w:line="240" w:lineRule="auto"/>
              <w:jc w:val="center"/>
              <w:rPr>
                <w:rFonts w:cs="Times New Roman"/>
                <w:szCs w:val="26"/>
              </w:rPr>
            </w:pPr>
            <w:r w:rsidRPr="009C3767">
              <w:rPr>
                <w:rFonts w:cs="Times New Roman"/>
                <w:b/>
                <w:szCs w:val="26"/>
              </w:rPr>
              <w:t>Tên thôn/TDP</w:t>
            </w:r>
          </w:p>
        </w:tc>
        <w:tc>
          <w:tcPr>
            <w:tcW w:w="768" w:type="dxa"/>
            <w:shd w:val="clear" w:color="auto" w:fill="E6E6E6"/>
            <w:tcMar>
              <w:top w:w="80" w:type="dxa"/>
              <w:left w:w="80" w:type="dxa"/>
              <w:bottom w:w="80" w:type="dxa"/>
              <w:right w:w="80" w:type="dxa"/>
            </w:tcMar>
          </w:tcPr>
          <w:p w14:paraId="760A94EB" w14:textId="77777777" w:rsidR="00102E8F" w:rsidRPr="009C3767" w:rsidRDefault="00723C88" w:rsidP="00CC23C0">
            <w:pPr>
              <w:spacing w:after="0" w:line="240" w:lineRule="auto"/>
              <w:jc w:val="center"/>
              <w:rPr>
                <w:rFonts w:cs="Times New Roman"/>
                <w:szCs w:val="26"/>
              </w:rPr>
            </w:pPr>
            <w:r w:rsidRPr="009C3767">
              <w:rPr>
                <w:rFonts w:cs="Times New Roman"/>
                <w:b/>
                <w:szCs w:val="26"/>
              </w:rPr>
              <w:t>Loại hình</w:t>
            </w:r>
          </w:p>
        </w:tc>
        <w:tc>
          <w:tcPr>
            <w:tcW w:w="776" w:type="dxa"/>
            <w:shd w:val="clear" w:color="auto" w:fill="E6E6E6"/>
            <w:tcMar>
              <w:top w:w="80" w:type="dxa"/>
              <w:left w:w="80" w:type="dxa"/>
              <w:bottom w:w="80" w:type="dxa"/>
              <w:right w:w="80" w:type="dxa"/>
            </w:tcMar>
          </w:tcPr>
          <w:p w14:paraId="0EFFF49C" w14:textId="77777777" w:rsidR="00102E8F" w:rsidRPr="009C3767" w:rsidRDefault="00723C88" w:rsidP="00CC23C0">
            <w:pPr>
              <w:spacing w:after="0" w:line="240" w:lineRule="auto"/>
              <w:jc w:val="center"/>
              <w:rPr>
                <w:rFonts w:cs="Times New Roman"/>
                <w:szCs w:val="26"/>
              </w:rPr>
            </w:pPr>
            <w:r w:rsidRPr="009C3767">
              <w:rPr>
                <w:rFonts w:cs="Times New Roman"/>
                <w:b/>
                <w:szCs w:val="26"/>
              </w:rPr>
              <w:t>Số hộ</w:t>
            </w:r>
          </w:p>
        </w:tc>
        <w:tc>
          <w:tcPr>
            <w:tcW w:w="776" w:type="dxa"/>
            <w:shd w:val="clear" w:color="auto" w:fill="E6E6E6"/>
            <w:tcMar>
              <w:top w:w="80" w:type="dxa"/>
              <w:left w:w="80" w:type="dxa"/>
              <w:bottom w:w="80" w:type="dxa"/>
              <w:right w:w="80" w:type="dxa"/>
            </w:tcMar>
          </w:tcPr>
          <w:p w14:paraId="0C57B441" w14:textId="77777777" w:rsidR="00102E8F" w:rsidRPr="009C3767" w:rsidRDefault="00723C88" w:rsidP="00CC23C0">
            <w:pPr>
              <w:spacing w:after="0" w:line="240" w:lineRule="auto"/>
              <w:jc w:val="center"/>
              <w:rPr>
                <w:rFonts w:cs="Times New Roman"/>
                <w:szCs w:val="26"/>
              </w:rPr>
            </w:pPr>
            <w:r w:rsidRPr="009C3767">
              <w:rPr>
                <w:rFonts w:cs="Times New Roman"/>
                <w:b/>
                <w:szCs w:val="26"/>
              </w:rPr>
              <w:t>Dân số</w:t>
            </w:r>
          </w:p>
        </w:tc>
        <w:tc>
          <w:tcPr>
            <w:tcW w:w="834" w:type="dxa"/>
            <w:shd w:val="clear" w:color="auto" w:fill="E6E6E6"/>
            <w:tcMar>
              <w:top w:w="80" w:type="dxa"/>
              <w:left w:w="80" w:type="dxa"/>
              <w:bottom w:w="80" w:type="dxa"/>
              <w:right w:w="80" w:type="dxa"/>
            </w:tcMar>
          </w:tcPr>
          <w:p w14:paraId="1BAAE234" w14:textId="77777777" w:rsidR="00102E8F" w:rsidRPr="009C3767" w:rsidRDefault="00723C88" w:rsidP="00CC23C0">
            <w:pPr>
              <w:spacing w:after="0" w:line="240" w:lineRule="auto"/>
              <w:jc w:val="center"/>
              <w:rPr>
                <w:rFonts w:cs="Times New Roman"/>
                <w:szCs w:val="26"/>
              </w:rPr>
            </w:pPr>
            <w:r w:rsidRPr="009C3767">
              <w:rPr>
                <w:rFonts w:cs="Times New Roman"/>
                <w:b/>
                <w:szCs w:val="26"/>
              </w:rPr>
              <w:t>Diện tích (km²)</w:t>
            </w:r>
          </w:p>
        </w:tc>
        <w:tc>
          <w:tcPr>
            <w:tcW w:w="705" w:type="dxa"/>
            <w:shd w:val="clear" w:color="auto" w:fill="E6E6E6"/>
            <w:tcMar>
              <w:top w:w="80" w:type="dxa"/>
              <w:left w:w="80" w:type="dxa"/>
              <w:bottom w:w="80" w:type="dxa"/>
              <w:right w:w="80" w:type="dxa"/>
            </w:tcMar>
          </w:tcPr>
          <w:p w14:paraId="05B4AE66" w14:textId="77777777" w:rsidR="00102E8F" w:rsidRPr="009C3767" w:rsidRDefault="00723C88" w:rsidP="00CC23C0">
            <w:pPr>
              <w:spacing w:after="0" w:line="240" w:lineRule="auto"/>
              <w:jc w:val="center"/>
              <w:rPr>
                <w:rFonts w:cs="Times New Roman"/>
                <w:szCs w:val="26"/>
              </w:rPr>
            </w:pPr>
            <w:r w:rsidRPr="009C3767">
              <w:rPr>
                <w:rFonts w:cs="Times New Roman"/>
                <w:b/>
                <w:szCs w:val="26"/>
              </w:rPr>
              <w:t>Chi bộ</w:t>
            </w:r>
          </w:p>
        </w:tc>
        <w:tc>
          <w:tcPr>
            <w:tcW w:w="1186" w:type="dxa"/>
            <w:shd w:val="clear" w:color="auto" w:fill="E6E6E6"/>
            <w:tcMar>
              <w:top w:w="80" w:type="dxa"/>
              <w:left w:w="80" w:type="dxa"/>
              <w:bottom w:w="80" w:type="dxa"/>
              <w:right w:w="80" w:type="dxa"/>
            </w:tcMar>
          </w:tcPr>
          <w:p w14:paraId="7F9339CB" w14:textId="77777777" w:rsidR="00102E8F" w:rsidRPr="009C3767" w:rsidRDefault="00723C88" w:rsidP="00CC23C0">
            <w:pPr>
              <w:spacing w:after="0" w:line="240" w:lineRule="auto"/>
              <w:jc w:val="center"/>
              <w:rPr>
                <w:rFonts w:cs="Times New Roman"/>
                <w:szCs w:val="26"/>
              </w:rPr>
            </w:pPr>
            <w:r w:rsidRPr="009C3767">
              <w:rPr>
                <w:rFonts w:cs="Times New Roman"/>
                <w:b/>
                <w:szCs w:val="26"/>
              </w:rPr>
              <w:t>Nhà văn hóa/điểm sinh hoạt</w:t>
            </w:r>
          </w:p>
        </w:tc>
        <w:tc>
          <w:tcPr>
            <w:tcW w:w="1114" w:type="dxa"/>
            <w:shd w:val="clear" w:color="auto" w:fill="E6E6E6"/>
            <w:tcMar>
              <w:top w:w="80" w:type="dxa"/>
              <w:left w:w="80" w:type="dxa"/>
              <w:bottom w:w="80" w:type="dxa"/>
              <w:right w:w="80" w:type="dxa"/>
            </w:tcMar>
          </w:tcPr>
          <w:p w14:paraId="4E1D3088" w14:textId="77777777" w:rsidR="00102E8F" w:rsidRPr="009C3767" w:rsidRDefault="00723C88" w:rsidP="00CC23C0">
            <w:pPr>
              <w:spacing w:after="0" w:line="240" w:lineRule="auto"/>
              <w:jc w:val="center"/>
              <w:rPr>
                <w:rFonts w:cs="Times New Roman"/>
                <w:szCs w:val="26"/>
              </w:rPr>
            </w:pPr>
            <w:r w:rsidRPr="009C3767">
              <w:rPr>
                <w:rFonts w:cs="Times New Roman"/>
                <w:b/>
                <w:szCs w:val="26"/>
              </w:rPr>
              <w:t>Người HĐKCT</w:t>
            </w:r>
          </w:p>
        </w:tc>
        <w:tc>
          <w:tcPr>
            <w:tcW w:w="1388" w:type="dxa"/>
            <w:shd w:val="clear" w:color="auto" w:fill="E6E6E6"/>
            <w:tcMar>
              <w:top w:w="80" w:type="dxa"/>
              <w:left w:w="80" w:type="dxa"/>
              <w:bottom w:w="80" w:type="dxa"/>
              <w:right w:w="80" w:type="dxa"/>
            </w:tcMar>
          </w:tcPr>
          <w:p w14:paraId="50DBC120" w14:textId="77777777" w:rsidR="00102E8F" w:rsidRPr="009C3767" w:rsidRDefault="00723C88" w:rsidP="00CC23C0">
            <w:pPr>
              <w:spacing w:after="0" w:line="240" w:lineRule="auto"/>
              <w:jc w:val="center"/>
              <w:rPr>
                <w:rFonts w:cs="Times New Roman"/>
                <w:szCs w:val="26"/>
              </w:rPr>
            </w:pPr>
            <w:r w:rsidRPr="009C3767">
              <w:rPr>
                <w:rFonts w:cs="Times New Roman"/>
                <w:b/>
                <w:szCs w:val="26"/>
              </w:rPr>
              <w:t>Đánh giá</w:t>
            </w:r>
          </w:p>
        </w:tc>
      </w:tr>
      <w:tr w:rsidR="0033048A" w:rsidRPr="009C3767" w14:paraId="21B31499" w14:textId="77777777" w:rsidTr="00F46961">
        <w:trPr>
          <w:jc w:val="center"/>
        </w:trPr>
        <w:tc>
          <w:tcPr>
            <w:tcW w:w="759" w:type="dxa"/>
            <w:tcMar>
              <w:top w:w="80" w:type="dxa"/>
              <w:left w:w="80" w:type="dxa"/>
              <w:bottom w:w="80" w:type="dxa"/>
              <w:right w:w="80" w:type="dxa"/>
            </w:tcMar>
          </w:tcPr>
          <w:p w14:paraId="470D4C6A" w14:textId="77777777" w:rsidR="0033048A" w:rsidRPr="009C3767" w:rsidRDefault="0033048A" w:rsidP="0033048A">
            <w:pPr>
              <w:spacing w:after="0" w:line="240" w:lineRule="auto"/>
              <w:jc w:val="center"/>
              <w:rPr>
                <w:rFonts w:cs="Times New Roman"/>
                <w:szCs w:val="26"/>
              </w:rPr>
            </w:pPr>
            <w:r w:rsidRPr="009C3767">
              <w:rPr>
                <w:rFonts w:cs="Times New Roman"/>
                <w:szCs w:val="26"/>
              </w:rPr>
              <w:t>1</w:t>
            </w:r>
          </w:p>
        </w:tc>
        <w:tc>
          <w:tcPr>
            <w:tcW w:w="1259" w:type="dxa"/>
            <w:tcMar>
              <w:top w:w="80" w:type="dxa"/>
              <w:left w:w="80" w:type="dxa"/>
              <w:bottom w:w="80" w:type="dxa"/>
              <w:right w:w="80" w:type="dxa"/>
            </w:tcMar>
          </w:tcPr>
          <w:p w14:paraId="64394709" w14:textId="08D63986" w:rsidR="0033048A" w:rsidRPr="009C3767" w:rsidRDefault="0033048A" w:rsidP="0033048A">
            <w:pPr>
              <w:spacing w:after="0" w:line="240" w:lineRule="auto"/>
              <w:rPr>
                <w:rFonts w:cs="Times New Roman"/>
                <w:szCs w:val="26"/>
              </w:rPr>
            </w:pPr>
            <w:r w:rsidRPr="009C3767">
              <w:rPr>
                <w:rFonts w:cs="Times New Roman"/>
                <w:szCs w:val="26"/>
              </w:rPr>
              <w:t>Tổ dân phố số 1</w:t>
            </w:r>
          </w:p>
        </w:tc>
        <w:tc>
          <w:tcPr>
            <w:tcW w:w="768" w:type="dxa"/>
            <w:tcMar>
              <w:top w:w="80" w:type="dxa"/>
              <w:left w:w="80" w:type="dxa"/>
              <w:bottom w:w="80" w:type="dxa"/>
              <w:right w:w="80" w:type="dxa"/>
            </w:tcMar>
            <w:vAlign w:val="center"/>
          </w:tcPr>
          <w:p w14:paraId="04671DE2" w14:textId="16C71296"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02F21303" w14:textId="798907E4" w:rsidR="0033048A" w:rsidRPr="009C3767" w:rsidRDefault="0033048A" w:rsidP="00F46961">
            <w:pPr>
              <w:spacing w:after="0" w:line="240" w:lineRule="auto"/>
              <w:jc w:val="center"/>
              <w:rPr>
                <w:rFonts w:cs="Times New Roman"/>
                <w:szCs w:val="26"/>
              </w:rPr>
            </w:pPr>
            <w:r w:rsidRPr="009C3767">
              <w:rPr>
                <w:rFonts w:cs="Times New Roman"/>
                <w:szCs w:val="26"/>
                <w:lang w:val="vi-VN"/>
              </w:rPr>
              <w:t>575</w:t>
            </w:r>
          </w:p>
        </w:tc>
        <w:tc>
          <w:tcPr>
            <w:tcW w:w="776" w:type="dxa"/>
            <w:tcMar>
              <w:top w:w="80" w:type="dxa"/>
              <w:left w:w="80" w:type="dxa"/>
              <w:bottom w:w="80" w:type="dxa"/>
              <w:right w:w="80" w:type="dxa"/>
            </w:tcMar>
            <w:vAlign w:val="center"/>
          </w:tcPr>
          <w:p w14:paraId="1BD01E80" w14:textId="493D7AB5" w:rsidR="0033048A" w:rsidRPr="009C3767" w:rsidRDefault="0033048A" w:rsidP="00F46961">
            <w:pPr>
              <w:spacing w:after="0" w:line="240" w:lineRule="auto"/>
              <w:jc w:val="center"/>
              <w:rPr>
                <w:rFonts w:cs="Times New Roman"/>
                <w:szCs w:val="26"/>
              </w:rPr>
            </w:pPr>
            <w:r w:rsidRPr="009C3767">
              <w:rPr>
                <w:rFonts w:cs="Times New Roman"/>
                <w:szCs w:val="26"/>
                <w:lang w:val="vi-VN"/>
              </w:rPr>
              <w:t>1788</w:t>
            </w:r>
          </w:p>
        </w:tc>
        <w:tc>
          <w:tcPr>
            <w:tcW w:w="834" w:type="dxa"/>
            <w:tcMar>
              <w:top w:w="80" w:type="dxa"/>
              <w:left w:w="80" w:type="dxa"/>
              <w:bottom w:w="80" w:type="dxa"/>
              <w:right w:w="80" w:type="dxa"/>
            </w:tcMar>
            <w:vAlign w:val="center"/>
          </w:tcPr>
          <w:p w14:paraId="1A2EE820" w14:textId="5161DB09" w:rsidR="0033048A" w:rsidRPr="009C3767" w:rsidRDefault="0033048A" w:rsidP="00F46961">
            <w:pPr>
              <w:spacing w:after="0" w:line="240" w:lineRule="auto"/>
              <w:jc w:val="center"/>
              <w:rPr>
                <w:rFonts w:cs="Times New Roman"/>
                <w:szCs w:val="26"/>
              </w:rPr>
            </w:pPr>
            <w:r w:rsidRPr="009C3767">
              <w:rPr>
                <w:rFonts w:cs="Times New Roman"/>
                <w:szCs w:val="26"/>
              </w:rPr>
              <w:t>0.9</w:t>
            </w:r>
          </w:p>
        </w:tc>
        <w:tc>
          <w:tcPr>
            <w:tcW w:w="705" w:type="dxa"/>
            <w:tcMar>
              <w:top w:w="80" w:type="dxa"/>
              <w:left w:w="80" w:type="dxa"/>
              <w:bottom w:w="80" w:type="dxa"/>
              <w:right w:w="80" w:type="dxa"/>
            </w:tcMar>
            <w:vAlign w:val="center"/>
          </w:tcPr>
          <w:p w14:paraId="148BD304" w14:textId="50371640"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532B0D8E" w14:textId="38DB4B69" w:rsidR="0033048A" w:rsidRPr="009C3767" w:rsidRDefault="0033048A" w:rsidP="00F46961">
            <w:pPr>
              <w:spacing w:after="0" w:line="240" w:lineRule="auto"/>
              <w:jc w:val="center"/>
              <w:rPr>
                <w:rFonts w:cs="Times New Roman"/>
                <w:szCs w:val="26"/>
              </w:rPr>
            </w:pPr>
            <w:r w:rsidRPr="009C3767">
              <w:rPr>
                <w:rFonts w:cs="Times New Roman"/>
                <w:szCs w:val="26"/>
              </w:rPr>
              <w:t>Không</w:t>
            </w:r>
          </w:p>
        </w:tc>
        <w:tc>
          <w:tcPr>
            <w:tcW w:w="1114" w:type="dxa"/>
            <w:tcMar>
              <w:top w:w="80" w:type="dxa"/>
              <w:left w:w="80" w:type="dxa"/>
              <w:bottom w:w="80" w:type="dxa"/>
              <w:right w:w="80" w:type="dxa"/>
            </w:tcMar>
            <w:vAlign w:val="center"/>
          </w:tcPr>
          <w:p w14:paraId="35B3D6E7" w14:textId="1AB370D5"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4F483F59" w14:textId="596AD5C9" w:rsidR="0033048A" w:rsidRPr="009C3767" w:rsidRDefault="0033048A" w:rsidP="00F46961">
            <w:pPr>
              <w:spacing w:after="0" w:line="240" w:lineRule="auto"/>
              <w:jc w:val="center"/>
              <w:rPr>
                <w:rFonts w:cs="Times New Roman"/>
                <w:szCs w:val="26"/>
              </w:rPr>
            </w:pPr>
            <w:r w:rsidRPr="009C3767">
              <w:rPr>
                <w:rFonts w:cs="Times New Roman"/>
                <w:szCs w:val="26"/>
              </w:rPr>
              <w:t>Sắp xếp</w:t>
            </w:r>
          </w:p>
        </w:tc>
      </w:tr>
      <w:tr w:rsidR="0033048A" w:rsidRPr="009C3767" w14:paraId="7DC3A229" w14:textId="77777777" w:rsidTr="00F46961">
        <w:trPr>
          <w:jc w:val="center"/>
        </w:trPr>
        <w:tc>
          <w:tcPr>
            <w:tcW w:w="759" w:type="dxa"/>
            <w:tcMar>
              <w:top w:w="80" w:type="dxa"/>
              <w:left w:w="80" w:type="dxa"/>
              <w:bottom w:w="80" w:type="dxa"/>
              <w:right w:w="80" w:type="dxa"/>
            </w:tcMar>
          </w:tcPr>
          <w:p w14:paraId="6E29EE32" w14:textId="77777777" w:rsidR="0033048A" w:rsidRPr="009C3767" w:rsidRDefault="0033048A" w:rsidP="0033048A">
            <w:pPr>
              <w:spacing w:after="0" w:line="240" w:lineRule="auto"/>
              <w:jc w:val="center"/>
              <w:rPr>
                <w:rFonts w:cs="Times New Roman"/>
                <w:szCs w:val="26"/>
              </w:rPr>
            </w:pPr>
            <w:r w:rsidRPr="009C3767">
              <w:rPr>
                <w:rFonts w:cs="Times New Roman"/>
                <w:szCs w:val="26"/>
              </w:rPr>
              <w:t>2</w:t>
            </w:r>
          </w:p>
        </w:tc>
        <w:tc>
          <w:tcPr>
            <w:tcW w:w="1259" w:type="dxa"/>
            <w:tcMar>
              <w:top w:w="80" w:type="dxa"/>
              <w:left w:w="80" w:type="dxa"/>
              <w:bottom w:w="80" w:type="dxa"/>
              <w:right w:w="80" w:type="dxa"/>
            </w:tcMar>
          </w:tcPr>
          <w:p w14:paraId="59A3F258" w14:textId="70FC2FD5" w:rsidR="0033048A" w:rsidRPr="009C3767" w:rsidRDefault="0033048A" w:rsidP="0033048A">
            <w:pPr>
              <w:spacing w:after="0" w:line="240" w:lineRule="auto"/>
              <w:rPr>
                <w:rFonts w:cs="Times New Roman"/>
                <w:szCs w:val="26"/>
              </w:rPr>
            </w:pPr>
            <w:r w:rsidRPr="009C3767">
              <w:rPr>
                <w:rFonts w:cs="Times New Roman"/>
                <w:szCs w:val="26"/>
              </w:rPr>
              <w:t>Tổ dân phố số 2</w:t>
            </w:r>
          </w:p>
        </w:tc>
        <w:tc>
          <w:tcPr>
            <w:tcW w:w="768" w:type="dxa"/>
            <w:tcMar>
              <w:top w:w="80" w:type="dxa"/>
              <w:left w:w="80" w:type="dxa"/>
              <w:bottom w:w="80" w:type="dxa"/>
              <w:right w:w="80" w:type="dxa"/>
            </w:tcMar>
            <w:vAlign w:val="center"/>
          </w:tcPr>
          <w:p w14:paraId="0194EF51" w14:textId="52D32DEF"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49ADA5A1" w14:textId="3676952F" w:rsidR="0033048A" w:rsidRPr="009C3767" w:rsidRDefault="0033048A" w:rsidP="00F46961">
            <w:pPr>
              <w:spacing w:after="0" w:line="240" w:lineRule="auto"/>
              <w:jc w:val="center"/>
              <w:rPr>
                <w:rFonts w:cs="Times New Roman"/>
                <w:szCs w:val="26"/>
              </w:rPr>
            </w:pPr>
            <w:r w:rsidRPr="009C3767">
              <w:rPr>
                <w:rFonts w:cs="Times New Roman"/>
                <w:szCs w:val="26"/>
                <w:lang w:val="vi-VN"/>
              </w:rPr>
              <w:t>523</w:t>
            </w:r>
          </w:p>
        </w:tc>
        <w:tc>
          <w:tcPr>
            <w:tcW w:w="776" w:type="dxa"/>
            <w:tcMar>
              <w:top w:w="80" w:type="dxa"/>
              <w:left w:w="80" w:type="dxa"/>
              <w:bottom w:w="80" w:type="dxa"/>
              <w:right w:w="80" w:type="dxa"/>
            </w:tcMar>
            <w:vAlign w:val="center"/>
          </w:tcPr>
          <w:p w14:paraId="25B7FBF7" w14:textId="5CDCB085" w:rsidR="0033048A" w:rsidRPr="009C3767" w:rsidRDefault="0033048A" w:rsidP="00F46961">
            <w:pPr>
              <w:spacing w:after="0" w:line="240" w:lineRule="auto"/>
              <w:jc w:val="center"/>
              <w:rPr>
                <w:rFonts w:cs="Times New Roman"/>
                <w:szCs w:val="26"/>
              </w:rPr>
            </w:pPr>
            <w:r w:rsidRPr="009C3767">
              <w:rPr>
                <w:rFonts w:cs="Times New Roman"/>
                <w:szCs w:val="26"/>
                <w:lang w:val="vi-VN"/>
              </w:rPr>
              <w:t>2123</w:t>
            </w:r>
          </w:p>
        </w:tc>
        <w:tc>
          <w:tcPr>
            <w:tcW w:w="834" w:type="dxa"/>
            <w:tcMar>
              <w:top w:w="80" w:type="dxa"/>
              <w:left w:w="80" w:type="dxa"/>
              <w:bottom w:w="80" w:type="dxa"/>
              <w:right w:w="80" w:type="dxa"/>
            </w:tcMar>
            <w:vAlign w:val="center"/>
          </w:tcPr>
          <w:p w14:paraId="1E49F5F2" w14:textId="14581D75" w:rsidR="0033048A" w:rsidRPr="009C3767" w:rsidRDefault="0033048A" w:rsidP="00F46961">
            <w:pPr>
              <w:spacing w:after="0" w:line="240" w:lineRule="auto"/>
              <w:jc w:val="center"/>
              <w:rPr>
                <w:rFonts w:cs="Times New Roman"/>
                <w:szCs w:val="26"/>
              </w:rPr>
            </w:pPr>
            <w:r w:rsidRPr="009C3767">
              <w:rPr>
                <w:rFonts w:cs="Times New Roman"/>
                <w:szCs w:val="26"/>
              </w:rPr>
              <w:t>0.001</w:t>
            </w:r>
          </w:p>
        </w:tc>
        <w:tc>
          <w:tcPr>
            <w:tcW w:w="705" w:type="dxa"/>
            <w:tcMar>
              <w:top w:w="80" w:type="dxa"/>
              <w:left w:w="80" w:type="dxa"/>
              <w:bottom w:w="80" w:type="dxa"/>
              <w:right w:w="80" w:type="dxa"/>
            </w:tcMar>
            <w:vAlign w:val="center"/>
          </w:tcPr>
          <w:p w14:paraId="166CF5C5" w14:textId="3386EAA2"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6D1D4A86" w14:textId="4047B98F"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17C0ED38" w14:textId="1CD11D8F" w:rsidR="0033048A" w:rsidRPr="009C3767" w:rsidRDefault="00F46961" w:rsidP="00F46961">
            <w:pPr>
              <w:spacing w:after="0" w:line="240" w:lineRule="auto"/>
              <w:jc w:val="center"/>
              <w:rPr>
                <w:rFonts w:cs="Times New Roman"/>
                <w:szCs w:val="26"/>
              </w:rPr>
            </w:pPr>
            <w:r w:rsidRPr="009C3767">
              <w:rPr>
                <w:rFonts w:cs="Times New Roman"/>
                <w:szCs w:val="26"/>
              </w:rPr>
              <w:t>3</w:t>
            </w:r>
          </w:p>
        </w:tc>
        <w:tc>
          <w:tcPr>
            <w:tcW w:w="1388" w:type="dxa"/>
            <w:tcMar>
              <w:top w:w="80" w:type="dxa"/>
              <w:left w:w="80" w:type="dxa"/>
              <w:bottom w:w="80" w:type="dxa"/>
              <w:right w:w="80" w:type="dxa"/>
            </w:tcMar>
            <w:vAlign w:val="center"/>
          </w:tcPr>
          <w:p w14:paraId="5F593E9B" w14:textId="0C3EE473"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4FEE9E6E" w14:textId="77777777" w:rsidTr="00F46961">
        <w:trPr>
          <w:jc w:val="center"/>
        </w:trPr>
        <w:tc>
          <w:tcPr>
            <w:tcW w:w="759" w:type="dxa"/>
            <w:tcMar>
              <w:top w:w="80" w:type="dxa"/>
              <w:left w:w="80" w:type="dxa"/>
              <w:bottom w:w="80" w:type="dxa"/>
              <w:right w:w="80" w:type="dxa"/>
            </w:tcMar>
          </w:tcPr>
          <w:p w14:paraId="223FE811" w14:textId="3E263DFB" w:rsidR="0033048A" w:rsidRPr="009C3767" w:rsidRDefault="0033048A" w:rsidP="0033048A">
            <w:pPr>
              <w:spacing w:after="0" w:line="240" w:lineRule="auto"/>
              <w:jc w:val="center"/>
              <w:rPr>
                <w:rFonts w:cs="Times New Roman"/>
                <w:szCs w:val="26"/>
              </w:rPr>
            </w:pPr>
            <w:r w:rsidRPr="009C3767">
              <w:rPr>
                <w:rFonts w:cs="Times New Roman"/>
                <w:szCs w:val="26"/>
              </w:rPr>
              <w:t>3</w:t>
            </w:r>
          </w:p>
        </w:tc>
        <w:tc>
          <w:tcPr>
            <w:tcW w:w="1259" w:type="dxa"/>
            <w:tcMar>
              <w:top w:w="80" w:type="dxa"/>
              <w:left w:w="80" w:type="dxa"/>
              <w:bottom w:w="80" w:type="dxa"/>
              <w:right w:w="80" w:type="dxa"/>
            </w:tcMar>
          </w:tcPr>
          <w:p w14:paraId="08B6A57A" w14:textId="19D11A0D" w:rsidR="0033048A" w:rsidRPr="009C3767" w:rsidRDefault="0033048A" w:rsidP="0033048A">
            <w:pPr>
              <w:spacing w:after="0" w:line="240" w:lineRule="auto"/>
              <w:rPr>
                <w:rFonts w:cs="Times New Roman"/>
                <w:szCs w:val="26"/>
              </w:rPr>
            </w:pPr>
            <w:r w:rsidRPr="009C3767">
              <w:rPr>
                <w:rFonts w:cs="Times New Roman"/>
                <w:szCs w:val="26"/>
              </w:rPr>
              <w:t>Tổ dân phố số 3</w:t>
            </w:r>
          </w:p>
        </w:tc>
        <w:tc>
          <w:tcPr>
            <w:tcW w:w="768" w:type="dxa"/>
            <w:tcMar>
              <w:top w:w="80" w:type="dxa"/>
              <w:left w:w="80" w:type="dxa"/>
              <w:bottom w:w="80" w:type="dxa"/>
              <w:right w:w="80" w:type="dxa"/>
            </w:tcMar>
            <w:vAlign w:val="center"/>
          </w:tcPr>
          <w:p w14:paraId="61F6EFDE" w14:textId="7A912BD2"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595CFA7A" w14:textId="11CB4EC8" w:rsidR="0033048A" w:rsidRPr="009C3767" w:rsidRDefault="0033048A" w:rsidP="00F46961">
            <w:pPr>
              <w:spacing w:after="0" w:line="240" w:lineRule="auto"/>
              <w:jc w:val="center"/>
              <w:rPr>
                <w:rFonts w:cs="Times New Roman"/>
                <w:szCs w:val="26"/>
              </w:rPr>
            </w:pPr>
            <w:r w:rsidRPr="009C3767">
              <w:rPr>
                <w:rFonts w:cs="Times New Roman"/>
                <w:szCs w:val="26"/>
                <w:lang w:val="vi-VN"/>
              </w:rPr>
              <w:t>705</w:t>
            </w:r>
          </w:p>
        </w:tc>
        <w:tc>
          <w:tcPr>
            <w:tcW w:w="776" w:type="dxa"/>
            <w:tcMar>
              <w:top w:w="80" w:type="dxa"/>
              <w:left w:w="80" w:type="dxa"/>
              <w:bottom w:w="80" w:type="dxa"/>
              <w:right w:w="80" w:type="dxa"/>
            </w:tcMar>
            <w:vAlign w:val="center"/>
          </w:tcPr>
          <w:p w14:paraId="5F020A90" w14:textId="1486EA8D" w:rsidR="0033048A" w:rsidRPr="009C3767" w:rsidRDefault="0033048A" w:rsidP="00F46961">
            <w:pPr>
              <w:spacing w:after="0" w:line="240" w:lineRule="auto"/>
              <w:jc w:val="center"/>
              <w:rPr>
                <w:rFonts w:cs="Times New Roman"/>
                <w:szCs w:val="26"/>
              </w:rPr>
            </w:pPr>
            <w:r w:rsidRPr="009C3767">
              <w:rPr>
                <w:rFonts w:cs="Times New Roman"/>
                <w:szCs w:val="26"/>
                <w:lang w:val="vi-VN"/>
              </w:rPr>
              <w:t>2764</w:t>
            </w:r>
          </w:p>
        </w:tc>
        <w:tc>
          <w:tcPr>
            <w:tcW w:w="834" w:type="dxa"/>
            <w:tcMar>
              <w:top w:w="80" w:type="dxa"/>
              <w:left w:w="80" w:type="dxa"/>
              <w:bottom w:w="80" w:type="dxa"/>
              <w:right w:w="80" w:type="dxa"/>
            </w:tcMar>
            <w:vAlign w:val="center"/>
          </w:tcPr>
          <w:p w14:paraId="6C5C13E5" w14:textId="1F5BD6C2" w:rsidR="0033048A" w:rsidRPr="009C3767" w:rsidRDefault="0033048A" w:rsidP="00F46961">
            <w:pPr>
              <w:spacing w:after="0" w:line="240" w:lineRule="auto"/>
              <w:jc w:val="center"/>
              <w:rPr>
                <w:rFonts w:cs="Times New Roman"/>
                <w:szCs w:val="26"/>
              </w:rPr>
            </w:pPr>
            <w:r w:rsidRPr="009C3767">
              <w:rPr>
                <w:rFonts w:cs="Times New Roman"/>
                <w:szCs w:val="26"/>
              </w:rPr>
              <w:t>0.001</w:t>
            </w:r>
          </w:p>
        </w:tc>
        <w:tc>
          <w:tcPr>
            <w:tcW w:w="705" w:type="dxa"/>
            <w:tcMar>
              <w:top w:w="80" w:type="dxa"/>
              <w:left w:w="80" w:type="dxa"/>
              <w:bottom w:w="80" w:type="dxa"/>
              <w:right w:w="80" w:type="dxa"/>
            </w:tcMar>
            <w:vAlign w:val="center"/>
          </w:tcPr>
          <w:p w14:paraId="23743360" w14:textId="1DFD0A08"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3BE3B507" w14:textId="02166BA7"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29A4AE80" w14:textId="2D01E945"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2DC73FFD" w14:textId="6146672E" w:rsidR="0033048A" w:rsidRPr="009C3767" w:rsidRDefault="00F46961" w:rsidP="00F46961">
            <w:pPr>
              <w:spacing w:after="0" w:line="240" w:lineRule="auto"/>
              <w:jc w:val="center"/>
              <w:rPr>
                <w:rFonts w:cs="Times New Roman"/>
                <w:szCs w:val="26"/>
              </w:rPr>
            </w:pPr>
            <w:r w:rsidRPr="009C3767">
              <w:rPr>
                <w:rFonts w:cs="Times New Roman"/>
                <w:szCs w:val="26"/>
              </w:rPr>
              <w:t>Giữ nguyên</w:t>
            </w:r>
          </w:p>
        </w:tc>
      </w:tr>
      <w:tr w:rsidR="0033048A" w:rsidRPr="009C3767" w14:paraId="26AE13C6" w14:textId="77777777" w:rsidTr="00F46961">
        <w:trPr>
          <w:jc w:val="center"/>
        </w:trPr>
        <w:tc>
          <w:tcPr>
            <w:tcW w:w="759" w:type="dxa"/>
            <w:tcMar>
              <w:top w:w="80" w:type="dxa"/>
              <w:left w:w="80" w:type="dxa"/>
              <w:bottom w:w="80" w:type="dxa"/>
              <w:right w:w="80" w:type="dxa"/>
            </w:tcMar>
          </w:tcPr>
          <w:p w14:paraId="47C4B973" w14:textId="5C24A9C3" w:rsidR="0033048A" w:rsidRPr="009C3767" w:rsidRDefault="0033048A" w:rsidP="0033048A">
            <w:pPr>
              <w:spacing w:after="0" w:line="240" w:lineRule="auto"/>
              <w:jc w:val="center"/>
              <w:rPr>
                <w:rFonts w:cs="Times New Roman"/>
                <w:szCs w:val="26"/>
              </w:rPr>
            </w:pPr>
            <w:r w:rsidRPr="009C3767">
              <w:rPr>
                <w:rFonts w:cs="Times New Roman"/>
                <w:szCs w:val="26"/>
              </w:rPr>
              <w:t>4</w:t>
            </w:r>
          </w:p>
        </w:tc>
        <w:tc>
          <w:tcPr>
            <w:tcW w:w="1259" w:type="dxa"/>
            <w:tcMar>
              <w:top w:w="80" w:type="dxa"/>
              <w:left w:w="80" w:type="dxa"/>
              <w:bottom w:w="80" w:type="dxa"/>
              <w:right w:w="80" w:type="dxa"/>
            </w:tcMar>
          </w:tcPr>
          <w:p w14:paraId="610B521C" w14:textId="27C34A31" w:rsidR="0033048A" w:rsidRPr="009C3767" w:rsidRDefault="0033048A" w:rsidP="0033048A">
            <w:pPr>
              <w:spacing w:after="0" w:line="240" w:lineRule="auto"/>
              <w:rPr>
                <w:rFonts w:cs="Times New Roman"/>
                <w:szCs w:val="26"/>
              </w:rPr>
            </w:pPr>
            <w:r w:rsidRPr="009C3767">
              <w:rPr>
                <w:rFonts w:cs="Times New Roman"/>
                <w:szCs w:val="26"/>
              </w:rPr>
              <w:t>Tổ dân phố số 4</w:t>
            </w:r>
          </w:p>
        </w:tc>
        <w:tc>
          <w:tcPr>
            <w:tcW w:w="768" w:type="dxa"/>
            <w:tcMar>
              <w:top w:w="80" w:type="dxa"/>
              <w:left w:w="80" w:type="dxa"/>
              <w:bottom w:w="80" w:type="dxa"/>
              <w:right w:w="80" w:type="dxa"/>
            </w:tcMar>
            <w:vAlign w:val="center"/>
          </w:tcPr>
          <w:p w14:paraId="0A59D424" w14:textId="49998E35"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332C25FF" w14:textId="244E630D" w:rsidR="0033048A" w:rsidRPr="009C3767" w:rsidRDefault="0033048A" w:rsidP="00F46961">
            <w:pPr>
              <w:spacing w:after="0" w:line="240" w:lineRule="auto"/>
              <w:jc w:val="center"/>
              <w:rPr>
                <w:rFonts w:cs="Times New Roman"/>
                <w:szCs w:val="26"/>
              </w:rPr>
            </w:pPr>
            <w:r w:rsidRPr="009C3767">
              <w:rPr>
                <w:rFonts w:cs="Times New Roman"/>
                <w:szCs w:val="26"/>
                <w:lang w:val="vi-VN"/>
              </w:rPr>
              <w:t>506</w:t>
            </w:r>
          </w:p>
        </w:tc>
        <w:tc>
          <w:tcPr>
            <w:tcW w:w="776" w:type="dxa"/>
            <w:tcMar>
              <w:top w:w="80" w:type="dxa"/>
              <w:left w:w="80" w:type="dxa"/>
              <w:bottom w:w="80" w:type="dxa"/>
              <w:right w:w="80" w:type="dxa"/>
            </w:tcMar>
            <w:vAlign w:val="center"/>
          </w:tcPr>
          <w:p w14:paraId="3FBA74F7" w14:textId="5E4AEA0B" w:rsidR="0033048A" w:rsidRPr="009C3767" w:rsidRDefault="0033048A" w:rsidP="00F46961">
            <w:pPr>
              <w:spacing w:after="0" w:line="240" w:lineRule="auto"/>
              <w:jc w:val="center"/>
              <w:rPr>
                <w:rFonts w:cs="Times New Roman"/>
                <w:szCs w:val="26"/>
              </w:rPr>
            </w:pPr>
            <w:r w:rsidRPr="009C3767">
              <w:rPr>
                <w:rFonts w:cs="Times New Roman"/>
                <w:szCs w:val="26"/>
                <w:lang w:val="vi-VN"/>
              </w:rPr>
              <w:t>1923</w:t>
            </w:r>
          </w:p>
        </w:tc>
        <w:tc>
          <w:tcPr>
            <w:tcW w:w="834" w:type="dxa"/>
            <w:tcMar>
              <w:top w:w="80" w:type="dxa"/>
              <w:left w:w="80" w:type="dxa"/>
              <w:bottom w:w="80" w:type="dxa"/>
              <w:right w:w="80" w:type="dxa"/>
            </w:tcMar>
            <w:vAlign w:val="center"/>
          </w:tcPr>
          <w:p w14:paraId="6F25EC96" w14:textId="44C301A5" w:rsidR="0033048A" w:rsidRPr="009C3767" w:rsidRDefault="0033048A" w:rsidP="00F46961">
            <w:pPr>
              <w:spacing w:after="0" w:line="240" w:lineRule="auto"/>
              <w:jc w:val="center"/>
              <w:rPr>
                <w:rFonts w:cs="Times New Roman"/>
                <w:szCs w:val="26"/>
              </w:rPr>
            </w:pPr>
            <w:r w:rsidRPr="009C3767">
              <w:rPr>
                <w:rFonts w:cs="Times New Roman"/>
                <w:szCs w:val="26"/>
              </w:rPr>
              <w:t>0.001</w:t>
            </w:r>
          </w:p>
        </w:tc>
        <w:tc>
          <w:tcPr>
            <w:tcW w:w="705" w:type="dxa"/>
            <w:tcMar>
              <w:top w:w="80" w:type="dxa"/>
              <w:left w:w="80" w:type="dxa"/>
              <w:bottom w:w="80" w:type="dxa"/>
              <w:right w:w="80" w:type="dxa"/>
            </w:tcMar>
            <w:vAlign w:val="center"/>
          </w:tcPr>
          <w:p w14:paraId="1CF233ED" w14:textId="512CEB58"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12BEC146" w14:textId="145E3040"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3B095A6B" w14:textId="7A2FB7BA"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70DE995A" w14:textId="0F2DDA64"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3D2FC3E7" w14:textId="77777777" w:rsidTr="00F46961">
        <w:trPr>
          <w:jc w:val="center"/>
        </w:trPr>
        <w:tc>
          <w:tcPr>
            <w:tcW w:w="759" w:type="dxa"/>
            <w:tcMar>
              <w:top w:w="80" w:type="dxa"/>
              <w:left w:w="80" w:type="dxa"/>
              <w:bottom w:w="80" w:type="dxa"/>
              <w:right w:w="80" w:type="dxa"/>
            </w:tcMar>
          </w:tcPr>
          <w:p w14:paraId="73E1533C" w14:textId="0591870B" w:rsidR="0033048A" w:rsidRPr="009C3767" w:rsidRDefault="0033048A" w:rsidP="0033048A">
            <w:pPr>
              <w:spacing w:after="0" w:line="240" w:lineRule="auto"/>
              <w:jc w:val="center"/>
              <w:rPr>
                <w:rFonts w:cs="Times New Roman"/>
                <w:szCs w:val="26"/>
              </w:rPr>
            </w:pPr>
            <w:r w:rsidRPr="009C3767">
              <w:rPr>
                <w:rFonts w:cs="Times New Roman"/>
                <w:szCs w:val="26"/>
              </w:rPr>
              <w:t>5</w:t>
            </w:r>
          </w:p>
        </w:tc>
        <w:tc>
          <w:tcPr>
            <w:tcW w:w="1259" w:type="dxa"/>
            <w:tcMar>
              <w:top w:w="80" w:type="dxa"/>
              <w:left w:w="80" w:type="dxa"/>
              <w:bottom w:w="80" w:type="dxa"/>
              <w:right w:w="80" w:type="dxa"/>
            </w:tcMar>
          </w:tcPr>
          <w:p w14:paraId="26432CDE" w14:textId="0AC142E3" w:rsidR="0033048A" w:rsidRPr="009C3767" w:rsidRDefault="0033048A" w:rsidP="0033048A">
            <w:pPr>
              <w:spacing w:after="0" w:line="240" w:lineRule="auto"/>
              <w:rPr>
                <w:rFonts w:cs="Times New Roman"/>
                <w:szCs w:val="26"/>
              </w:rPr>
            </w:pPr>
            <w:r w:rsidRPr="009C3767">
              <w:rPr>
                <w:rFonts w:cs="Times New Roman"/>
                <w:szCs w:val="26"/>
              </w:rPr>
              <w:t>Tổ dân phố số 5</w:t>
            </w:r>
          </w:p>
        </w:tc>
        <w:tc>
          <w:tcPr>
            <w:tcW w:w="768" w:type="dxa"/>
            <w:tcMar>
              <w:top w:w="80" w:type="dxa"/>
              <w:left w:w="80" w:type="dxa"/>
              <w:bottom w:w="80" w:type="dxa"/>
              <w:right w:w="80" w:type="dxa"/>
            </w:tcMar>
            <w:vAlign w:val="center"/>
          </w:tcPr>
          <w:p w14:paraId="7A1D1517" w14:textId="08B2C8CF"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48BF0865" w14:textId="0034ABF9" w:rsidR="0033048A" w:rsidRPr="009C3767" w:rsidRDefault="0033048A" w:rsidP="00F46961">
            <w:pPr>
              <w:spacing w:after="0" w:line="240" w:lineRule="auto"/>
              <w:jc w:val="center"/>
              <w:rPr>
                <w:rFonts w:cs="Times New Roman"/>
                <w:szCs w:val="26"/>
              </w:rPr>
            </w:pPr>
            <w:r w:rsidRPr="009C3767">
              <w:rPr>
                <w:rFonts w:cs="Times New Roman"/>
                <w:szCs w:val="26"/>
                <w:lang w:val="vi-VN"/>
              </w:rPr>
              <w:t>450</w:t>
            </w:r>
          </w:p>
        </w:tc>
        <w:tc>
          <w:tcPr>
            <w:tcW w:w="776" w:type="dxa"/>
            <w:tcMar>
              <w:top w:w="80" w:type="dxa"/>
              <w:left w:w="80" w:type="dxa"/>
              <w:bottom w:w="80" w:type="dxa"/>
              <w:right w:w="80" w:type="dxa"/>
            </w:tcMar>
            <w:vAlign w:val="center"/>
          </w:tcPr>
          <w:p w14:paraId="63B1DA0A" w14:textId="0A52B1E5" w:rsidR="0033048A" w:rsidRPr="009C3767" w:rsidRDefault="0033048A" w:rsidP="00F46961">
            <w:pPr>
              <w:spacing w:after="0" w:line="240" w:lineRule="auto"/>
              <w:jc w:val="center"/>
              <w:rPr>
                <w:rFonts w:cs="Times New Roman"/>
                <w:szCs w:val="26"/>
              </w:rPr>
            </w:pPr>
            <w:r w:rsidRPr="009C3767">
              <w:rPr>
                <w:rFonts w:cs="Times New Roman"/>
                <w:szCs w:val="26"/>
                <w:lang w:val="vi-VN"/>
              </w:rPr>
              <w:t>1782</w:t>
            </w:r>
          </w:p>
        </w:tc>
        <w:tc>
          <w:tcPr>
            <w:tcW w:w="834" w:type="dxa"/>
            <w:tcMar>
              <w:top w:w="80" w:type="dxa"/>
              <w:left w:w="80" w:type="dxa"/>
              <w:bottom w:w="80" w:type="dxa"/>
              <w:right w:w="80" w:type="dxa"/>
            </w:tcMar>
            <w:vAlign w:val="center"/>
          </w:tcPr>
          <w:p w14:paraId="3906992F" w14:textId="4161C479" w:rsidR="0033048A" w:rsidRPr="009C3767" w:rsidRDefault="0033048A" w:rsidP="00F46961">
            <w:pPr>
              <w:spacing w:after="0" w:line="240" w:lineRule="auto"/>
              <w:jc w:val="center"/>
              <w:rPr>
                <w:rFonts w:cs="Times New Roman"/>
                <w:szCs w:val="26"/>
              </w:rPr>
            </w:pPr>
            <w:r w:rsidRPr="009C3767">
              <w:rPr>
                <w:rFonts w:cs="Times New Roman"/>
                <w:szCs w:val="26"/>
              </w:rPr>
              <w:t>0.001</w:t>
            </w:r>
          </w:p>
        </w:tc>
        <w:tc>
          <w:tcPr>
            <w:tcW w:w="705" w:type="dxa"/>
            <w:tcMar>
              <w:top w:w="80" w:type="dxa"/>
              <w:left w:w="80" w:type="dxa"/>
              <w:bottom w:w="80" w:type="dxa"/>
              <w:right w:w="80" w:type="dxa"/>
            </w:tcMar>
            <w:vAlign w:val="center"/>
          </w:tcPr>
          <w:p w14:paraId="4D2F7AF6" w14:textId="0A0B7246"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318D15DF" w14:textId="1C2D9A61"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0C8CD213" w14:textId="3A92C7FE"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1163D003" w14:textId="7BC1A685"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06E60122" w14:textId="77777777" w:rsidTr="00F46961">
        <w:trPr>
          <w:jc w:val="center"/>
        </w:trPr>
        <w:tc>
          <w:tcPr>
            <w:tcW w:w="759" w:type="dxa"/>
            <w:tcMar>
              <w:top w:w="80" w:type="dxa"/>
              <w:left w:w="80" w:type="dxa"/>
              <w:bottom w:w="80" w:type="dxa"/>
              <w:right w:w="80" w:type="dxa"/>
            </w:tcMar>
          </w:tcPr>
          <w:p w14:paraId="33BC16CA" w14:textId="3AF6655F" w:rsidR="0033048A" w:rsidRPr="009C3767" w:rsidRDefault="0033048A" w:rsidP="0033048A">
            <w:pPr>
              <w:spacing w:after="0" w:line="240" w:lineRule="auto"/>
              <w:jc w:val="center"/>
              <w:rPr>
                <w:rFonts w:cs="Times New Roman"/>
                <w:szCs w:val="26"/>
              </w:rPr>
            </w:pPr>
            <w:r w:rsidRPr="009C3767">
              <w:rPr>
                <w:rFonts w:cs="Times New Roman"/>
                <w:szCs w:val="26"/>
              </w:rPr>
              <w:t>6</w:t>
            </w:r>
          </w:p>
        </w:tc>
        <w:tc>
          <w:tcPr>
            <w:tcW w:w="1259" w:type="dxa"/>
            <w:tcMar>
              <w:top w:w="80" w:type="dxa"/>
              <w:left w:w="80" w:type="dxa"/>
              <w:bottom w:w="80" w:type="dxa"/>
              <w:right w:w="80" w:type="dxa"/>
            </w:tcMar>
          </w:tcPr>
          <w:p w14:paraId="51C313B5" w14:textId="4690EA52" w:rsidR="0033048A" w:rsidRPr="009C3767" w:rsidRDefault="0033048A" w:rsidP="0033048A">
            <w:pPr>
              <w:spacing w:after="0" w:line="240" w:lineRule="auto"/>
              <w:rPr>
                <w:rFonts w:cs="Times New Roman"/>
                <w:szCs w:val="26"/>
              </w:rPr>
            </w:pPr>
            <w:r w:rsidRPr="009C3767">
              <w:rPr>
                <w:rFonts w:cs="Times New Roman"/>
                <w:szCs w:val="26"/>
              </w:rPr>
              <w:t>Tổ dân phố số 6</w:t>
            </w:r>
          </w:p>
        </w:tc>
        <w:tc>
          <w:tcPr>
            <w:tcW w:w="768" w:type="dxa"/>
            <w:tcMar>
              <w:top w:w="80" w:type="dxa"/>
              <w:left w:w="80" w:type="dxa"/>
              <w:bottom w:w="80" w:type="dxa"/>
              <w:right w:w="80" w:type="dxa"/>
            </w:tcMar>
            <w:vAlign w:val="center"/>
          </w:tcPr>
          <w:p w14:paraId="43D7D5CE" w14:textId="2F9D3A11"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4A320B83" w14:textId="72116586" w:rsidR="0033048A" w:rsidRPr="009C3767" w:rsidRDefault="0033048A" w:rsidP="00F46961">
            <w:pPr>
              <w:spacing w:after="0" w:line="240" w:lineRule="auto"/>
              <w:jc w:val="center"/>
              <w:rPr>
                <w:rFonts w:cs="Times New Roman"/>
                <w:szCs w:val="26"/>
              </w:rPr>
            </w:pPr>
            <w:r w:rsidRPr="009C3767">
              <w:rPr>
                <w:rFonts w:cs="Times New Roman"/>
                <w:szCs w:val="26"/>
                <w:lang w:val="vi-VN"/>
              </w:rPr>
              <w:t>768</w:t>
            </w:r>
          </w:p>
        </w:tc>
        <w:tc>
          <w:tcPr>
            <w:tcW w:w="776" w:type="dxa"/>
            <w:tcMar>
              <w:top w:w="80" w:type="dxa"/>
              <w:left w:w="80" w:type="dxa"/>
              <w:bottom w:w="80" w:type="dxa"/>
              <w:right w:w="80" w:type="dxa"/>
            </w:tcMar>
            <w:vAlign w:val="center"/>
          </w:tcPr>
          <w:p w14:paraId="7CF08BF5" w14:textId="1EE05DD2" w:rsidR="0033048A" w:rsidRPr="009C3767" w:rsidRDefault="0033048A" w:rsidP="00F46961">
            <w:pPr>
              <w:spacing w:after="0" w:line="240" w:lineRule="auto"/>
              <w:jc w:val="center"/>
              <w:rPr>
                <w:rFonts w:cs="Times New Roman"/>
                <w:szCs w:val="26"/>
              </w:rPr>
            </w:pPr>
            <w:r w:rsidRPr="009C3767">
              <w:rPr>
                <w:rFonts w:cs="Times New Roman"/>
                <w:szCs w:val="26"/>
                <w:lang w:val="vi-VN"/>
              </w:rPr>
              <w:t>2568</w:t>
            </w:r>
          </w:p>
        </w:tc>
        <w:tc>
          <w:tcPr>
            <w:tcW w:w="834" w:type="dxa"/>
            <w:tcMar>
              <w:top w:w="80" w:type="dxa"/>
              <w:left w:w="80" w:type="dxa"/>
              <w:bottom w:w="80" w:type="dxa"/>
              <w:right w:w="80" w:type="dxa"/>
            </w:tcMar>
            <w:vAlign w:val="center"/>
          </w:tcPr>
          <w:p w14:paraId="3336415F" w14:textId="4D3121C6" w:rsidR="0033048A" w:rsidRPr="009C3767" w:rsidRDefault="0033048A" w:rsidP="00F46961">
            <w:pPr>
              <w:spacing w:after="0" w:line="240" w:lineRule="auto"/>
              <w:jc w:val="center"/>
              <w:rPr>
                <w:rFonts w:cs="Times New Roman"/>
                <w:szCs w:val="26"/>
              </w:rPr>
            </w:pPr>
            <w:r w:rsidRPr="009C3767">
              <w:rPr>
                <w:rFonts w:cs="Times New Roman"/>
                <w:szCs w:val="26"/>
              </w:rPr>
              <w:t>0.36</w:t>
            </w:r>
          </w:p>
        </w:tc>
        <w:tc>
          <w:tcPr>
            <w:tcW w:w="705" w:type="dxa"/>
            <w:tcMar>
              <w:top w:w="80" w:type="dxa"/>
              <w:left w:w="80" w:type="dxa"/>
              <w:bottom w:w="80" w:type="dxa"/>
              <w:right w:w="80" w:type="dxa"/>
            </w:tcMar>
            <w:vAlign w:val="center"/>
          </w:tcPr>
          <w:p w14:paraId="4376ADA8" w14:textId="4878013A"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3AF0DF32" w14:textId="2FB9F10D"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45AF60D9" w14:textId="5ACF353D" w:rsidR="0033048A" w:rsidRPr="009C3767" w:rsidRDefault="00F46961" w:rsidP="00F46961">
            <w:pPr>
              <w:spacing w:after="0" w:line="240" w:lineRule="auto"/>
              <w:jc w:val="center"/>
              <w:rPr>
                <w:rFonts w:cs="Times New Roman"/>
                <w:szCs w:val="26"/>
              </w:rPr>
            </w:pPr>
            <w:r w:rsidRPr="009C3767">
              <w:rPr>
                <w:rFonts w:cs="Times New Roman"/>
                <w:szCs w:val="26"/>
              </w:rPr>
              <w:t>3</w:t>
            </w:r>
          </w:p>
        </w:tc>
        <w:tc>
          <w:tcPr>
            <w:tcW w:w="1388" w:type="dxa"/>
            <w:tcMar>
              <w:top w:w="80" w:type="dxa"/>
              <w:left w:w="80" w:type="dxa"/>
              <w:bottom w:w="80" w:type="dxa"/>
              <w:right w:w="80" w:type="dxa"/>
            </w:tcMar>
            <w:vAlign w:val="center"/>
          </w:tcPr>
          <w:p w14:paraId="74233CF2" w14:textId="489163FC" w:rsidR="0033048A" w:rsidRPr="009C3767" w:rsidRDefault="00F46961" w:rsidP="00F46961">
            <w:pPr>
              <w:spacing w:after="0" w:line="240" w:lineRule="auto"/>
              <w:jc w:val="center"/>
              <w:rPr>
                <w:rFonts w:cs="Times New Roman"/>
                <w:szCs w:val="26"/>
              </w:rPr>
            </w:pPr>
            <w:r w:rsidRPr="009C3767">
              <w:rPr>
                <w:rFonts w:cs="Times New Roman"/>
                <w:szCs w:val="26"/>
              </w:rPr>
              <w:t>Giữ nguyên</w:t>
            </w:r>
          </w:p>
        </w:tc>
      </w:tr>
      <w:tr w:rsidR="0033048A" w:rsidRPr="009C3767" w14:paraId="332D1097" w14:textId="77777777" w:rsidTr="00F46961">
        <w:trPr>
          <w:jc w:val="center"/>
        </w:trPr>
        <w:tc>
          <w:tcPr>
            <w:tcW w:w="759" w:type="dxa"/>
            <w:tcMar>
              <w:top w:w="80" w:type="dxa"/>
              <w:left w:w="80" w:type="dxa"/>
              <w:bottom w:w="80" w:type="dxa"/>
              <w:right w:w="80" w:type="dxa"/>
            </w:tcMar>
          </w:tcPr>
          <w:p w14:paraId="78AE1317" w14:textId="199BC614" w:rsidR="0033048A" w:rsidRPr="009C3767" w:rsidRDefault="0033048A" w:rsidP="0033048A">
            <w:pPr>
              <w:spacing w:after="0" w:line="240" w:lineRule="auto"/>
              <w:jc w:val="center"/>
              <w:rPr>
                <w:rFonts w:cs="Times New Roman"/>
                <w:szCs w:val="26"/>
              </w:rPr>
            </w:pPr>
            <w:r w:rsidRPr="009C3767">
              <w:rPr>
                <w:rFonts w:cs="Times New Roman"/>
                <w:szCs w:val="26"/>
              </w:rPr>
              <w:t>7</w:t>
            </w:r>
          </w:p>
        </w:tc>
        <w:tc>
          <w:tcPr>
            <w:tcW w:w="1259" w:type="dxa"/>
            <w:tcMar>
              <w:top w:w="80" w:type="dxa"/>
              <w:left w:w="80" w:type="dxa"/>
              <w:bottom w:w="80" w:type="dxa"/>
              <w:right w:w="80" w:type="dxa"/>
            </w:tcMar>
          </w:tcPr>
          <w:p w14:paraId="491F537D" w14:textId="2744D735" w:rsidR="0033048A" w:rsidRPr="009C3767" w:rsidRDefault="0033048A" w:rsidP="0033048A">
            <w:pPr>
              <w:spacing w:after="0" w:line="240" w:lineRule="auto"/>
              <w:rPr>
                <w:rFonts w:cs="Times New Roman"/>
                <w:szCs w:val="26"/>
              </w:rPr>
            </w:pPr>
            <w:r w:rsidRPr="009C3767">
              <w:rPr>
                <w:rFonts w:cs="Times New Roman"/>
                <w:szCs w:val="26"/>
              </w:rPr>
              <w:t>Tổ dân phố số 7A</w:t>
            </w:r>
          </w:p>
        </w:tc>
        <w:tc>
          <w:tcPr>
            <w:tcW w:w="768" w:type="dxa"/>
            <w:tcMar>
              <w:top w:w="80" w:type="dxa"/>
              <w:left w:w="80" w:type="dxa"/>
              <w:bottom w:w="80" w:type="dxa"/>
              <w:right w:w="80" w:type="dxa"/>
            </w:tcMar>
            <w:vAlign w:val="center"/>
          </w:tcPr>
          <w:p w14:paraId="51D2BF3F" w14:textId="4FBFE57C"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1CFFAFC0" w14:textId="45D76B8F" w:rsidR="0033048A" w:rsidRPr="009C3767" w:rsidRDefault="0033048A" w:rsidP="00F46961">
            <w:pPr>
              <w:spacing w:after="0" w:line="240" w:lineRule="auto"/>
              <w:jc w:val="center"/>
              <w:rPr>
                <w:rFonts w:cs="Times New Roman"/>
                <w:szCs w:val="26"/>
              </w:rPr>
            </w:pPr>
            <w:r w:rsidRPr="009C3767">
              <w:rPr>
                <w:rFonts w:cs="Times New Roman"/>
                <w:szCs w:val="26"/>
                <w:lang w:val="vi-VN"/>
              </w:rPr>
              <w:t>1430</w:t>
            </w:r>
          </w:p>
        </w:tc>
        <w:tc>
          <w:tcPr>
            <w:tcW w:w="776" w:type="dxa"/>
            <w:tcMar>
              <w:top w:w="80" w:type="dxa"/>
              <w:left w:w="80" w:type="dxa"/>
              <w:bottom w:w="80" w:type="dxa"/>
              <w:right w:w="80" w:type="dxa"/>
            </w:tcMar>
            <w:vAlign w:val="center"/>
          </w:tcPr>
          <w:p w14:paraId="180626C1" w14:textId="409E9853" w:rsidR="0033048A" w:rsidRPr="009C3767" w:rsidRDefault="0033048A" w:rsidP="00F46961">
            <w:pPr>
              <w:spacing w:after="0" w:line="240" w:lineRule="auto"/>
              <w:jc w:val="center"/>
              <w:rPr>
                <w:rFonts w:cs="Times New Roman"/>
                <w:szCs w:val="26"/>
              </w:rPr>
            </w:pPr>
            <w:r w:rsidRPr="009C3767">
              <w:rPr>
                <w:rFonts w:cs="Times New Roman"/>
                <w:szCs w:val="26"/>
                <w:lang w:val="vi-VN"/>
              </w:rPr>
              <w:t>3721</w:t>
            </w:r>
          </w:p>
        </w:tc>
        <w:tc>
          <w:tcPr>
            <w:tcW w:w="834" w:type="dxa"/>
            <w:tcMar>
              <w:top w:w="80" w:type="dxa"/>
              <w:left w:w="80" w:type="dxa"/>
              <w:bottom w:w="80" w:type="dxa"/>
              <w:right w:w="80" w:type="dxa"/>
            </w:tcMar>
            <w:vAlign w:val="center"/>
          </w:tcPr>
          <w:p w14:paraId="3F0970F6" w14:textId="49F9E959" w:rsidR="0033048A" w:rsidRPr="009C3767" w:rsidRDefault="0033048A" w:rsidP="00F46961">
            <w:pPr>
              <w:spacing w:after="0" w:line="240" w:lineRule="auto"/>
              <w:jc w:val="center"/>
              <w:rPr>
                <w:rFonts w:cs="Times New Roman"/>
                <w:szCs w:val="26"/>
              </w:rPr>
            </w:pPr>
            <w:r w:rsidRPr="009C3767">
              <w:rPr>
                <w:rFonts w:cs="Times New Roman"/>
                <w:szCs w:val="26"/>
              </w:rPr>
              <w:t>0.12</w:t>
            </w:r>
          </w:p>
        </w:tc>
        <w:tc>
          <w:tcPr>
            <w:tcW w:w="705" w:type="dxa"/>
            <w:vMerge w:val="restart"/>
            <w:tcMar>
              <w:top w:w="80" w:type="dxa"/>
              <w:left w:w="80" w:type="dxa"/>
              <w:bottom w:w="80" w:type="dxa"/>
              <w:right w:w="80" w:type="dxa"/>
            </w:tcMar>
            <w:vAlign w:val="center"/>
          </w:tcPr>
          <w:p w14:paraId="683F65B5" w14:textId="61BFE5AE"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vMerge w:val="restart"/>
            <w:tcMar>
              <w:top w:w="80" w:type="dxa"/>
              <w:left w:w="80" w:type="dxa"/>
              <w:bottom w:w="80" w:type="dxa"/>
              <w:right w:w="80" w:type="dxa"/>
            </w:tcMar>
            <w:vAlign w:val="center"/>
          </w:tcPr>
          <w:p w14:paraId="632DB083" w14:textId="510BF978"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6AD970AC" w14:textId="06FD1B45" w:rsidR="0033048A" w:rsidRPr="009C3767" w:rsidRDefault="00F46961" w:rsidP="00F46961">
            <w:pPr>
              <w:spacing w:after="0" w:line="240" w:lineRule="auto"/>
              <w:jc w:val="center"/>
              <w:rPr>
                <w:rFonts w:cs="Times New Roman"/>
                <w:szCs w:val="26"/>
              </w:rPr>
            </w:pPr>
            <w:r w:rsidRPr="009C3767">
              <w:rPr>
                <w:rFonts w:cs="Times New Roman"/>
                <w:szCs w:val="26"/>
              </w:rPr>
              <w:t>1</w:t>
            </w:r>
          </w:p>
        </w:tc>
        <w:tc>
          <w:tcPr>
            <w:tcW w:w="1388" w:type="dxa"/>
            <w:tcMar>
              <w:top w:w="80" w:type="dxa"/>
              <w:left w:w="80" w:type="dxa"/>
              <w:bottom w:w="80" w:type="dxa"/>
              <w:right w:w="80" w:type="dxa"/>
            </w:tcMar>
            <w:vAlign w:val="center"/>
          </w:tcPr>
          <w:p w14:paraId="32C46395" w14:textId="57187FA6"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0E9F322B" w14:textId="77777777" w:rsidTr="00F46961">
        <w:trPr>
          <w:jc w:val="center"/>
        </w:trPr>
        <w:tc>
          <w:tcPr>
            <w:tcW w:w="759" w:type="dxa"/>
            <w:tcMar>
              <w:top w:w="80" w:type="dxa"/>
              <w:left w:w="80" w:type="dxa"/>
              <w:bottom w:w="80" w:type="dxa"/>
              <w:right w:w="80" w:type="dxa"/>
            </w:tcMar>
          </w:tcPr>
          <w:p w14:paraId="4C292F92" w14:textId="080ABB92" w:rsidR="0033048A" w:rsidRPr="009C3767" w:rsidRDefault="0033048A" w:rsidP="0033048A">
            <w:pPr>
              <w:spacing w:after="0" w:line="240" w:lineRule="auto"/>
              <w:jc w:val="center"/>
              <w:rPr>
                <w:rFonts w:cs="Times New Roman"/>
                <w:szCs w:val="26"/>
              </w:rPr>
            </w:pPr>
            <w:r w:rsidRPr="009C3767">
              <w:rPr>
                <w:rFonts w:cs="Times New Roman"/>
                <w:szCs w:val="26"/>
              </w:rPr>
              <w:t>8</w:t>
            </w:r>
          </w:p>
        </w:tc>
        <w:tc>
          <w:tcPr>
            <w:tcW w:w="1259" w:type="dxa"/>
            <w:tcMar>
              <w:top w:w="80" w:type="dxa"/>
              <w:left w:w="80" w:type="dxa"/>
              <w:bottom w:w="80" w:type="dxa"/>
              <w:right w:w="80" w:type="dxa"/>
            </w:tcMar>
          </w:tcPr>
          <w:p w14:paraId="6312C961" w14:textId="16743052" w:rsidR="0033048A" w:rsidRPr="009C3767" w:rsidRDefault="0033048A" w:rsidP="0033048A">
            <w:pPr>
              <w:spacing w:after="0" w:line="240" w:lineRule="auto"/>
              <w:rPr>
                <w:rFonts w:cs="Times New Roman"/>
                <w:szCs w:val="26"/>
              </w:rPr>
            </w:pPr>
            <w:r w:rsidRPr="009C3767">
              <w:rPr>
                <w:rFonts w:cs="Times New Roman"/>
                <w:szCs w:val="26"/>
              </w:rPr>
              <w:t>Tổ dân phố số 7B</w:t>
            </w:r>
          </w:p>
        </w:tc>
        <w:tc>
          <w:tcPr>
            <w:tcW w:w="768" w:type="dxa"/>
            <w:tcMar>
              <w:top w:w="80" w:type="dxa"/>
              <w:left w:w="80" w:type="dxa"/>
              <w:bottom w:w="80" w:type="dxa"/>
              <w:right w:w="80" w:type="dxa"/>
            </w:tcMar>
            <w:vAlign w:val="center"/>
          </w:tcPr>
          <w:p w14:paraId="62C48A2B" w14:textId="6EEFFF34"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28F57E19" w14:textId="0DDD953C" w:rsidR="0033048A" w:rsidRPr="009C3767" w:rsidRDefault="0033048A" w:rsidP="00F46961">
            <w:pPr>
              <w:spacing w:after="0" w:line="240" w:lineRule="auto"/>
              <w:jc w:val="center"/>
              <w:rPr>
                <w:rFonts w:cs="Times New Roman"/>
                <w:szCs w:val="26"/>
              </w:rPr>
            </w:pPr>
            <w:r w:rsidRPr="009C3767">
              <w:rPr>
                <w:rFonts w:cs="Times New Roman"/>
                <w:szCs w:val="26"/>
                <w:lang w:val="vi-VN"/>
              </w:rPr>
              <w:t>1523</w:t>
            </w:r>
          </w:p>
        </w:tc>
        <w:tc>
          <w:tcPr>
            <w:tcW w:w="776" w:type="dxa"/>
            <w:tcMar>
              <w:top w:w="80" w:type="dxa"/>
              <w:left w:w="80" w:type="dxa"/>
              <w:bottom w:w="80" w:type="dxa"/>
              <w:right w:w="80" w:type="dxa"/>
            </w:tcMar>
            <w:vAlign w:val="center"/>
          </w:tcPr>
          <w:p w14:paraId="6CF33CD4" w14:textId="4F36B93B" w:rsidR="0033048A" w:rsidRPr="009C3767" w:rsidRDefault="0033048A" w:rsidP="00F46961">
            <w:pPr>
              <w:spacing w:after="0" w:line="240" w:lineRule="auto"/>
              <w:jc w:val="center"/>
              <w:rPr>
                <w:rFonts w:cs="Times New Roman"/>
                <w:szCs w:val="26"/>
              </w:rPr>
            </w:pPr>
            <w:r w:rsidRPr="009C3767">
              <w:rPr>
                <w:rFonts w:cs="Times New Roman"/>
                <w:szCs w:val="26"/>
                <w:lang w:val="vi-VN"/>
              </w:rPr>
              <w:t>5233</w:t>
            </w:r>
          </w:p>
        </w:tc>
        <w:tc>
          <w:tcPr>
            <w:tcW w:w="834" w:type="dxa"/>
            <w:tcMar>
              <w:top w:w="80" w:type="dxa"/>
              <w:left w:w="80" w:type="dxa"/>
              <w:bottom w:w="80" w:type="dxa"/>
              <w:right w:w="80" w:type="dxa"/>
            </w:tcMar>
            <w:vAlign w:val="center"/>
          </w:tcPr>
          <w:p w14:paraId="4A717040" w14:textId="4677ADB0" w:rsidR="0033048A" w:rsidRPr="009C3767" w:rsidRDefault="0033048A" w:rsidP="00F46961">
            <w:pPr>
              <w:spacing w:after="0" w:line="240" w:lineRule="auto"/>
              <w:jc w:val="center"/>
              <w:rPr>
                <w:rFonts w:cs="Times New Roman"/>
                <w:szCs w:val="26"/>
              </w:rPr>
            </w:pPr>
            <w:r w:rsidRPr="009C3767">
              <w:rPr>
                <w:rFonts w:cs="Times New Roman"/>
                <w:szCs w:val="26"/>
              </w:rPr>
              <w:t>0.137</w:t>
            </w:r>
          </w:p>
        </w:tc>
        <w:tc>
          <w:tcPr>
            <w:tcW w:w="705" w:type="dxa"/>
            <w:vMerge/>
            <w:tcMar>
              <w:top w:w="80" w:type="dxa"/>
              <w:left w:w="80" w:type="dxa"/>
              <w:bottom w:w="80" w:type="dxa"/>
              <w:right w:w="80" w:type="dxa"/>
            </w:tcMar>
            <w:vAlign w:val="center"/>
          </w:tcPr>
          <w:p w14:paraId="7CEC1BFE" w14:textId="424D2040" w:rsidR="0033048A" w:rsidRPr="009C3767" w:rsidRDefault="0033048A" w:rsidP="00F46961">
            <w:pPr>
              <w:spacing w:after="0" w:line="240" w:lineRule="auto"/>
              <w:jc w:val="center"/>
              <w:rPr>
                <w:rFonts w:cs="Times New Roman"/>
                <w:szCs w:val="26"/>
              </w:rPr>
            </w:pPr>
          </w:p>
        </w:tc>
        <w:tc>
          <w:tcPr>
            <w:tcW w:w="1186" w:type="dxa"/>
            <w:vMerge/>
            <w:tcMar>
              <w:top w:w="80" w:type="dxa"/>
              <w:left w:w="80" w:type="dxa"/>
              <w:bottom w:w="80" w:type="dxa"/>
              <w:right w:w="80" w:type="dxa"/>
            </w:tcMar>
            <w:vAlign w:val="center"/>
          </w:tcPr>
          <w:p w14:paraId="08FAC9D3" w14:textId="6B7EB192" w:rsidR="0033048A" w:rsidRPr="009C3767" w:rsidRDefault="0033048A" w:rsidP="00F46961">
            <w:pPr>
              <w:spacing w:after="0" w:line="240" w:lineRule="auto"/>
              <w:jc w:val="center"/>
              <w:rPr>
                <w:rFonts w:cs="Times New Roman"/>
                <w:szCs w:val="26"/>
              </w:rPr>
            </w:pPr>
          </w:p>
        </w:tc>
        <w:tc>
          <w:tcPr>
            <w:tcW w:w="1114" w:type="dxa"/>
            <w:tcMar>
              <w:top w:w="80" w:type="dxa"/>
              <w:left w:w="80" w:type="dxa"/>
              <w:bottom w:w="80" w:type="dxa"/>
              <w:right w:w="80" w:type="dxa"/>
            </w:tcMar>
            <w:vAlign w:val="center"/>
          </w:tcPr>
          <w:p w14:paraId="181D6285" w14:textId="5F547C42" w:rsidR="0033048A" w:rsidRPr="009C3767" w:rsidRDefault="00F46961" w:rsidP="00F46961">
            <w:pPr>
              <w:spacing w:after="0" w:line="240" w:lineRule="auto"/>
              <w:jc w:val="center"/>
              <w:rPr>
                <w:rFonts w:cs="Times New Roman"/>
                <w:szCs w:val="26"/>
              </w:rPr>
            </w:pPr>
            <w:r w:rsidRPr="009C3767">
              <w:rPr>
                <w:rFonts w:cs="Times New Roman"/>
                <w:szCs w:val="26"/>
              </w:rPr>
              <w:t>3</w:t>
            </w:r>
          </w:p>
        </w:tc>
        <w:tc>
          <w:tcPr>
            <w:tcW w:w="1388" w:type="dxa"/>
            <w:tcMar>
              <w:top w:w="80" w:type="dxa"/>
              <w:left w:w="80" w:type="dxa"/>
              <w:bottom w:w="80" w:type="dxa"/>
              <w:right w:w="80" w:type="dxa"/>
            </w:tcMar>
            <w:vAlign w:val="center"/>
          </w:tcPr>
          <w:p w14:paraId="3A594B01" w14:textId="498FCF8E"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4CF74326" w14:textId="77777777" w:rsidTr="00F46961">
        <w:trPr>
          <w:jc w:val="center"/>
        </w:trPr>
        <w:tc>
          <w:tcPr>
            <w:tcW w:w="759" w:type="dxa"/>
            <w:tcMar>
              <w:top w:w="80" w:type="dxa"/>
              <w:left w:w="80" w:type="dxa"/>
              <w:bottom w:w="80" w:type="dxa"/>
              <w:right w:w="80" w:type="dxa"/>
            </w:tcMar>
          </w:tcPr>
          <w:p w14:paraId="78D7CA0A" w14:textId="1ECA7C66" w:rsidR="0033048A" w:rsidRPr="009C3767" w:rsidRDefault="0033048A" w:rsidP="0033048A">
            <w:pPr>
              <w:spacing w:after="0" w:line="240" w:lineRule="auto"/>
              <w:jc w:val="center"/>
              <w:rPr>
                <w:rFonts w:cs="Times New Roman"/>
                <w:szCs w:val="26"/>
              </w:rPr>
            </w:pPr>
            <w:r w:rsidRPr="009C3767">
              <w:rPr>
                <w:rFonts w:cs="Times New Roman"/>
                <w:szCs w:val="26"/>
              </w:rPr>
              <w:t>9</w:t>
            </w:r>
          </w:p>
        </w:tc>
        <w:tc>
          <w:tcPr>
            <w:tcW w:w="1259" w:type="dxa"/>
            <w:tcMar>
              <w:top w:w="80" w:type="dxa"/>
              <w:left w:w="80" w:type="dxa"/>
              <w:bottom w:w="80" w:type="dxa"/>
              <w:right w:w="80" w:type="dxa"/>
            </w:tcMar>
          </w:tcPr>
          <w:p w14:paraId="096ED4BA" w14:textId="6096848E" w:rsidR="0033048A" w:rsidRPr="009C3767" w:rsidRDefault="0033048A" w:rsidP="0033048A">
            <w:pPr>
              <w:spacing w:after="0" w:line="240" w:lineRule="auto"/>
              <w:rPr>
                <w:rFonts w:cs="Times New Roman"/>
                <w:szCs w:val="26"/>
              </w:rPr>
            </w:pPr>
            <w:r w:rsidRPr="009C3767">
              <w:rPr>
                <w:rFonts w:cs="Times New Roman"/>
                <w:szCs w:val="26"/>
              </w:rPr>
              <w:t>Tổ dân phố số 9</w:t>
            </w:r>
          </w:p>
        </w:tc>
        <w:tc>
          <w:tcPr>
            <w:tcW w:w="768" w:type="dxa"/>
            <w:tcMar>
              <w:top w:w="80" w:type="dxa"/>
              <w:left w:w="80" w:type="dxa"/>
              <w:bottom w:w="80" w:type="dxa"/>
              <w:right w:w="80" w:type="dxa"/>
            </w:tcMar>
            <w:vAlign w:val="center"/>
          </w:tcPr>
          <w:p w14:paraId="7BE3970B" w14:textId="4A57B6C4"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65267907" w14:textId="2681D05E" w:rsidR="0033048A" w:rsidRPr="009C3767" w:rsidRDefault="0033048A" w:rsidP="00F46961">
            <w:pPr>
              <w:spacing w:after="0" w:line="240" w:lineRule="auto"/>
              <w:jc w:val="center"/>
              <w:rPr>
                <w:rFonts w:cs="Times New Roman"/>
                <w:szCs w:val="26"/>
              </w:rPr>
            </w:pPr>
            <w:r w:rsidRPr="009C3767">
              <w:rPr>
                <w:rFonts w:cs="Times New Roman"/>
                <w:szCs w:val="26"/>
                <w:lang w:val="vi-VN"/>
              </w:rPr>
              <w:t>155</w:t>
            </w:r>
          </w:p>
        </w:tc>
        <w:tc>
          <w:tcPr>
            <w:tcW w:w="776" w:type="dxa"/>
            <w:tcMar>
              <w:top w:w="80" w:type="dxa"/>
              <w:left w:w="80" w:type="dxa"/>
              <w:bottom w:w="80" w:type="dxa"/>
              <w:right w:w="80" w:type="dxa"/>
            </w:tcMar>
            <w:vAlign w:val="center"/>
          </w:tcPr>
          <w:p w14:paraId="0FFE0173" w14:textId="3584A37F" w:rsidR="0033048A" w:rsidRPr="009C3767" w:rsidRDefault="0033048A" w:rsidP="00F46961">
            <w:pPr>
              <w:spacing w:after="0" w:line="240" w:lineRule="auto"/>
              <w:jc w:val="center"/>
              <w:rPr>
                <w:rFonts w:cs="Times New Roman"/>
                <w:szCs w:val="26"/>
              </w:rPr>
            </w:pPr>
            <w:r w:rsidRPr="009C3767">
              <w:rPr>
                <w:rFonts w:cs="Times New Roman"/>
                <w:szCs w:val="26"/>
                <w:lang w:val="vi-VN"/>
              </w:rPr>
              <w:t>477</w:t>
            </w:r>
          </w:p>
        </w:tc>
        <w:tc>
          <w:tcPr>
            <w:tcW w:w="834" w:type="dxa"/>
            <w:tcMar>
              <w:top w:w="80" w:type="dxa"/>
              <w:left w:w="80" w:type="dxa"/>
              <w:bottom w:w="80" w:type="dxa"/>
              <w:right w:w="80" w:type="dxa"/>
            </w:tcMar>
            <w:vAlign w:val="center"/>
          </w:tcPr>
          <w:p w14:paraId="1E8A4E94" w14:textId="0C22F2E2" w:rsidR="0033048A" w:rsidRPr="009C3767" w:rsidRDefault="0033048A" w:rsidP="00F46961">
            <w:pPr>
              <w:spacing w:after="0" w:line="240" w:lineRule="auto"/>
              <w:jc w:val="center"/>
              <w:rPr>
                <w:rFonts w:cs="Times New Roman"/>
                <w:szCs w:val="26"/>
              </w:rPr>
            </w:pPr>
            <w:r w:rsidRPr="009C3767">
              <w:rPr>
                <w:rFonts w:cs="Times New Roman"/>
                <w:szCs w:val="26"/>
              </w:rPr>
              <w:t>0.3</w:t>
            </w:r>
          </w:p>
        </w:tc>
        <w:tc>
          <w:tcPr>
            <w:tcW w:w="705" w:type="dxa"/>
            <w:tcMar>
              <w:top w:w="80" w:type="dxa"/>
              <w:left w:w="80" w:type="dxa"/>
              <w:bottom w:w="80" w:type="dxa"/>
              <w:right w:w="80" w:type="dxa"/>
            </w:tcMar>
            <w:vAlign w:val="center"/>
          </w:tcPr>
          <w:p w14:paraId="3AF54747" w14:textId="0727FE5F"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6EBC3B84" w14:textId="4A18EB43"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46443728" w14:textId="112CF3C8"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4204CB47" w14:textId="652B9685"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6C3106FB" w14:textId="77777777" w:rsidTr="00F46961">
        <w:trPr>
          <w:jc w:val="center"/>
        </w:trPr>
        <w:tc>
          <w:tcPr>
            <w:tcW w:w="759" w:type="dxa"/>
            <w:tcMar>
              <w:top w:w="80" w:type="dxa"/>
              <w:left w:w="80" w:type="dxa"/>
              <w:bottom w:w="80" w:type="dxa"/>
              <w:right w:w="80" w:type="dxa"/>
            </w:tcMar>
          </w:tcPr>
          <w:p w14:paraId="188AE934" w14:textId="4D48F7E7" w:rsidR="0033048A" w:rsidRPr="009C3767" w:rsidRDefault="0033048A" w:rsidP="0033048A">
            <w:pPr>
              <w:spacing w:after="0" w:line="240" w:lineRule="auto"/>
              <w:jc w:val="center"/>
              <w:rPr>
                <w:rFonts w:cs="Times New Roman"/>
                <w:szCs w:val="26"/>
              </w:rPr>
            </w:pPr>
            <w:r w:rsidRPr="009C3767">
              <w:rPr>
                <w:rFonts w:cs="Times New Roman"/>
                <w:szCs w:val="26"/>
              </w:rPr>
              <w:t>10</w:t>
            </w:r>
          </w:p>
        </w:tc>
        <w:tc>
          <w:tcPr>
            <w:tcW w:w="1259" w:type="dxa"/>
            <w:tcMar>
              <w:top w:w="80" w:type="dxa"/>
              <w:left w:w="80" w:type="dxa"/>
              <w:bottom w:w="80" w:type="dxa"/>
              <w:right w:w="80" w:type="dxa"/>
            </w:tcMar>
          </w:tcPr>
          <w:p w14:paraId="24212E4F" w14:textId="7C945688" w:rsidR="0033048A" w:rsidRPr="009C3767" w:rsidRDefault="0033048A" w:rsidP="0033048A">
            <w:pPr>
              <w:spacing w:after="0" w:line="240" w:lineRule="auto"/>
              <w:rPr>
                <w:rFonts w:cs="Times New Roman"/>
                <w:szCs w:val="26"/>
              </w:rPr>
            </w:pPr>
            <w:r w:rsidRPr="009C3767">
              <w:rPr>
                <w:rFonts w:cs="Times New Roman"/>
                <w:szCs w:val="26"/>
              </w:rPr>
              <w:t>Tổ dân phố số 15</w:t>
            </w:r>
          </w:p>
        </w:tc>
        <w:tc>
          <w:tcPr>
            <w:tcW w:w="768" w:type="dxa"/>
            <w:tcMar>
              <w:top w:w="80" w:type="dxa"/>
              <w:left w:w="80" w:type="dxa"/>
              <w:bottom w:w="80" w:type="dxa"/>
              <w:right w:w="80" w:type="dxa"/>
            </w:tcMar>
            <w:vAlign w:val="center"/>
          </w:tcPr>
          <w:p w14:paraId="27FA4BF1" w14:textId="400F7BD6"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48401BB7" w14:textId="24FF4FC9" w:rsidR="0033048A" w:rsidRPr="009C3767" w:rsidRDefault="0033048A" w:rsidP="00F46961">
            <w:pPr>
              <w:spacing w:after="0" w:line="240" w:lineRule="auto"/>
              <w:jc w:val="center"/>
              <w:rPr>
                <w:rFonts w:cs="Times New Roman"/>
                <w:szCs w:val="26"/>
              </w:rPr>
            </w:pPr>
            <w:r w:rsidRPr="009C3767">
              <w:rPr>
                <w:rFonts w:cs="Times New Roman"/>
                <w:szCs w:val="26"/>
                <w:lang w:val="vi-VN"/>
              </w:rPr>
              <w:t>377</w:t>
            </w:r>
          </w:p>
        </w:tc>
        <w:tc>
          <w:tcPr>
            <w:tcW w:w="776" w:type="dxa"/>
            <w:tcMar>
              <w:top w:w="80" w:type="dxa"/>
              <w:left w:w="80" w:type="dxa"/>
              <w:bottom w:w="80" w:type="dxa"/>
              <w:right w:w="80" w:type="dxa"/>
            </w:tcMar>
            <w:vAlign w:val="center"/>
          </w:tcPr>
          <w:p w14:paraId="5E741A0A" w14:textId="51851515" w:rsidR="0033048A" w:rsidRPr="009C3767" w:rsidRDefault="0033048A" w:rsidP="00F46961">
            <w:pPr>
              <w:spacing w:after="0" w:line="240" w:lineRule="auto"/>
              <w:jc w:val="center"/>
              <w:rPr>
                <w:rFonts w:cs="Times New Roman"/>
                <w:szCs w:val="26"/>
              </w:rPr>
            </w:pPr>
            <w:r w:rsidRPr="009C3767">
              <w:rPr>
                <w:rFonts w:cs="Times New Roman"/>
                <w:szCs w:val="26"/>
                <w:lang w:val="vi-VN"/>
              </w:rPr>
              <w:t>1156</w:t>
            </w:r>
          </w:p>
        </w:tc>
        <w:tc>
          <w:tcPr>
            <w:tcW w:w="834" w:type="dxa"/>
            <w:tcMar>
              <w:top w:w="80" w:type="dxa"/>
              <w:left w:w="80" w:type="dxa"/>
              <w:bottom w:w="80" w:type="dxa"/>
              <w:right w:w="80" w:type="dxa"/>
            </w:tcMar>
            <w:vAlign w:val="center"/>
          </w:tcPr>
          <w:p w14:paraId="2717D451" w14:textId="471529C8" w:rsidR="0033048A" w:rsidRPr="009C3767" w:rsidRDefault="0033048A" w:rsidP="00F46961">
            <w:pPr>
              <w:spacing w:after="0" w:line="240" w:lineRule="auto"/>
              <w:jc w:val="center"/>
              <w:rPr>
                <w:rFonts w:cs="Times New Roman"/>
                <w:szCs w:val="26"/>
              </w:rPr>
            </w:pPr>
            <w:r w:rsidRPr="009C3767">
              <w:rPr>
                <w:rFonts w:cs="Times New Roman"/>
                <w:szCs w:val="26"/>
              </w:rPr>
              <w:t>1.2</w:t>
            </w:r>
          </w:p>
        </w:tc>
        <w:tc>
          <w:tcPr>
            <w:tcW w:w="705" w:type="dxa"/>
            <w:vMerge w:val="restart"/>
            <w:tcMar>
              <w:top w:w="80" w:type="dxa"/>
              <w:left w:w="80" w:type="dxa"/>
              <w:bottom w:w="80" w:type="dxa"/>
              <w:right w:w="80" w:type="dxa"/>
            </w:tcMar>
            <w:vAlign w:val="center"/>
          </w:tcPr>
          <w:p w14:paraId="5838E35E" w14:textId="77617951"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vMerge w:val="restart"/>
            <w:tcMar>
              <w:top w:w="80" w:type="dxa"/>
              <w:left w:w="80" w:type="dxa"/>
              <w:bottom w:w="80" w:type="dxa"/>
              <w:right w:w="80" w:type="dxa"/>
            </w:tcMar>
            <w:vAlign w:val="center"/>
          </w:tcPr>
          <w:p w14:paraId="197772FB" w14:textId="0F899A22"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1682B4E5" w14:textId="4608E554"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2F626107" w14:textId="5C8DC816"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4A5F8DFC" w14:textId="77777777" w:rsidTr="00F46961">
        <w:trPr>
          <w:jc w:val="center"/>
        </w:trPr>
        <w:tc>
          <w:tcPr>
            <w:tcW w:w="759" w:type="dxa"/>
            <w:tcMar>
              <w:top w:w="80" w:type="dxa"/>
              <w:left w:w="80" w:type="dxa"/>
              <w:bottom w:w="80" w:type="dxa"/>
              <w:right w:w="80" w:type="dxa"/>
            </w:tcMar>
          </w:tcPr>
          <w:p w14:paraId="1DB72D66" w14:textId="5B63DD68" w:rsidR="0033048A" w:rsidRPr="009C3767" w:rsidRDefault="0033048A" w:rsidP="0033048A">
            <w:pPr>
              <w:spacing w:after="0" w:line="240" w:lineRule="auto"/>
              <w:jc w:val="center"/>
              <w:rPr>
                <w:rFonts w:cs="Times New Roman"/>
                <w:szCs w:val="26"/>
              </w:rPr>
            </w:pPr>
            <w:r w:rsidRPr="009C3767">
              <w:rPr>
                <w:rFonts w:cs="Times New Roman"/>
                <w:szCs w:val="26"/>
              </w:rPr>
              <w:t>11</w:t>
            </w:r>
          </w:p>
        </w:tc>
        <w:tc>
          <w:tcPr>
            <w:tcW w:w="1259" w:type="dxa"/>
            <w:tcMar>
              <w:top w:w="80" w:type="dxa"/>
              <w:left w:w="80" w:type="dxa"/>
              <w:bottom w:w="80" w:type="dxa"/>
              <w:right w:w="80" w:type="dxa"/>
            </w:tcMar>
          </w:tcPr>
          <w:p w14:paraId="17555ADA" w14:textId="4ED6E6CB" w:rsidR="0033048A" w:rsidRPr="009C3767" w:rsidRDefault="0033048A" w:rsidP="0033048A">
            <w:pPr>
              <w:spacing w:after="0" w:line="240" w:lineRule="auto"/>
              <w:rPr>
                <w:rFonts w:cs="Times New Roman"/>
                <w:szCs w:val="26"/>
              </w:rPr>
            </w:pPr>
            <w:r w:rsidRPr="009C3767">
              <w:rPr>
                <w:rFonts w:cs="Times New Roman"/>
                <w:szCs w:val="26"/>
              </w:rPr>
              <w:t>Tổ dân phố số 16</w:t>
            </w:r>
          </w:p>
        </w:tc>
        <w:tc>
          <w:tcPr>
            <w:tcW w:w="768" w:type="dxa"/>
            <w:tcMar>
              <w:top w:w="80" w:type="dxa"/>
              <w:left w:w="80" w:type="dxa"/>
              <w:bottom w:w="80" w:type="dxa"/>
              <w:right w:w="80" w:type="dxa"/>
            </w:tcMar>
            <w:vAlign w:val="center"/>
          </w:tcPr>
          <w:p w14:paraId="408B2AE5" w14:textId="79869E5E"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35F97AE5" w14:textId="3C7670E3" w:rsidR="0033048A" w:rsidRPr="009C3767" w:rsidRDefault="0033048A" w:rsidP="00F46961">
            <w:pPr>
              <w:spacing w:after="0" w:line="240" w:lineRule="auto"/>
              <w:jc w:val="center"/>
              <w:rPr>
                <w:rFonts w:cs="Times New Roman"/>
                <w:szCs w:val="26"/>
              </w:rPr>
            </w:pPr>
            <w:r w:rsidRPr="009C3767">
              <w:rPr>
                <w:rFonts w:cs="Times New Roman"/>
                <w:szCs w:val="26"/>
                <w:lang w:val="vi-VN"/>
              </w:rPr>
              <w:t>553</w:t>
            </w:r>
          </w:p>
        </w:tc>
        <w:tc>
          <w:tcPr>
            <w:tcW w:w="776" w:type="dxa"/>
            <w:tcMar>
              <w:top w:w="80" w:type="dxa"/>
              <w:left w:w="80" w:type="dxa"/>
              <w:bottom w:w="80" w:type="dxa"/>
              <w:right w:w="80" w:type="dxa"/>
            </w:tcMar>
            <w:vAlign w:val="center"/>
          </w:tcPr>
          <w:p w14:paraId="3EEC65A7" w14:textId="26D58E4E" w:rsidR="0033048A" w:rsidRPr="009C3767" w:rsidRDefault="0033048A" w:rsidP="00F46961">
            <w:pPr>
              <w:spacing w:after="0" w:line="240" w:lineRule="auto"/>
              <w:jc w:val="center"/>
              <w:rPr>
                <w:rFonts w:cs="Times New Roman"/>
                <w:szCs w:val="26"/>
              </w:rPr>
            </w:pPr>
            <w:r w:rsidRPr="009C3767">
              <w:rPr>
                <w:rFonts w:cs="Times New Roman"/>
                <w:szCs w:val="26"/>
                <w:lang w:val="vi-VN"/>
              </w:rPr>
              <w:t>1528</w:t>
            </w:r>
          </w:p>
        </w:tc>
        <w:tc>
          <w:tcPr>
            <w:tcW w:w="834" w:type="dxa"/>
            <w:tcMar>
              <w:top w:w="80" w:type="dxa"/>
              <w:left w:w="80" w:type="dxa"/>
              <w:bottom w:w="80" w:type="dxa"/>
              <w:right w:w="80" w:type="dxa"/>
            </w:tcMar>
            <w:vAlign w:val="center"/>
          </w:tcPr>
          <w:p w14:paraId="0E0495EE" w14:textId="11F0BC25" w:rsidR="0033048A" w:rsidRPr="009C3767" w:rsidRDefault="0033048A" w:rsidP="00F46961">
            <w:pPr>
              <w:spacing w:after="0" w:line="240" w:lineRule="auto"/>
              <w:jc w:val="center"/>
              <w:rPr>
                <w:rFonts w:cs="Times New Roman"/>
                <w:szCs w:val="26"/>
              </w:rPr>
            </w:pPr>
            <w:r w:rsidRPr="009C3767">
              <w:rPr>
                <w:rFonts w:cs="Times New Roman"/>
                <w:szCs w:val="26"/>
              </w:rPr>
              <w:t>2</w:t>
            </w:r>
          </w:p>
        </w:tc>
        <w:tc>
          <w:tcPr>
            <w:tcW w:w="705" w:type="dxa"/>
            <w:vMerge/>
            <w:tcMar>
              <w:top w:w="80" w:type="dxa"/>
              <w:left w:w="80" w:type="dxa"/>
              <w:bottom w:w="80" w:type="dxa"/>
              <w:right w:w="80" w:type="dxa"/>
            </w:tcMar>
            <w:vAlign w:val="center"/>
          </w:tcPr>
          <w:p w14:paraId="60F89244" w14:textId="77777777" w:rsidR="0033048A" w:rsidRPr="009C3767" w:rsidRDefault="0033048A" w:rsidP="00F46961">
            <w:pPr>
              <w:spacing w:after="0" w:line="240" w:lineRule="auto"/>
              <w:jc w:val="center"/>
              <w:rPr>
                <w:rFonts w:cs="Times New Roman"/>
                <w:szCs w:val="26"/>
              </w:rPr>
            </w:pPr>
          </w:p>
        </w:tc>
        <w:tc>
          <w:tcPr>
            <w:tcW w:w="1186" w:type="dxa"/>
            <w:vMerge/>
            <w:tcMar>
              <w:top w:w="80" w:type="dxa"/>
              <w:left w:w="80" w:type="dxa"/>
              <w:bottom w:w="80" w:type="dxa"/>
              <w:right w:w="80" w:type="dxa"/>
            </w:tcMar>
            <w:vAlign w:val="center"/>
          </w:tcPr>
          <w:p w14:paraId="3B102D7E" w14:textId="77777777" w:rsidR="0033048A" w:rsidRPr="009C3767" w:rsidRDefault="0033048A" w:rsidP="00F46961">
            <w:pPr>
              <w:spacing w:after="0" w:line="240" w:lineRule="auto"/>
              <w:jc w:val="center"/>
              <w:rPr>
                <w:rFonts w:cs="Times New Roman"/>
                <w:szCs w:val="26"/>
              </w:rPr>
            </w:pPr>
          </w:p>
        </w:tc>
        <w:tc>
          <w:tcPr>
            <w:tcW w:w="1114" w:type="dxa"/>
            <w:tcMar>
              <w:top w:w="80" w:type="dxa"/>
              <w:left w:w="80" w:type="dxa"/>
              <w:bottom w:w="80" w:type="dxa"/>
              <w:right w:w="80" w:type="dxa"/>
            </w:tcMar>
            <w:vAlign w:val="center"/>
          </w:tcPr>
          <w:p w14:paraId="76AE1F19" w14:textId="5E529BBC" w:rsidR="0033048A" w:rsidRPr="009C3767" w:rsidRDefault="00F46961" w:rsidP="00F46961">
            <w:pPr>
              <w:spacing w:after="0" w:line="240" w:lineRule="auto"/>
              <w:jc w:val="center"/>
              <w:rPr>
                <w:rFonts w:cs="Times New Roman"/>
                <w:szCs w:val="26"/>
              </w:rPr>
            </w:pPr>
            <w:r w:rsidRPr="009C3767">
              <w:rPr>
                <w:rFonts w:cs="Times New Roman"/>
                <w:szCs w:val="26"/>
              </w:rPr>
              <w:t>1</w:t>
            </w:r>
          </w:p>
        </w:tc>
        <w:tc>
          <w:tcPr>
            <w:tcW w:w="1388" w:type="dxa"/>
            <w:tcMar>
              <w:top w:w="80" w:type="dxa"/>
              <w:left w:w="80" w:type="dxa"/>
              <w:bottom w:w="80" w:type="dxa"/>
              <w:right w:w="80" w:type="dxa"/>
            </w:tcMar>
            <w:vAlign w:val="center"/>
          </w:tcPr>
          <w:p w14:paraId="10EC0A9B" w14:textId="4641E595"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1D5D5858" w14:textId="77777777" w:rsidTr="00F46961">
        <w:trPr>
          <w:jc w:val="center"/>
        </w:trPr>
        <w:tc>
          <w:tcPr>
            <w:tcW w:w="759" w:type="dxa"/>
            <w:tcMar>
              <w:top w:w="80" w:type="dxa"/>
              <w:left w:w="80" w:type="dxa"/>
              <w:bottom w:w="80" w:type="dxa"/>
              <w:right w:w="80" w:type="dxa"/>
            </w:tcMar>
          </w:tcPr>
          <w:p w14:paraId="60B8996B" w14:textId="0F55D177" w:rsidR="0033048A" w:rsidRPr="009C3767" w:rsidRDefault="0033048A" w:rsidP="0033048A">
            <w:pPr>
              <w:spacing w:after="0" w:line="240" w:lineRule="auto"/>
              <w:jc w:val="center"/>
              <w:rPr>
                <w:rFonts w:cs="Times New Roman"/>
                <w:szCs w:val="26"/>
              </w:rPr>
            </w:pPr>
            <w:r w:rsidRPr="009C3767">
              <w:rPr>
                <w:rFonts w:cs="Times New Roman"/>
                <w:szCs w:val="26"/>
              </w:rPr>
              <w:t>12</w:t>
            </w:r>
          </w:p>
        </w:tc>
        <w:tc>
          <w:tcPr>
            <w:tcW w:w="1259" w:type="dxa"/>
            <w:tcMar>
              <w:top w:w="80" w:type="dxa"/>
              <w:left w:w="80" w:type="dxa"/>
              <w:bottom w:w="80" w:type="dxa"/>
              <w:right w:w="80" w:type="dxa"/>
            </w:tcMar>
          </w:tcPr>
          <w:p w14:paraId="24E27F48" w14:textId="2112E497" w:rsidR="0033048A" w:rsidRPr="009C3767" w:rsidRDefault="0033048A" w:rsidP="0033048A">
            <w:pPr>
              <w:spacing w:after="0" w:line="240" w:lineRule="auto"/>
              <w:rPr>
                <w:rFonts w:cs="Times New Roman"/>
                <w:szCs w:val="26"/>
              </w:rPr>
            </w:pPr>
            <w:r w:rsidRPr="009C3767">
              <w:rPr>
                <w:rFonts w:cs="Times New Roman"/>
                <w:szCs w:val="26"/>
              </w:rPr>
              <w:t>Tổ dân phố số 17</w:t>
            </w:r>
          </w:p>
        </w:tc>
        <w:tc>
          <w:tcPr>
            <w:tcW w:w="768" w:type="dxa"/>
            <w:tcMar>
              <w:top w:w="80" w:type="dxa"/>
              <w:left w:w="80" w:type="dxa"/>
              <w:bottom w:w="80" w:type="dxa"/>
              <w:right w:w="80" w:type="dxa"/>
            </w:tcMar>
            <w:vAlign w:val="center"/>
          </w:tcPr>
          <w:p w14:paraId="2039A5BB" w14:textId="69C11801"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5E97AFBA" w14:textId="2FC2DE1E" w:rsidR="0033048A" w:rsidRPr="009C3767" w:rsidRDefault="0033048A" w:rsidP="00F46961">
            <w:pPr>
              <w:spacing w:after="0" w:line="240" w:lineRule="auto"/>
              <w:jc w:val="center"/>
              <w:rPr>
                <w:rFonts w:cs="Times New Roman"/>
                <w:szCs w:val="26"/>
              </w:rPr>
            </w:pPr>
            <w:r w:rsidRPr="009C3767">
              <w:rPr>
                <w:rFonts w:cs="Times New Roman"/>
                <w:szCs w:val="26"/>
                <w:lang w:val="vi-VN"/>
              </w:rPr>
              <w:t>744</w:t>
            </w:r>
          </w:p>
        </w:tc>
        <w:tc>
          <w:tcPr>
            <w:tcW w:w="776" w:type="dxa"/>
            <w:tcMar>
              <w:top w:w="80" w:type="dxa"/>
              <w:left w:w="80" w:type="dxa"/>
              <w:bottom w:w="80" w:type="dxa"/>
              <w:right w:w="80" w:type="dxa"/>
            </w:tcMar>
            <w:vAlign w:val="center"/>
          </w:tcPr>
          <w:p w14:paraId="7C3D66A2" w14:textId="61CFF31F" w:rsidR="0033048A" w:rsidRPr="009C3767" w:rsidRDefault="0033048A" w:rsidP="00F46961">
            <w:pPr>
              <w:spacing w:after="0" w:line="240" w:lineRule="auto"/>
              <w:jc w:val="center"/>
              <w:rPr>
                <w:rFonts w:cs="Times New Roman"/>
                <w:szCs w:val="26"/>
              </w:rPr>
            </w:pPr>
            <w:r w:rsidRPr="009C3767">
              <w:rPr>
                <w:rFonts w:cs="Times New Roman"/>
                <w:szCs w:val="26"/>
                <w:lang w:val="vi-VN"/>
              </w:rPr>
              <w:t>2632</w:t>
            </w:r>
          </w:p>
        </w:tc>
        <w:tc>
          <w:tcPr>
            <w:tcW w:w="834" w:type="dxa"/>
            <w:tcMar>
              <w:top w:w="80" w:type="dxa"/>
              <w:left w:w="80" w:type="dxa"/>
              <w:bottom w:w="80" w:type="dxa"/>
              <w:right w:w="80" w:type="dxa"/>
            </w:tcMar>
            <w:vAlign w:val="center"/>
          </w:tcPr>
          <w:p w14:paraId="5A973C8D" w14:textId="5B6E8CCA" w:rsidR="0033048A" w:rsidRPr="009C3767" w:rsidRDefault="0033048A" w:rsidP="00F46961">
            <w:pPr>
              <w:spacing w:after="0" w:line="240" w:lineRule="auto"/>
              <w:jc w:val="center"/>
              <w:rPr>
                <w:rFonts w:cs="Times New Roman"/>
                <w:szCs w:val="26"/>
              </w:rPr>
            </w:pPr>
            <w:r w:rsidRPr="009C3767">
              <w:rPr>
                <w:rFonts w:cs="Times New Roman"/>
                <w:szCs w:val="26"/>
              </w:rPr>
              <w:t>0.03</w:t>
            </w:r>
          </w:p>
        </w:tc>
        <w:tc>
          <w:tcPr>
            <w:tcW w:w="705" w:type="dxa"/>
            <w:tcMar>
              <w:top w:w="80" w:type="dxa"/>
              <w:left w:w="80" w:type="dxa"/>
              <w:bottom w:w="80" w:type="dxa"/>
              <w:right w:w="80" w:type="dxa"/>
            </w:tcMar>
            <w:vAlign w:val="center"/>
          </w:tcPr>
          <w:p w14:paraId="76FAD60B" w14:textId="71781DCC"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0FF2689F" w14:textId="2CEABD87"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61A462B8" w14:textId="222D5B6F" w:rsidR="0033048A" w:rsidRPr="009C3767" w:rsidRDefault="00F46961" w:rsidP="00F46961">
            <w:pPr>
              <w:spacing w:after="0" w:line="240" w:lineRule="auto"/>
              <w:jc w:val="center"/>
              <w:rPr>
                <w:rFonts w:cs="Times New Roman"/>
                <w:szCs w:val="26"/>
              </w:rPr>
            </w:pPr>
            <w:r w:rsidRPr="009C3767">
              <w:rPr>
                <w:rFonts w:cs="Times New Roman"/>
                <w:szCs w:val="26"/>
              </w:rPr>
              <w:t>3</w:t>
            </w:r>
          </w:p>
        </w:tc>
        <w:tc>
          <w:tcPr>
            <w:tcW w:w="1388" w:type="dxa"/>
            <w:tcMar>
              <w:top w:w="80" w:type="dxa"/>
              <w:left w:w="80" w:type="dxa"/>
              <w:bottom w:w="80" w:type="dxa"/>
              <w:right w:w="80" w:type="dxa"/>
            </w:tcMar>
            <w:vAlign w:val="center"/>
          </w:tcPr>
          <w:p w14:paraId="7A6C0734" w14:textId="1470DB15" w:rsidR="0033048A" w:rsidRPr="009C3767" w:rsidRDefault="00F46961" w:rsidP="00F46961">
            <w:pPr>
              <w:spacing w:after="0" w:line="240" w:lineRule="auto"/>
              <w:jc w:val="center"/>
              <w:rPr>
                <w:rFonts w:cs="Times New Roman"/>
                <w:szCs w:val="26"/>
              </w:rPr>
            </w:pPr>
            <w:r w:rsidRPr="009C3767">
              <w:rPr>
                <w:rFonts w:cs="Times New Roman"/>
                <w:szCs w:val="26"/>
              </w:rPr>
              <w:t>Giữ nguyên</w:t>
            </w:r>
          </w:p>
        </w:tc>
      </w:tr>
      <w:tr w:rsidR="0033048A" w:rsidRPr="009C3767" w14:paraId="51DC20D6" w14:textId="77777777" w:rsidTr="00F46961">
        <w:trPr>
          <w:jc w:val="center"/>
        </w:trPr>
        <w:tc>
          <w:tcPr>
            <w:tcW w:w="759" w:type="dxa"/>
            <w:tcMar>
              <w:top w:w="80" w:type="dxa"/>
              <w:left w:w="80" w:type="dxa"/>
              <w:bottom w:w="80" w:type="dxa"/>
              <w:right w:w="80" w:type="dxa"/>
            </w:tcMar>
          </w:tcPr>
          <w:p w14:paraId="27B1355F" w14:textId="54C993A5" w:rsidR="0033048A" w:rsidRPr="009C3767" w:rsidRDefault="0033048A" w:rsidP="0033048A">
            <w:pPr>
              <w:spacing w:after="0" w:line="240" w:lineRule="auto"/>
              <w:jc w:val="center"/>
              <w:rPr>
                <w:rFonts w:cs="Times New Roman"/>
                <w:szCs w:val="26"/>
              </w:rPr>
            </w:pPr>
            <w:r w:rsidRPr="009C3767">
              <w:rPr>
                <w:rFonts w:cs="Times New Roman"/>
                <w:szCs w:val="26"/>
              </w:rPr>
              <w:t>13</w:t>
            </w:r>
          </w:p>
        </w:tc>
        <w:tc>
          <w:tcPr>
            <w:tcW w:w="1259" w:type="dxa"/>
            <w:tcMar>
              <w:top w:w="80" w:type="dxa"/>
              <w:left w:w="80" w:type="dxa"/>
              <w:bottom w:w="80" w:type="dxa"/>
              <w:right w:w="80" w:type="dxa"/>
            </w:tcMar>
          </w:tcPr>
          <w:p w14:paraId="54593D33" w14:textId="1D0AFC9C" w:rsidR="0033048A" w:rsidRPr="009C3767" w:rsidRDefault="0033048A" w:rsidP="0033048A">
            <w:pPr>
              <w:spacing w:after="0" w:line="240" w:lineRule="auto"/>
              <w:rPr>
                <w:rFonts w:cs="Times New Roman"/>
                <w:szCs w:val="26"/>
              </w:rPr>
            </w:pPr>
            <w:r w:rsidRPr="009C3767">
              <w:rPr>
                <w:rFonts w:cs="Times New Roman"/>
                <w:szCs w:val="26"/>
              </w:rPr>
              <w:t>Tổ dân phố số 18</w:t>
            </w:r>
          </w:p>
        </w:tc>
        <w:tc>
          <w:tcPr>
            <w:tcW w:w="768" w:type="dxa"/>
            <w:tcMar>
              <w:top w:w="80" w:type="dxa"/>
              <w:left w:w="80" w:type="dxa"/>
              <w:bottom w:w="80" w:type="dxa"/>
              <w:right w:w="80" w:type="dxa"/>
            </w:tcMar>
            <w:vAlign w:val="center"/>
          </w:tcPr>
          <w:p w14:paraId="7E8DB680" w14:textId="01AEDE62"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1D9F38B3" w14:textId="2C95FB38" w:rsidR="0033048A" w:rsidRPr="009C3767" w:rsidRDefault="0033048A" w:rsidP="00F46961">
            <w:pPr>
              <w:spacing w:after="0" w:line="240" w:lineRule="auto"/>
              <w:jc w:val="center"/>
              <w:rPr>
                <w:rFonts w:cs="Times New Roman"/>
                <w:szCs w:val="26"/>
              </w:rPr>
            </w:pPr>
            <w:r w:rsidRPr="009C3767">
              <w:rPr>
                <w:rFonts w:cs="Times New Roman"/>
                <w:szCs w:val="26"/>
                <w:lang w:val="vi-VN"/>
              </w:rPr>
              <w:t>525</w:t>
            </w:r>
          </w:p>
        </w:tc>
        <w:tc>
          <w:tcPr>
            <w:tcW w:w="776" w:type="dxa"/>
            <w:tcMar>
              <w:top w:w="80" w:type="dxa"/>
              <w:left w:w="80" w:type="dxa"/>
              <w:bottom w:w="80" w:type="dxa"/>
              <w:right w:w="80" w:type="dxa"/>
            </w:tcMar>
            <w:vAlign w:val="center"/>
          </w:tcPr>
          <w:p w14:paraId="004EE999" w14:textId="10D34DDE" w:rsidR="0033048A" w:rsidRPr="009C3767" w:rsidRDefault="0033048A" w:rsidP="00F46961">
            <w:pPr>
              <w:spacing w:after="0" w:line="240" w:lineRule="auto"/>
              <w:jc w:val="center"/>
              <w:rPr>
                <w:rFonts w:cs="Times New Roman"/>
                <w:szCs w:val="26"/>
              </w:rPr>
            </w:pPr>
            <w:r w:rsidRPr="009C3767">
              <w:rPr>
                <w:rFonts w:cs="Times New Roman"/>
                <w:szCs w:val="26"/>
                <w:lang w:val="vi-VN"/>
              </w:rPr>
              <w:t>2016</w:t>
            </w:r>
          </w:p>
        </w:tc>
        <w:tc>
          <w:tcPr>
            <w:tcW w:w="834" w:type="dxa"/>
            <w:tcMar>
              <w:top w:w="80" w:type="dxa"/>
              <w:left w:w="80" w:type="dxa"/>
              <w:bottom w:w="80" w:type="dxa"/>
              <w:right w:w="80" w:type="dxa"/>
            </w:tcMar>
            <w:vAlign w:val="center"/>
          </w:tcPr>
          <w:p w14:paraId="6E643964" w14:textId="3B1C07CF" w:rsidR="0033048A" w:rsidRPr="009C3767" w:rsidRDefault="0033048A" w:rsidP="00F46961">
            <w:pPr>
              <w:spacing w:after="0" w:line="240" w:lineRule="auto"/>
              <w:jc w:val="center"/>
              <w:rPr>
                <w:rFonts w:cs="Times New Roman"/>
                <w:szCs w:val="26"/>
              </w:rPr>
            </w:pPr>
            <w:r w:rsidRPr="009C3767">
              <w:rPr>
                <w:rFonts w:cs="Times New Roman"/>
                <w:szCs w:val="26"/>
              </w:rPr>
              <w:t>0.19</w:t>
            </w:r>
          </w:p>
        </w:tc>
        <w:tc>
          <w:tcPr>
            <w:tcW w:w="705" w:type="dxa"/>
            <w:tcMar>
              <w:top w:w="80" w:type="dxa"/>
              <w:left w:w="80" w:type="dxa"/>
              <w:bottom w:w="80" w:type="dxa"/>
              <w:right w:w="80" w:type="dxa"/>
            </w:tcMar>
            <w:vAlign w:val="center"/>
          </w:tcPr>
          <w:p w14:paraId="15FAB4FB" w14:textId="281C013D"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tcMar>
              <w:top w:w="80" w:type="dxa"/>
              <w:left w:w="80" w:type="dxa"/>
              <w:bottom w:w="80" w:type="dxa"/>
              <w:right w:w="80" w:type="dxa"/>
            </w:tcMar>
            <w:vAlign w:val="center"/>
          </w:tcPr>
          <w:p w14:paraId="4DFDC897" w14:textId="4475C034"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1C0526AB" w14:textId="41196686"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0CA9317C" w14:textId="69116D0D"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20805408" w14:textId="77777777" w:rsidTr="00F46961">
        <w:trPr>
          <w:jc w:val="center"/>
        </w:trPr>
        <w:tc>
          <w:tcPr>
            <w:tcW w:w="759" w:type="dxa"/>
            <w:tcMar>
              <w:top w:w="80" w:type="dxa"/>
              <w:left w:w="80" w:type="dxa"/>
              <w:bottom w:w="80" w:type="dxa"/>
              <w:right w:w="80" w:type="dxa"/>
            </w:tcMar>
          </w:tcPr>
          <w:p w14:paraId="33554025" w14:textId="6B7B0071" w:rsidR="0033048A" w:rsidRPr="009C3767" w:rsidRDefault="0033048A" w:rsidP="0033048A">
            <w:pPr>
              <w:spacing w:after="0" w:line="240" w:lineRule="auto"/>
              <w:jc w:val="center"/>
              <w:rPr>
                <w:rFonts w:cs="Times New Roman"/>
                <w:szCs w:val="26"/>
              </w:rPr>
            </w:pPr>
            <w:r w:rsidRPr="009C3767">
              <w:rPr>
                <w:rFonts w:cs="Times New Roman"/>
                <w:szCs w:val="26"/>
              </w:rPr>
              <w:t>14</w:t>
            </w:r>
          </w:p>
        </w:tc>
        <w:tc>
          <w:tcPr>
            <w:tcW w:w="1259" w:type="dxa"/>
            <w:tcMar>
              <w:top w:w="80" w:type="dxa"/>
              <w:left w:w="80" w:type="dxa"/>
              <w:bottom w:w="80" w:type="dxa"/>
              <w:right w:w="80" w:type="dxa"/>
            </w:tcMar>
          </w:tcPr>
          <w:p w14:paraId="688A9219" w14:textId="762488F3" w:rsidR="0033048A" w:rsidRPr="009C3767" w:rsidRDefault="0033048A" w:rsidP="0033048A">
            <w:pPr>
              <w:spacing w:after="0" w:line="240" w:lineRule="auto"/>
              <w:rPr>
                <w:rFonts w:cs="Times New Roman"/>
                <w:szCs w:val="26"/>
              </w:rPr>
            </w:pPr>
            <w:r w:rsidRPr="009C3767">
              <w:rPr>
                <w:rFonts w:cs="Times New Roman"/>
                <w:szCs w:val="26"/>
              </w:rPr>
              <w:t>Tổ dân phố số 19</w:t>
            </w:r>
          </w:p>
        </w:tc>
        <w:tc>
          <w:tcPr>
            <w:tcW w:w="768" w:type="dxa"/>
            <w:tcMar>
              <w:top w:w="80" w:type="dxa"/>
              <w:left w:w="80" w:type="dxa"/>
              <w:bottom w:w="80" w:type="dxa"/>
              <w:right w:w="80" w:type="dxa"/>
            </w:tcMar>
            <w:vAlign w:val="center"/>
          </w:tcPr>
          <w:p w14:paraId="2713ADF0" w14:textId="155F02CF"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39049665" w14:textId="78FB8BC6" w:rsidR="0033048A" w:rsidRPr="009C3767" w:rsidRDefault="0033048A" w:rsidP="00F46961">
            <w:pPr>
              <w:spacing w:after="0" w:line="240" w:lineRule="auto"/>
              <w:jc w:val="center"/>
              <w:rPr>
                <w:rFonts w:cs="Times New Roman"/>
                <w:szCs w:val="26"/>
              </w:rPr>
            </w:pPr>
            <w:r w:rsidRPr="009C3767">
              <w:rPr>
                <w:rFonts w:cs="Times New Roman"/>
                <w:szCs w:val="26"/>
                <w:lang w:val="vi-VN"/>
              </w:rPr>
              <w:t>944</w:t>
            </w:r>
          </w:p>
        </w:tc>
        <w:tc>
          <w:tcPr>
            <w:tcW w:w="776" w:type="dxa"/>
            <w:tcMar>
              <w:top w:w="80" w:type="dxa"/>
              <w:left w:w="80" w:type="dxa"/>
              <w:bottom w:w="80" w:type="dxa"/>
              <w:right w:w="80" w:type="dxa"/>
            </w:tcMar>
            <w:vAlign w:val="center"/>
          </w:tcPr>
          <w:p w14:paraId="000A821A" w14:textId="652E1D32" w:rsidR="0033048A" w:rsidRPr="009C3767" w:rsidRDefault="0033048A" w:rsidP="00F46961">
            <w:pPr>
              <w:spacing w:after="0" w:line="240" w:lineRule="auto"/>
              <w:jc w:val="center"/>
              <w:rPr>
                <w:rFonts w:cs="Times New Roman"/>
                <w:szCs w:val="26"/>
              </w:rPr>
            </w:pPr>
            <w:r w:rsidRPr="009C3767">
              <w:rPr>
                <w:rFonts w:cs="Times New Roman"/>
                <w:szCs w:val="26"/>
                <w:lang w:val="vi-VN"/>
              </w:rPr>
              <w:t>3258</w:t>
            </w:r>
          </w:p>
        </w:tc>
        <w:tc>
          <w:tcPr>
            <w:tcW w:w="834" w:type="dxa"/>
            <w:tcMar>
              <w:top w:w="80" w:type="dxa"/>
              <w:left w:w="80" w:type="dxa"/>
              <w:bottom w:w="80" w:type="dxa"/>
              <w:right w:w="80" w:type="dxa"/>
            </w:tcMar>
            <w:vAlign w:val="center"/>
          </w:tcPr>
          <w:p w14:paraId="2E2DD805" w14:textId="3D6475A7" w:rsidR="0033048A" w:rsidRPr="009C3767" w:rsidRDefault="0033048A" w:rsidP="00F46961">
            <w:pPr>
              <w:spacing w:after="0" w:line="240" w:lineRule="auto"/>
              <w:jc w:val="center"/>
              <w:rPr>
                <w:rFonts w:cs="Times New Roman"/>
                <w:szCs w:val="26"/>
              </w:rPr>
            </w:pPr>
            <w:r w:rsidRPr="009C3767">
              <w:rPr>
                <w:rFonts w:cs="Times New Roman"/>
                <w:szCs w:val="26"/>
              </w:rPr>
              <w:t>0.18</w:t>
            </w:r>
          </w:p>
        </w:tc>
        <w:tc>
          <w:tcPr>
            <w:tcW w:w="705" w:type="dxa"/>
            <w:vMerge w:val="restart"/>
            <w:tcMar>
              <w:top w:w="80" w:type="dxa"/>
              <w:left w:w="80" w:type="dxa"/>
              <w:bottom w:w="80" w:type="dxa"/>
              <w:right w:w="80" w:type="dxa"/>
            </w:tcMar>
            <w:vAlign w:val="center"/>
          </w:tcPr>
          <w:p w14:paraId="2FC4F09D" w14:textId="3A71C9E2"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86" w:type="dxa"/>
            <w:vMerge w:val="restart"/>
            <w:tcMar>
              <w:top w:w="80" w:type="dxa"/>
              <w:left w:w="80" w:type="dxa"/>
              <w:bottom w:w="80" w:type="dxa"/>
              <w:right w:w="80" w:type="dxa"/>
            </w:tcMar>
            <w:vAlign w:val="center"/>
          </w:tcPr>
          <w:p w14:paraId="314F9260" w14:textId="6BCFB133" w:rsidR="0033048A" w:rsidRPr="009C3767" w:rsidRDefault="0033048A" w:rsidP="00F46961">
            <w:pPr>
              <w:spacing w:after="0" w:line="240" w:lineRule="auto"/>
              <w:jc w:val="center"/>
              <w:rPr>
                <w:rFonts w:cs="Times New Roman"/>
                <w:szCs w:val="26"/>
              </w:rPr>
            </w:pPr>
            <w:r w:rsidRPr="009C3767">
              <w:rPr>
                <w:rFonts w:cs="Times New Roman"/>
                <w:szCs w:val="26"/>
              </w:rPr>
              <w:t>Có</w:t>
            </w:r>
          </w:p>
        </w:tc>
        <w:tc>
          <w:tcPr>
            <w:tcW w:w="1114" w:type="dxa"/>
            <w:tcMar>
              <w:top w:w="80" w:type="dxa"/>
              <w:left w:w="80" w:type="dxa"/>
              <w:bottom w:w="80" w:type="dxa"/>
              <w:right w:w="80" w:type="dxa"/>
            </w:tcMar>
            <w:vAlign w:val="center"/>
          </w:tcPr>
          <w:p w14:paraId="54AF3076" w14:textId="067EFB2D"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5FE2F28F" w14:textId="5C918973"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r w:rsidR="0033048A" w:rsidRPr="009C3767" w14:paraId="3C4EE46B" w14:textId="77777777" w:rsidTr="00F46961">
        <w:trPr>
          <w:jc w:val="center"/>
        </w:trPr>
        <w:tc>
          <w:tcPr>
            <w:tcW w:w="759" w:type="dxa"/>
            <w:tcMar>
              <w:top w:w="80" w:type="dxa"/>
              <w:left w:w="80" w:type="dxa"/>
              <w:bottom w:w="80" w:type="dxa"/>
              <w:right w:w="80" w:type="dxa"/>
            </w:tcMar>
          </w:tcPr>
          <w:p w14:paraId="655571B5" w14:textId="14043BFD" w:rsidR="0033048A" w:rsidRPr="009C3767" w:rsidRDefault="0033048A" w:rsidP="0033048A">
            <w:pPr>
              <w:spacing w:after="0" w:line="240" w:lineRule="auto"/>
              <w:jc w:val="center"/>
              <w:rPr>
                <w:rFonts w:cs="Times New Roman"/>
                <w:szCs w:val="26"/>
              </w:rPr>
            </w:pPr>
            <w:r w:rsidRPr="009C3767">
              <w:rPr>
                <w:rFonts w:cs="Times New Roman"/>
                <w:szCs w:val="26"/>
              </w:rPr>
              <w:t>15</w:t>
            </w:r>
          </w:p>
        </w:tc>
        <w:tc>
          <w:tcPr>
            <w:tcW w:w="1259" w:type="dxa"/>
            <w:tcMar>
              <w:top w:w="80" w:type="dxa"/>
              <w:left w:w="80" w:type="dxa"/>
              <w:bottom w:w="80" w:type="dxa"/>
              <w:right w:w="80" w:type="dxa"/>
            </w:tcMar>
          </w:tcPr>
          <w:p w14:paraId="19F818CE" w14:textId="399DC3AC" w:rsidR="0033048A" w:rsidRPr="009C3767" w:rsidRDefault="0033048A" w:rsidP="0033048A">
            <w:pPr>
              <w:spacing w:after="0" w:line="240" w:lineRule="auto"/>
              <w:rPr>
                <w:rFonts w:cs="Times New Roman"/>
                <w:szCs w:val="26"/>
              </w:rPr>
            </w:pPr>
            <w:r w:rsidRPr="009C3767">
              <w:rPr>
                <w:rFonts w:cs="Times New Roman"/>
                <w:szCs w:val="26"/>
              </w:rPr>
              <w:t>Tổ dân phố số 20</w:t>
            </w:r>
          </w:p>
        </w:tc>
        <w:tc>
          <w:tcPr>
            <w:tcW w:w="768" w:type="dxa"/>
            <w:tcMar>
              <w:top w:w="80" w:type="dxa"/>
              <w:left w:w="80" w:type="dxa"/>
              <w:bottom w:w="80" w:type="dxa"/>
              <w:right w:w="80" w:type="dxa"/>
            </w:tcMar>
            <w:vAlign w:val="center"/>
          </w:tcPr>
          <w:p w14:paraId="5DDC4777" w14:textId="3522E127" w:rsidR="0033048A" w:rsidRPr="009C3767" w:rsidRDefault="0033048A" w:rsidP="00F46961">
            <w:pPr>
              <w:spacing w:after="0" w:line="240" w:lineRule="auto"/>
              <w:jc w:val="center"/>
              <w:rPr>
                <w:rFonts w:cs="Times New Roman"/>
                <w:szCs w:val="26"/>
              </w:rPr>
            </w:pPr>
            <w:r w:rsidRPr="009C3767">
              <w:rPr>
                <w:rFonts w:cs="Times New Roman"/>
                <w:szCs w:val="26"/>
                <w:lang w:val="vi-VN"/>
              </w:rPr>
              <w:t>TDP</w:t>
            </w:r>
          </w:p>
        </w:tc>
        <w:tc>
          <w:tcPr>
            <w:tcW w:w="776" w:type="dxa"/>
            <w:tcMar>
              <w:top w:w="80" w:type="dxa"/>
              <w:left w:w="80" w:type="dxa"/>
              <w:bottom w:w="80" w:type="dxa"/>
              <w:right w:w="80" w:type="dxa"/>
            </w:tcMar>
            <w:vAlign w:val="center"/>
          </w:tcPr>
          <w:p w14:paraId="66AE75A6" w14:textId="162474C8" w:rsidR="0033048A" w:rsidRPr="009C3767" w:rsidRDefault="0033048A" w:rsidP="00F46961">
            <w:pPr>
              <w:spacing w:after="0" w:line="240" w:lineRule="auto"/>
              <w:jc w:val="center"/>
              <w:rPr>
                <w:rFonts w:cs="Times New Roman"/>
                <w:szCs w:val="26"/>
              </w:rPr>
            </w:pPr>
            <w:r w:rsidRPr="009C3767">
              <w:rPr>
                <w:rFonts w:cs="Times New Roman"/>
                <w:szCs w:val="26"/>
                <w:lang w:val="vi-VN"/>
              </w:rPr>
              <w:t>579</w:t>
            </w:r>
          </w:p>
        </w:tc>
        <w:tc>
          <w:tcPr>
            <w:tcW w:w="776" w:type="dxa"/>
            <w:tcMar>
              <w:top w:w="80" w:type="dxa"/>
              <w:left w:w="80" w:type="dxa"/>
              <w:bottom w:w="80" w:type="dxa"/>
              <w:right w:w="80" w:type="dxa"/>
            </w:tcMar>
            <w:vAlign w:val="center"/>
          </w:tcPr>
          <w:p w14:paraId="4DE43DD7" w14:textId="0FA0C772" w:rsidR="0033048A" w:rsidRPr="009C3767" w:rsidRDefault="0033048A" w:rsidP="00F46961">
            <w:pPr>
              <w:spacing w:after="0" w:line="240" w:lineRule="auto"/>
              <w:jc w:val="center"/>
              <w:rPr>
                <w:rFonts w:cs="Times New Roman"/>
                <w:szCs w:val="26"/>
              </w:rPr>
            </w:pPr>
            <w:r w:rsidRPr="009C3767">
              <w:rPr>
                <w:rFonts w:cs="Times New Roman"/>
                <w:szCs w:val="26"/>
                <w:lang w:val="vi-VN"/>
              </w:rPr>
              <w:t>1988</w:t>
            </w:r>
          </w:p>
        </w:tc>
        <w:tc>
          <w:tcPr>
            <w:tcW w:w="834" w:type="dxa"/>
            <w:tcMar>
              <w:top w:w="80" w:type="dxa"/>
              <w:left w:w="80" w:type="dxa"/>
              <w:bottom w:w="80" w:type="dxa"/>
              <w:right w:w="80" w:type="dxa"/>
            </w:tcMar>
            <w:vAlign w:val="center"/>
          </w:tcPr>
          <w:p w14:paraId="48254775" w14:textId="52025F42" w:rsidR="0033048A" w:rsidRPr="009C3767" w:rsidRDefault="0033048A" w:rsidP="00F46961">
            <w:pPr>
              <w:spacing w:after="0" w:line="240" w:lineRule="auto"/>
              <w:jc w:val="center"/>
              <w:rPr>
                <w:rFonts w:cs="Times New Roman"/>
                <w:szCs w:val="26"/>
              </w:rPr>
            </w:pPr>
            <w:r w:rsidRPr="009C3767">
              <w:rPr>
                <w:rFonts w:cs="Times New Roman"/>
                <w:szCs w:val="26"/>
              </w:rPr>
              <w:t>0.2</w:t>
            </w:r>
          </w:p>
        </w:tc>
        <w:tc>
          <w:tcPr>
            <w:tcW w:w="705" w:type="dxa"/>
            <w:vMerge/>
            <w:tcMar>
              <w:top w:w="80" w:type="dxa"/>
              <w:left w:w="80" w:type="dxa"/>
              <w:bottom w:w="80" w:type="dxa"/>
              <w:right w:w="80" w:type="dxa"/>
            </w:tcMar>
            <w:vAlign w:val="center"/>
          </w:tcPr>
          <w:p w14:paraId="593331FD" w14:textId="77777777" w:rsidR="0033048A" w:rsidRPr="009C3767" w:rsidRDefault="0033048A" w:rsidP="00F46961">
            <w:pPr>
              <w:spacing w:after="0" w:line="240" w:lineRule="auto"/>
              <w:jc w:val="center"/>
              <w:rPr>
                <w:rFonts w:cs="Times New Roman"/>
                <w:szCs w:val="26"/>
              </w:rPr>
            </w:pPr>
          </w:p>
        </w:tc>
        <w:tc>
          <w:tcPr>
            <w:tcW w:w="1186" w:type="dxa"/>
            <w:vMerge/>
            <w:tcMar>
              <w:top w:w="80" w:type="dxa"/>
              <w:left w:w="80" w:type="dxa"/>
              <w:bottom w:w="80" w:type="dxa"/>
              <w:right w:w="80" w:type="dxa"/>
            </w:tcMar>
            <w:vAlign w:val="center"/>
          </w:tcPr>
          <w:p w14:paraId="1C1192A0" w14:textId="77777777" w:rsidR="0033048A" w:rsidRPr="009C3767" w:rsidRDefault="0033048A" w:rsidP="00F46961">
            <w:pPr>
              <w:spacing w:after="0" w:line="240" w:lineRule="auto"/>
              <w:jc w:val="center"/>
              <w:rPr>
                <w:rFonts w:cs="Times New Roman"/>
                <w:szCs w:val="26"/>
              </w:rPr>
            </w:pPr>
          </w:p>
        </w:tc>
        <w:tc>
          <w:tcPr>
            <w:tcW w:w="1114" w:type="dxa"/>
            <w:tcMar>
              <w:top w:w="80" w:type="dxa"/>
              <w:left w:w="80" w:type="dxa"/>
              <w:bottom w:w="80" w:type="dxa"/>
              <w:right w:w="80" w:type="dxa"/>
            </w:tcMar>
            <w:vAlign w:val="center"/>
          </w:tcPr>
          <w:p w14:paraId="6932C430" w14:textId="50768E51" w:rsidR="0033048A" w:rsidRPr="009C3767" w:rsidRDefault="00F46961" w:rsidP="00F46961">
            <w:pPr>
              <w:spacing w:after="0" w:line="240" w:lineRule="auto"/>
              <w:jc w:val="center"/>
              <w:rPr>
                <w:rFonts w:cs="Times New Roman"/>
                <w:szCs w:val="26"/>
              </w:rPr>
            </w:pPr>
            <w:r w:rsidRPr="009C3767">
              <w:rPr>
                <w:rFonts w:cs="Times New Roman"/>
                <w:szCs w:val="26"/>
              </w:rPr>
              <w:t>2</w:t>
            </w:r>
          </w:p>
        </w:tc>
        <w:tc>
          <w:tcPr>
            <w:tcW w:w="1388" w:type="dxa"/>
            <w:tcMar>
              <w:top w:w="80" w:type="dxa"/>
              <w:left w:w="80" w:type="dxa"/>
              <w:bottom w:w="80" w:type="dxa"/>
              <w:right w:w="80" w:type="dxa"/>
            </w:tcMar>
            <w:vAlign w:val="center"/>
          </w:tcPr>
          <w:p w14:paraId="5B9D4AE4" w14:textId="5652F909" w:rsidR="0033048A" w:rsidRPr="009C3767" w:rsidRDefault="00F46961" w:rsidP="00F46961">
            <w:pPr>
              <w:spacing w:after="0" w:line="240" w:lineRule="auto"/>
              <w:jc w:val="center"/>
              <w:rPr>
                <w:rFonts w:cs="Times New Roman"/>
                <w:szCs w:val="26"/>
              </w:rPr>
            </w:pPr>
            <w:r w:rsidRPr="009C3767">
              <w:rPr>
                <w:rFonts w:cs="Times New Roman"/>
                <w:szCs w:val="26"/>
              </w:rPr>
              <w:t>Sắp xếp</w:t>
            </w:r>
          </w:p>
        </w:tc>
      </w:tr>
    </w:tbl>
    <w:p w14:paraId="51A753E9" w14:textId="66DE03B5" w:rsidR="00102E8F" w:rsidRPr="009C3767" w:rsidRDefault="00723C88" w:rsidP="002E1A89">
      <w:pPr>
        <w:spacing w:after="0" w:line="240" w:lineRule="auto"/>
        <w:jc w:val="center"/>
        <w:rPr>
          <w:rFonts w:cs="Times New Roman"/>
          <w:szCs w:val="26"/>
        </w:rPr>
      </w:pPr>
      <w:r w:rsidRPr="009C3767">
        <w:rPr>
          <w:rFonts w:cs="Times New Roman"/>
          <w:b/>
          <w:szCs w:val="26"/>
        </w:rPr>
        <w:lastRenderedPageBreak/>
        <w:t>PHỤ LỤC 2. PHƯƠNG ÁN SẮP XẾP THÔN, TỔ DÂN PHỐ</w:t>
      </w:r>
    </w:p>
    <w:p w14:paraId="3AE7892D" w14:textId="77777777" w:rsidR="00AF3906" w:rsidRPr="009C3767" w:rsidRDefault="00AF3906" w:rsidP="00CC23C0">
      <w:pPr>
        <w:spacing w:after="0" w:line="240" w:lineRule="auto"/>
        <w:jc w:val="center"/>
        <w:rPr>
          <w:rFonts w:cs="Times New Roman"/>
          <w:szCs w:val="2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3"/>
        <w:gridCol w:w="1544"/>
        <w:gridCol w:w="977"/>
        <w:gridCol w:w="1478"/>
        <w:gridCol w:w="1155"/>
        <w:gridCol w:w="1149"/>
        <w:gridCol w:w="1149"/>
        <w:gridCol w:w="1170"/>
      </w:tblGrid>
      <w:tr w:rsidR="00102E8F" w:rsidRPr="009C3767" w14:paraId="1659DFEC" w14:textId="77777777" w:rsidTr="002E1A89">
        <w:trPr>
          <w:tblHeader/>
          <w:jc w:val="center"/>
        </w:trPr>
        <w:tc>
          <w:tcPr>
            <w:tcW w:w="781" w:type="dxa"/>
            <w:shd w:val="clear" w:color="auto" w:fill="E6E6E6"/>
            <w:tcMar>
              <w:top w:w="80" w:type="dxa"/>
              <w:left w:w="80" w:type="dxa"/>
              <w:bottom w:w="80" w:type="dxa"/>
              <w:right w:w="80" w:type="dxa"/>
            </w:tcMar>
          </w:tcPr>
          <w:p w14:paraId="1B4AE019"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STT</w:t>
            </w:r>
          </w:p>
        </w:tc>
        <w:tc>
          <w:tcPr>
            <w:tcW w:w="1571" w:type="dxa"/>
            <w:shd w:val="clear" w:color="auto" w:fill="E6E6E6"/>
            <w:tcMar>
              <w:top w:w="80" w:type="dxa"/>
              <w:left w:w="80" w:type="dxa"/>
              <w:bottom w:w="80" w:type="dxa"/>
              <w:right w:w="80" w:type="dxa"/>
            </w:tcMar>
          </w:tcPr>
          <w:p w14:paraId="7CE7BF55" w14:textId="77777777" w:rsidR="002E1A89" w:rsidRPr="009C3767" w:rsidRDefault="00723C88" w:rsidP="00CC23C0">
            <w:pPr>
              <w:spacing w:after="0" w:line="240" w:lineRule="auto"/>
              <w:jc w:val="center"/>
              <w:rPr>
                <w:rFonts w:ascii="Times New Roman Bold" w:hAnsi="Times New Roman Bold" w:cs="Times New Roman"/>
                <w:b/>
                <w:spacing w:val="-10"/>
                <w:szCs w:val="26"/>
              </w:rPr>
            </w:pPr>
            <w:r w:rsidRPr="009C3767">
              <w:rPr>
                <w:rFonts w:ascii="Times New Roman Bold" w:hAnsi="Times New Roman Bold" w:cs="Times New Roman"/>
                <w:b/>
                <w:spacing w:val="-10"/>
                <w:szCs w:val="26"/>
              </w:rPr>
              <w:t xml:space="preserve">Tên </w:t>
            </w:r>
          </w:p>
          <w:p w14:paraId="2283D961" w14:textId="263290BF"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hiện nay</w:t>
            </w:r>
          </w:p>
        </w:tc>
        <w:tc>
          <w:tcPr>
            <w:tcW w:w="984" w:type="dxa"/>
            <w:shd w:val="clear" w:color="auto" w:fill="E6E6E6"/>
            <w:tcMar>
              <w:top w:w="80" w:type="dxa"/>
              <w:left w:w="80" w:type="dxa"/>
              <w:bottom w:w="80" w:type="dxa"/>
              <w:right w:w="80" w:type="dxa"/>
            </w:tcMar>
          </w:tcPr>
          <w:p w14:paraId="37371DDA"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Loại hình</w:t>
            </w:r>
          </w:p>
        </w:tc>
        <w:tc>
          <w:tcPr>
            <w:tcW w:w="1515" w:type="dxa"/>
            <w:shd w:val="clear" w:color="auto" w:fill="E6E6E6"/>
            <w:tcMar>
              <w:top w:w="80" w:type="dxa"/>
              <w:left w:w="80" w:type="dxa"/>
              <w:bottom w:w="80" w:type="dxa"/>
              <w:right w:w="80" w:type="dxa"/>
            </w:tcMar>
          </w:tcPr>
          <w:p w14:paraId="58811633"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Hình thức sắp xếp</w:t>
            </w:r>
          </w:p>
        </w:tc>
        <w:tc>
          <w:tcPr>
            <w:tcW w:w="1176" w:type="dxa"/>
            <w:shd w:val="clear" w:color="auto" w:fill="E6E6E6"/>
            <w:tcMar>
              <w:top w:w="80" w:type="dxa"/>
              <w:left w:w="80" w:type="dxa"/>
              <w:bottom w:w="80" w:type="dxa"/>
              <w:right w:w="80" w:type="dxa"/>
            </w:tcMar>
          </w:tcPr>
          <w:p w14:paraId="6B3D92D8"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Tên sau sắp xếp</w:t>
            </w:r>
          </w:p>
        </w:tc>
        <w:tc>
          <w:tcPr>
            <w:tcW w:w="1176" w:type="dxa"/>
            <w:shd w:val="clear" w:color="auto" w:fill="E6E6E6"/>
            <w:tcMar>
              <w:top w:w="80" w:type="dxa"/>
              <w:left w:w="80" w:type="dxa"/>
              <w:bottom w:w="80" w:type="dxa"/>
              <w:right w:w="80" w:type="dxa"/>
            </w:tcMar>
          </w:tcPr>
          <w:p w14:paraId="34374D06"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Số hộ sau sắp xếp</w:t>
            </w:r>
          </w:p>
        </w:tc>
        <w:tc>
          <w:tcPr>
            <w:tcW w:w="1176" w:type="dxa"/>
            <w:shd w:val="clear" w:color="auto" w:fill="E6E6E6"/>
            <w:tcMar>
              <w:top w:w="80" w:type="dxa"/>
              <w:left w:w="80" w:type="dxa"/>
              <w:bottom w:w="80" w:type="dxa"/>
              <w:right w:w="80" w:type="dxa"/>
            </w:tcMar>
          </w:tcPr>
          <w:p w14:paraId="4892B007"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Dân số sau sắp xếp</w:t>
            </w:r>
          </w:p>
        </w:tc>
        <w:tc>
          <w:tcPr>
            <w:tcW w:w="1176" w:type="dxa"/>
            <w:shd w:val="clear" w:color="auto" w:fill="E6E6E6"/>
            <w:tcMar>
              <w:top w:w="80" w:type="dxa"/>
              <w:left w:w="80" w:type="dxa"/>
              <w:bottom w:w="80" w:type="dxa"/>
              <w:right w:w="80" w:type="dxa"/>
            </w:tcMar>
          </w:tcPr>
          <w:p w14:paraId="3E77D602" w14:textId="77777777" w:rsidR="00102E8F" w:rsidRPr="009C3767" w:rsidRDefault="00723C88" w:rsidP="00CC23C0">
            <w:pPr>
              <w:spacing w:after="0" w:line="240" w:lineRule="auto"/>
              <w:jc w:val="center"/>
              <w:rPr>
                <w:rFonts w:ascii="Times New Roman Bold" w:hAnsi="Times New Roman Bold" w:cs="Times New Roman"/>
                <w:spacing w:val="-10"/>
                <w:szCs w:val="26"/>
              </w:rPr>
            </w:pPr>
            <w:r w:rsidRPr="009C3767">
              <w:rPr>
                <w:rFonts w:ascii="Times New Roman Bold" w:hAnsi="Times New Roman Bold" w:cs="Times New Roman"/>
                <w:b/>
                <w:spacing w:val="-10"/>
                <w:szCs w:val="26"/>
              </w:rPr>
              <w:t>Ghi chú</w:t>
            </w:r>
          </w:p>
        </w:tc>
      </w:tr>
      <w:tr w:rsidR="00D87ECF" w:rsidRPr="009C3767" w14:paraId="50788200" w14:textId="77777777" w:rsidTr="002E1A89">
        <w:trPr>
          <w:jc w:val="center"/>
        </w:trPr>
        <w:tc>
          <w:tcPr>
            <w:tcW w:w="781" w:type="dxa"/>
            <w:tcMar>
              <w:top w:w="80" w:type="dxa"/>
              <w:left w:w="80" w:type="dxa"/>
              <w:bottom w:w="80" w:type="dxa"/>
              <w:right w:w="80" w:type="dxa"/>
            </w:tcMar>
            <w:vAlign w:val="center"/>
          </w:tcPr>
          <w:p w14:paraId="10F0285E" w14:textId="77777777" w:rsidR="00D87ECF" w:rsidRPr="009C3767" w:rsidRDefault="00D87ECF" w:rsidP="002E1A89">
            <w:pPr>
              <w:spacing w:after="0" w:line="240" w:lineRule="auto"/>
              <w:jc w:val="center"/>
              <w:rPr>
                <w:rFonts w:cs="Times New Roman"/>
                <w:szCs w:val="26"/>
              </w:rPr>
            </w:pPr>
            <w:r w:rsidRPr="009C3767">
              <w:rPr>
                <w:rFonts w:cs="Times New Roman"/>
                <w:szCs w:val="26"/>
              </w:rPr>
              <w:t>1</w:t>
            </w:r>
          </w:p>
        </w:tc>
        <w:tc>
          <w:tcPr>
            <w:tcW w:w="1571" w:type="dxa"/>
            <w:tcMar>
              <w:top w:w="80" w:type="dxa"/>
              <w:left w:w="80" w:type="dxa"/>
              <w:bottom w:w="80" w:type="dxa"/>
              <w:right w:w="80" w:type="dxa"/>
            </w:tcMar>
            <w:vAlign w:val="center"/>
          </w:tcPr>
          <w:p w14:paraId="68496A80" w14:textId="424A7C84" w:rsidR="00D87ECF" w:rsidRPr="009C3767" w:rsidRDefault="00D87ECF" w:rsidP="002E1A89">
            <w:pPr>
              <w:spacing w:after="0" w:line="240" w:lineRule="auto"/>
              <w:jc w:val="center"/>
              <w:rPr>
                <w:rFonts w:cs="Times New Roman"/>
                <w:szCs w:val="26"/>
              </w:rPr>
            </w:pPr>
            <w:r w:rsidRPr="009C3767">
              <w:rPr>
                <w:rFonts w:cs="Times New Roman"/>
                <w:szCs w:val="26"/>
              </w:rPr>
              <w:t>Tổ dân phố số 1</w:t>
            </w:r>
          </w:p>
        </w:tc>
        <w:tc>
          <w:tcPr>
            <w:tcW w:w="984" w:type="dxa"/>
            <w:tcMar>
              <w:top w:w="80" w:type="dxa"/>
              <w:left w:w="80" w:type="dxa"/>
              <w:bottom w:w="80" w:type="dxa"/>
              <w:right w:w="80" w:type="dxa"/>
            </w:tcMar>
            <w:vAlign w:val="center"/>
          </w:tcPr>
          <w:p w14:paraId="63878DDC" w14:textId="7B164AE1" w:rsidR="00D87ECF"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625A1732" w14:textId="487287DC" w:rsidR="00D87ECF" w:rsidRPr="009C3767" w:rsidRDefault="00982411"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val="restart"/>
            <w:tcMar>
              <w:top w:w="80" w:type="dxa"/>
              <w:left w:w="80" w:type="dxa"/>
              <w:bottom w:w="80" w:type="dxa"/>
              <w:right w:w="80" w:type="dxa"/>
            </w:tcMar>
            <w:vAlign w:val="center"/>
          </w:tcPr>
          <w:p w14:paraId="3538D70B" w14:textId="2047C843" w:rsidR="00D87ECF" w:rsidRPr="009C3767" w:rsidRDefault="00D87ECF" w:rsidP="002E1A89">
            <w:pPr>
              <w:spacing w:after="0" w:line="240" w:lineRule="auto"/>
              <w:jc w:val="center"/>
              <w:rPr>
                <w:rFonts w:cs="Times New Roman"/>
                <w:szCs w:val="26"/>
              </w:rPr>
            </w:pPr>
            <w:r w:rsidRPr="009C3767">
              <w:rPr>
                <w:rFonts w:cs="Times New Roman"/>
                <w:szCs w:val="26"/>
              </w:rPr>
              <w:t>Tứ Hiệp 1</w:t>
            </w:r>
          </w:p>
        </w:tc>
        <w:tc>
          <w:tcPr>
            <w:tcW w:w="1176" w:type="dxa"/>
            <w:vMerge w:val="restart"/>
            <w:tcMar>
              <w:top w:w="80" w:type="dxa"/>
              <w:left w:w="80" w:type="dxa"/>
              <w:bottom w:w="80" w:type="dxa"/>
              <w:right w:w="80" w:type="dxa"/>
            </w:tcMar>
            <w:vAlign w:val="center"/>
          </w:tcPr>
          <w:p w14:paraId="609EA0D4" w14:textId="72B14340" w:rsidR="00D87ECF" w:rsidRPr="009C3767" w:rsidRDefault="00D87ECF" w:rsidP="002E1A89">
            <w:pPr>
              <w:spacing w:after="0" w:line="240" w:lineRule="auto"/>
              <w:jc w:val="center"/>
              <w:rPr>
                <w:rFonts w:cs="Times New Roman"/>
                <w:szCs w:val="26"/>
              </w:rPr>
            </w:pPr>
            <w:r w:rsidRPr="009C3767">
              <w:rPr>
                <w:rFonts w:cs="Times New Roman"/>
                <w:szCs w:val="26"/>
              </w:rPr>
              <w:t>1081</w:t>
            </w:r>
          </w:p>
        </w:tc>
        <w:tc>
          <w:tcPr>
            <w:tcW w:w="1176" w:type="dxa"/>
            <w:vMerge w:val="restart"/>
            <w:tcMar>
              <w:top w:w="80" w:type="dxa"/>
              <w:left w:w="80" w:type="dxa"/>
              <w:bottom w:w="80" w:type="dxa"/>
              <w:right w:w="80" w:type="dxa"/>
            </w:tcMar>
            <w:vAlign w:val="center"/>
          </w:tcPr>
          <w:p w14:paraId="408CCB11" w14:textId="7752A790" w:rsidR="00D87ECF" w:rsidRPr="009C3767" w:rsidRDefault="00D87ECF" w:rsidP="002E1A89">
            <w:pPr>
              <w:spacing w:after="0" w:line="240" w:lineRule="auto"/>
              <w:jc w:val="center"/>
              <w:rPr>
                <w:rFonts w:cs="Times New Roman"/>
                <w:szCs w:val="26"/>
              </w:rPr>
            </w:pPr>
            <w:r w:rsidRPr="009C3767">
              <w:rPr>
                <w:rFonts w:cs="Times New Roman"/>
                <w:szCs w:val="26"/>
              </w:rPr>
              <w:t>3711</w:t>
            </w:r>
          </w:p>
        </w:tc>
        <w:tc>
          <w:tcPr>
            <w:tcW w:w="1176" w:type="dxa"/>
            <w:tcMar>
              <w:top w:w="80" w:type="dxa"/>
              <w:left w:w="80" w:type="dxa"/>
              <w:bottom w:w="80" w:type="dxa"/>
              <w:right w:w="80" w:type="dxa"/>
            </w:tcMar>
            <w:vAlign w:val="center"/>
          </w:tcPr>
          <w:p w14:paraId="74573426" w14:textId="77777777" w:rsidR="00D87ECF" w:rsidRPr="009C3767" w:rsidRDefault="00D87ECF" w:rsidP="002E1A89">
            <w:pPr>
              <w:spacing w:after="0" w:line="240" w:lineRule="auto"/>
              <w:jc w:val="center"/>
              <w:rPr>
                <w:rFonts w:cs="Times New Roman"/>
                <w:szCs w:val="26"/>
              </w:rPr>
            </w:pPr>
            <w:r w:rsidRPr="009C3767">
              <w:rPr>
                <w:rFonts w:cs="Times New Roman"/>
                <w:szCs w:val="26"/>
              </w:rPr>
              <w:t>…</w:t>
            </w:r>
          </w:p>
        </w:tc>
      </w:tr>
      <w:tr w:rsidR="002E1A89" w:rsidRPr="009C3767" w14:paraId="0580D6A1" w14:textId="77777777" w:rsidTr="002E1A89">
        <w:trPr>
          <w:jc w:val="center"/>
        </w:trPr>
        <w:tc>
          <w:tcPr>
            <w:tcW w:w="781" w:type="dxa"/>
            <w:tcMar>
              <w:top w:w="80" w:type="dxa"/>
              <w:left w:w="80" w:type="dxa"/>
              <w:bottom w:w="80" w:type="dxa"/>
              <w:right w:w="80" w:type="dxa"/>
            </w:tcMar>
            <w:vAlign w:val="center"/>
          </w:tcPr>
          <w:p w14:paraId="590D0533" w14:textId="62FED81D" w:rsidR="002E1A89" w:rsidRPr="009C3767" w:rsidRDefault="002E1A89" w:rsidP="002E1A89">
            <w:pPr>
              <w:spacing w:after="0" w:line="240" w:lineRule="auto"/>
              <w:jc w:val="center"/>
              <w:rPr>
                <w:rFonts w:cs="Times New Roman"/>
                <w:szCs w:val="26"/>
              </w:rPr>
            </w:pPr>
            <w:r w:rsidRPr="009C3767">
              <w:rPr>
                <w:rFonts w:cs="Times New Roman"/>
                <w:szCs w:val="26"/>
              </w:rPr>
              <w:t>2</w:t>
            </w:r>
          </w:p>
        </w:tc>
        <w:tc>
          <w:tcPr>
            <w:tcW w:w="1571" w:type="dxa"/>
            <w:tcMar>
              <w:top w:w="80" w:type="dxa"/>
              <w:left w:w="80" w:type="dxa"/>
              <w:bottom w:w="80" w:type="dxa"/>
              <w:right w:w="80" w:type="dxa"/>
            </w:tcMar>
            <w:vAlign w:val="center"/>
          </w:tcPr>
          <w:p w14:paraId="638D483F" w14:textId="2A7525FD" w:rsidR="002E1A89" w:rsidRPr="009C3767" w:rsidRDefault="002E1A89" w:rsidP="002E1A89">
            <w:pPr>
              <w:spacing w:after="0" w:line="240" w:lineRule="auto"/>
              <w:jc w:val="center"/>
              <w:rPr>
                <w:rFonts w:cs="Times New Roman"/>
                <w:szCs w:val="26"/>
              </w:rPr>
            </w:pPr>
            <w:r w:rsidRPr="009C3767">
              <w:rPr>
                <w:rFonts w:cs="Times New Roman"/>
                <w:szCs w:val="26"/>
              </w:rPr>
              <w:t>Tổ dân phố số 4</w:t>
            </w:r>
          </w:p>
        </w:tc>
        <w:tc>
          <w:tcPr>
            <w:tcW w:w="984" w:type="dxa"/>
            <w:tcMar>
              <w:top w:w="80" w:type="dxa"/>
              <w:left w:w="80" w:type="dxa"/>
              <w:bottom w:w="80" w:type="dxa"/>
              <w:right w:w="80" w:type="dxa"/>
            </w:tcMar>
            <w:vAlign w:val="center"/>
          </w:tcPr>
          <w:p w14:paraId="3E19871B" w14:textId="56B35EA5"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7460F810" w14:textId="1431C727"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4719752C" w14:textId="1540F0C3"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36B10076" w14:textId="3C31EC49"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3F6B82CA" w14:textId="5D375BBB"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1A8543A5" w14:textId="70FE7D16" w:rsidR="002E1A89" w:rsidRPr="009C3767" w:rsidRDefault="002E1A89" w:rsidP="002E1A89">
            <w:pPr>
              <w:spacing w:after="0" w:line="240" w:lineRule="auto"/>
              <w:jc w:val="center"/>
              <w:rPr>
                <w:rFonts w:cs="Times New Roman"/>
                <w:szCs w:val="26"/>
              </w:rPr>
            </w:pPr>
            <w:r w:rsidRPr="009C3767">
              <w:rPr>
                <w:rFonts w:cs="Times New Roman"/>
                <w:szCs w:val="26"/>
              </w:rPr>
              <w:t>…</w:t>
            </w:r>
          </w:p>
        </w:tc>
      </w:tr>
      <w:tr w:rsidR="002E1A89" w:rsidRPr="009C3767" w14:paraId="4FD5F8EF" w14:textId="77777777" w:rsidTr="002E1A89">
        <w:trPr>
          <w:jc w:val="center"/>
        </w:trPr>
        <w:tc>
          <w:tcPr>
            <w:tcW w:w="781" w:type="dxa"/>
            <w:tcMar>
              <w:top w:w="80" w:type="dxa"/>
              <w:left w:w="80" w:type="dxa"/>
              <w:bottom w:w="80" w:type="dxa"/>
              <w:right w:w="80" w:type="dxa"/>
            </w:tcMar>
            <w:vAlign w:val="center"/>
          </w:tcPr>
          <w:p w14:paraId="7B5757E8" w14:textId="65B5B144" w:rsidR="002E1A89" w:rsidRPr="009C3767" w:rsidRDefault="002E1A89" w:rsidP="002E1A89">
            <w:pPr>
              <w:spacing w:after="0" w:line="240" w:lineRule="auto"/>
              <w:jc w:val="center"/>
              <w:rPr>
                <w:rFonts w:cs="Times New Roman"/>
                <w:szCs w:val="26"/>
              </w:rPr>
            </w:pPr>
            <w:r w:rsidRPr="009C3767">
              <w:rPr>
                <w:rFonts w:cs="Times New Roman"/>
                <w:szCs w:val="26"/>
              </w:rPr>
              <w:t>3</w:t>
            </w:r>
          </w:p>
        </w:tc>
        <w:tc>
          <w:tcPr>
            <w:tcW w:w="1571" w:type="dxa"/>
            <w:tcMar>
              <w:top w:w="80" w:type="dxa"/>
              <w:left w:w="80" w:type="dxa"/>
              <w:bottom w:w="80" w:type="dxa"/>
              <w:right w:w="80" w:type="dxa"/>
            </w:tcMar>
            <w:vAlign w:val="center"/>
          </w:tcPr>
          <w:p w14:paraId="60D458D0" w14:textId="71F465A3" w:rsidR="002E1A89" w:rsidRPr="009C3767" w:rsidRDefault="002E1A89" w:rsidP="002E1A89">
            <w:pPr>
              <w:spacing w:after="0" w:line="240" w:lineRule="auto"/>
              <w:jc w:val="center"/>
              <w:rPr>
                <w:rFonts w:cs="Times New Roman"/>
                <w:szCs w:val="26"/>
              </w:rPr>
            </w:pPr>
            <w:r w:rsidRPr="009C3767">
              <w:rPr>
                <w:rFonts w:cs="Times New Roman"/>
                <w:szCs w:val="26"/>
              </w:rPr>
              <w:t>Tổ dân phố số 2</w:t>
            </w:r>
          </w:p>
        </w:tc>
        <w:tc>
          <w:tcPr>
            <w:tcW w:w="984" w:type="dxa"/>
            <w:tcMar>
              <w:top w:w="80" w:type="dxa"/>
              <w:left w:w="80" w:type="dxa"/>
              <w:bottom w:w="80" w:type="dxa"/>
              <w:right w:w="80" w:type="dxa"/>
            </w:tcMar>
            <w:vAlign w:val="center"/>
          </w:tcPr>
          <w:p w14:paraId="4D601561" w14:textId="2BCFCB7C"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7A2100B4" w14:textId="62AAF338"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val="restart"/>
            <w:tcMar>
              <w:top w:w="80" w:type="dxa"/>
              <w:left w:w="80" w:type="dxa"/>
              <w:bottom w:w="80" w:type="dxa"/>
              <w:right w:w="80" w:type="dxa"/>
            </w:tcMar>
            <w:vAlign w:val="center"/>
          </w:tcPr>
          <w:p w14:paraId="5F24EAC1" w14:textId="57FFC245" w:rsidR="002E1A89" w:rsidRPr="009C3767" w:rsidRDefault="002E1A89" w:rsidP="002E1A89">
            <w:pPr>
              <w:spacing w:after="0" w:line="240" w:lineRule="auto"/>
              <w:jc w:val="center"/>
              <w:rPr>
                <w:rFonts w:cs="Times New Roman"/>
                <w:szCs w:val="26"/>
              </w:rPr>
            </w:pPr>
            <w:r w:rsidRPr="009C3767">
              <w:rPr>
                <w:rFonts w:cs="Times New Roman"/>
                <w:szCs w:val="26"/>
              </w:rPr>
              <w:t>Tứ Hiệp 2</w:t>
            </w:r>
          </w:p>
        </w:tc>
        <w:tc>
          <w:tcPr>
            <w:tcW w:w="1176" w:type="dxa"/>
            <w:vMerge w:val="restart"/>
            <w:tcMar>
              <w:top w:w="80" w:type="dxa"/>
              <w:left w:w="80" w:type="dxa"/>
              <w:bottom w:w="80" w:type="dxa"/>
              <w:right w:w="80" w:type="dxa"/>
            </w:tcMar>
            <w:vAlign w:val="center"/>
          </w:tcPr>
          <w:p w14:paraId="264EE793" w14:textId="4B13C732" w:rsidR="002E1A89" w:rsidRPr="009C3767" w:rsidRDefault="002E1A89" w:rsidP="002E1A89">
            <w:pPr>
              <w:spacing w:after="0" w:line="240" w:lineRule="auto"/>
              <w:jc w:val="center"/>
              <w:rPr>
                <w:rFonts w:cs="Times New Roman"/>
                <w:szCs w:val="26"/>
              </w:rPr>
            </w:pPr>
            <w:r w:rsidRPr="009C3767">
              <w:rPr>
                <w:rFonts w:cs="Times New Roman"/>
                <w:szCs w:val="26"/>
              </w:rPr>
              <w:t>973</w:t>
            </w:r>
          </w:p>
        </w:tc>
        <w:tc>
          <w:tcPr>
            <w:tcW w:w="1176" w:type="dxa"/>
            <w:vMerge w:val="restart"/>
            <w:tcMar>
              <w:top w:w="80" w:type="dxa"/>
              <w:left w:w="80" w:type="dxa"/>
              <w:bottom w:w="80" w:type="dxa"/>
              <w:right w:w="80" w:type="dxa"/>
            </w:tcMar>
            <w:vAlign w:val="center"/>
          </w:tcPr>
          <w:p w14:paraId="3C16B6BD" w14:textId="0322CB08" w:rsidR="002E1A89" w:rsidRPr="009C3767" w:rsidRDefault="002E1A89" w:rsidP="002E1A89">
            <w:pPr>
              <w:spacing w:after="0" w:line="240" w:lineRule="auto"/>
              <w:jc w:val="center"/>
              <w:rPr>
                <w:rFonts w:cs="Times New Roman"/>
                <w:szCs w:val="26"/>
              </w:rPr>
            </w:pPr>
            <w:r w:rsidRPr="009C3767">
              <w:rPr>
                <w:rFonts w:cs="Times New Roman"/>
                <w:szCs w:val="26"/>
              </w:rPr>
              <w:t>3905</w:t>
            </w:r>
          </w:p>
        </w:tc>
        <w:tc>
          <w:tcPr>
            <w:tcW w:w="1176" w:type="dxa"/>
            <w:tcMar>
              <w:top w:w="80" w:type="dxa"/>
              <w:left w:w="80" w:type="dxa"/>
              <w:bottom w:w="80" w:type="dxa"/>
              <w:right w:w="80" w:type="dxa"/>
            </w:tcMar>
            <w:vAlign w:val="center"/>
          </w:tcPr>
          <w:p w14:paraId="4E6D3D50" w14:textId="5420FE99" w:rsidR="002E1A89" w:rsidRPr="009C3767" w:rsidRDefault="002E1A89" w:rsidP="002E1A89">
            <w:pPr>
              <w:spacing w:after="0" w:line="240" w:lineRule="auto"/>
              <w:jc w:val="center"/>
              <w:rPr>
                <w:rFonts w:cs="Times New Roman"/>
                <w:szCs w:val="26"/>
              </w:rPr>
            </w:pPr>
            <w:r w:rsidRPr="009C3767">
              <w:rPr>
                <w:rFonts w:cs="Times New Roman"/>
                <w:szCs w:val="26"/>
              </w:rPr>
              <w:t>…</w:t>
            </w:r>
          </w:p>
        </w:tc>
      </w:tr>
      <w:tr w:rsidR="002E1A89" w:rsidRPr="009C3767" w14:paraId="54310D55" w14:textId="77777777" w:rsidTr="002E1A89">
        <w:trPr>
          <w:jc w:val="center"/>
        </w:trPr>
        <w:tc>
          <w:tcPr>
            <w:tcW w:w="781" w:type="dxa"/>
            <w:tcMar>
              <w:top w:w="80" w:type="dxa"/>
              <w:left w:w="80" w:type="dxa"/>
              <w:bottom w:w="80" w:type="dxa"/>
              <w:right w:w="80" w:type="dxa"/>
            </w:tcMar>
            <w:vAlign w:val="center"/>
          </w:tcPr>
          <w:p w14:paraId="18BBBF4C" w14:textId="182A24D6" w:rsidR="002E1A89" w:rsidRPr="009C3767" w:rsidRDefault="002E1A89" w:rsidP="002E1A89">
            <w:pPr>
              <w:spacing w:after="0" w:line="240" w:lineRule="auto"/>
              <w:jc w:val="center"/>
              <w:rPr>
                <w:rFonts w:cs="Times New Roman"/>
                <w:szCs w:val="26"/>
              </w:rPr>
            </w:pPr>
            <w:r w:rsidRPr="009C3767">
              <w:rPr>
                <w:rFonts w:cs="Times New Roman"/>
                <w:szCs w:val="26"/>
              </w:rPr>
              <w:t>4</w:t>
            </w:r>
          </w:p>
        </w:tc>
        <w:tc>
          <w:tcPr>
            <w:tcW w:w="1571" w:type="dxa"/>
            <w:tcMar>
              <w:top w:w="80" w:type="dxa"/>
              <w:left w:w="80" w:type="dxa"/>
              <w:bottom w:w="80" w:type="dxa"/>
              <w:right w:w="80" w:type="dxa"/>
            </w:tcMar>
            <w:vAlign w:val="center"/>
          </w:tcPr>
          <w:p w14:paraId="75A68193" w14:textId="77CE730E" w:rsidR="002E1A89" w:rsidRPr="009C3767" w:rsidRDefault="002E1A89" w:rsidP="002E1A89">
            <w:pPr>
              <w:spacing w:after="0" w:line="240" w:lineRule="auto"/>
              <w:jc w:val="center"/>
              <w:rPr>
                <w:rFonts w:cs="Times New Roman"/>
                <w:szCs w:val="26"/>
              </w:rPr>
            </w:pPr>
            <w:r w:rsidRPr="009C3767">
              <w:rPr>
                <w:rFonts w:cs="Times New Roman"/>
                <w:szCs w:val="26"/>
              </w:rPr>
              <w:t>Tổ dân phố số 5</w:t>
            </w:r>
          </w:p>
        </w:tc>
        <w:tc>
          <w:tcPr>
            <w:tcW w:w="984" w:type="dxa"/>
            <w:tcMar>
              <w:top w:w="80" w:type="dxa"/>
              <w:left w:w="80" w:type="dxa"/>
              <w:bottom w:w="80" w:type="dxa"/>
              <w:right w:w="80" w:type="dxa"/>
            </w:tcMar>
            <w:vAlign w:val="center"/>
          </w:tcPr>
          <w:p w14:paraId="0FC5E2BC" w14:textId="6471A972"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3598035D" w14:textId="24BB54BD"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23C5E20D" w14:textId="4D89EFB0"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797DC956" w14:textId="615FA1FC"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69A1E66B" w14:textId="0DE4614D"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03119295" w14:textId="5ADEDE20" w:rsidR="002E1A89" w:rsidRPr="009C3767" w:rsidRDefault="002E1A89" w:rsidP="002E1A89">
            <w:pPr>
              <w:spacing w:after="0" w:line="240" w:lineRule="auto"/>
              <w:jc w:val="center"/>
              <w:rPr>
                <w:rFonts w:cs="Times New Roman"/>
                <w:szCs w:val="26"/>
              </w:rPr>
            </w:pPr>
            <w:r w:rsidRPr="009C3767">
              <w:rPr>
                <w:rFonts w:cs="Times New Roman"/>
                <w:szCs w:val="26"/>
              </w:rPr>
              <w:t>…</w:t>
            </w:r>
          </w:p>
        </w:tc>
      </w:tr>
      <w:tr w:rsidR="002E1A89" w:rsidRPr="009C3767" w14:paraId="4A076EFA" w14:textId="77777777" w:rsidTr="002E1A89">
        <w:trPr>
          <w:jc w:val="center"/>
        </w:trPr>
        <w:tc>
          <w:tcPr>
            <w:tcW w:w="781" w:type="dxa"/>
            <w:tcMar>
              <w:top w:w="80" w:type="dxa"/>
              <w:left w:w="80" w:type="dxa"/>
              <w:bottom w:w="80" w:type="dxa"/>
              <w:right w:w="80" w:type="dxa"/>
            </w:tcMar>
            <w:vAlign w:val="center"/>
          </w:tcPr>
          <w:p w14:paraId="58FF564B" w14:textId="23D3F34C" w:rsidR="002E1A89" w:rsidRPr="009C3767" w:rsidRDefault="002E1A89" w:rsidP="002E1A89">
            <w:pPr>
              <w:spacing w:after="0" w:line="240" w:lineRule="auto"/>
              <w:jc w:val="center"/>
              <w:rPr>
                <w:rFonts w:cs="Times New Roman"/>
                <w:szCs w:val="26"/>
              </w:rPr>
            </w:pPr>
            <w:r w:rsidRPr="009C3767">
              <w:rPr>
                <w:rFonts w:cs="Times New Roman"/>
                <w:szCs w:val="26"/>
              </w:rPr>
              <w:t>5</w:t>
            </w:r>
          </w:p>
        </w:tc>
        <w:tc>
          <w:tcPr>
            <w:tcW w:w="1571" w:type="dxa"/>
            <w:tcMar>
              <w:top w:w="80" w:type="dxa"/>
              <w:left w:w="80" w:type="dxa"/>
              <w:bottom w:w="80" w:type="dxa"/>
              <w:right w:w="80" w:type="dxa"/>
            </w:tcMar>
            <w:vAlign w:val="center"/>
          </w:tcPr>
          <w:p w14:paraId="569E7168" w14:textId="76210A70" w:rsidR="002E1A89" w:rsidRPr="009C3767" w:rsidRDefault="002E1A89" w:rsidP="002E1A89">
            <w:pPr>
              <w:spacing w:after="0" w:line="240" w:lineRule="auto"/>
              <w:jc w:val="center"/>
              <w:rPr>
                <w:rFonts w:cs="Times New Roman"/>
                <w:szCs w:val="26"/>
              </w:rPr>
            </w:pPr>
            <w:r w:rsidRPr="009C3767">
              <w:rPr>
                <w:rFonts w:cs="Times New Roman"/>
                <w:szCs w:val="26"/>
              </w:rPr>
              <w:t>Tổ dân phố số 3</w:t>
            </w:r>
          </w:p>
        </w:tc>
        <w:tc>
          <w:tcPr>
            <w:tcW w:w="984" w:type="dxa"/>
            <w:tcMar>
              <w:top w:w="80" w:type="dxa"/>
              <w:left w:w="80" w:type="dxa"/>
              <w:bottom w:w="80" w:type="dxa"/>
              <w:right w:w="80" w:type="dxa"/>
            </w:tcMar>
            <w:vAlign w:val="center"/>
          </w:tcPr>
          <w:p w14:paraId="1771993F" w14:textId="45F441F5"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7C10C007" w14:textId="1993C347" w:rsidR="002E1A89" w:rsidRPr="009C3767" w:rsidRDefault="002E1A89" w:rsidP="002E1A89">
            <w:pPr>
              <w:spacing w:after="0" w:line="240" w:lineRule="auto"/>
              <w:jc w:val="center"/>
              <w:rPr>
                <w:rFonts w:cs="Times New Roman"/>
                <w:szCs w:val="26"/>
              </w:rPr>
            </w:pPr>
            <w:r w:rsidRPr="009C3767">
              <w:rPr>
                <w:rFonts w:cs="Times New Roman"/>
                <w:szCs w:val="26"/>
              </w:rPr>
              <w:t>Đổi tên</w:t>
            </w:r>
          </w:p>
        </w:tc>
        <w:tc>
          <w:tcPr>
            <w:tcW w:w="1176" w:type="dxa"/>
            <w:tcMar>
              <w:top w:w="80" w:type="dxa"/>
              <w:left w:w="80" w:type="dxa"/>
              <w:bottom w:w="80" w:type="dxa"/>
              <w:right w:w="80" w:type="dxa"/>
            </w:tcMar>
            <w:vAlign w:val="center"/>
          </w:tcPr>
          <w:p w14:paraId="29A3CAF3" w14:textId="5C1B0CDA" w:rsidR="002E1A89" w:rsidRPr="009C3767" w:rsidRDefault="002E1A89" w:rsidP="002E1A89">
            <w:pPr>
              <w:spacing w:after="0" w:line="240" w:lineRule="auto"/>
              <w:jc w:val="center"/>
              <w:rPr>
                <w:rFonts w:cs="Times New Roman"/>
                <w:szCs w:val="26"/>
              </w:rPr>
            </w:pPr>
            <w:r w:rsidRPr="009C3767">
              <w:rPr>
                <w:rFonts w:cs="Times New Roman"/>
                <w:szCs w:val="26"/>
              </w:rPr>
              <w:t>Tứ Hiệp 3</w:t>
            </w:r>
          </w:p>
        </w:tc>
        <w:tc>
          <w:tcPr>
            <w:tcW w:w="1176" w:type="dxa"/>
            <w:tcMar>
              <w:top w:w="80" w:type="dxa"/>
              <w:left w:w="80" w:type="dxa"/>
              <w:bottom w:w="80" w:type="dxa"/>
              <w:right w:w="80" w:type="dxa"/>
            </w:tcMar>
            <w:vAlign w:val="center"/>
          </w:tcPr>
          <w:p w14:paraId="0BAD903E" w14:textId="77707821" w:rsidR="002E1A89" w:rsidRPr="009C3767" w:rsidRDefault="002E1A89" w:rsidP="002E1A89">
            <w:pPr>
              <w:spacing w:after="0" w:line="240" w:lineRule="auto"/>
              <w:jc w:val="center"/>
              <w:rPr>
                <w:rFonts w:cs="Times New Roman"/>
                <w:szCs w:val="26"/>
              </w:rPr>
            </w:pPr>
            <w:r w:rsidRPr="009C3767">
              <w:rPr>
                <w:rFonts w:cs="Times New Roman"/>
                <w:szCs w:val="26"/>
              </w:rPr>
              <w:t>705</w:t>
            </w:r>
          </w:p>
        </w:tc>
        <w:tc>
          <w:tcPr>
            <w:tcW w:w="1176" w:type="dxa"/>
            <w:tcMar>
              <w:top w:w="80" w:type="dxa"/>
              <w:left w:w="80" w:type="dxa"/>
              <w:bottom w:w="80" w:type="dxa"/>
              <w:right w:w="80" w:type="dxa"/>
            </w:tcMar>
            <w:vAlign w:val="center"/>
          </w:tcPr>
          <w:p w14:paraId="1C834456" w14:textId="229CF639" w:rsidR="002E1A89" w:rsidRPr="009C3767" w:rsidRDefault="002E1A89" w:rsidP="002E1A89">
            <w:pPr>
              <w:spacing w:after="0" w:line="240" w:lineRule="auto"/>
              <w:jc w:val="center"/>
              <w:rPr>
                <w:rFonts w:cs="Times New Roman"/>
                <w:szCs w:val="26"/>
              </w:rPr>
            </w:pPr>
            <w:r w:rsidRPr="009C3767">
              <w:rPr>
                <w:rFonts w:cs="Times New Roman"/>
                <w:szCs w:val="26"/>
              </w:rPr>
              <w:t>2764</w:t>
            </w:r>
          </w:p>
        </w:tc>
        <w:tc>
          <w:tcPr>
            <w:tcW w:w="1176" w:type="dxa"/>
            <w:tcMar>
              <w:top w:w="80" w:type="dxa"/>
              <w:left w:w="80" w:type="dxa"/>
              <w:bottom w:w="80" w:type="dxa"/>
              <w:right w:w="80" w:type="dxa"/>
            </w:tcMar>
            <w:vAlign w:val="center"/>
          </w:tcPr>
          <w:p w14:paraId="72E1585A" w14:textId="40657A23" w:rsidR="002E1A89" w:rsidRPr="009C3767" w:rsidRDefault="002E1A89" w:rsidP="002E1A89">
            <w:pPr>
              <w:spacing w:after="0" w:line="240" w:lineRule="auto"/>
              <w:jc w:val="center"/>
              <w:rPr>
                <w:rFonts w:cs="Times New Roman"/>
                <w:szCs w:val="26"/>
              </w:rPr>
            </w:pPr>
            <w:r w:rsidRPr="009C3767">
              <w:rPr>
                <w:rFonts w:cs="Times New Roman"/>
                <w:szCs w:val="26"/>
              </w:rPr>
              <w:t>…</w:t>
            </w:r>
          </w:p>
        </w:tc>
      </w:tr>
      <w:tr w:rsidR="002E1A89" w:rsidRPr="009C3767" w14:paraId="6D397AEF" w14:textId="77777777" w:rsidTr="002E1A89">
        <w:trPr>
          <w:jc w:val="center"/>
        </w:trPr>
        <w:tc>
          <w:tcPr>
            <w:tcW w:w="781" w:type="dxa"/>
            <w:tcMar>
              <w:top w:w="80" w:type="dxa"/>
              <w:left w:w="80" w:type="dxa"/>
              <w:bottom w:w="80" w:type="dxa"/>
              <w:right w:w="80" w:type="dxa"/>
            </w:tcMar>
            <w:vAlign w:val="center"/>
          </w:tcPr>
          <w:p w14:paraId="3901A75A" w14:textId="15295E03" w:rsidR="002E1A89" w:rsidRPr="009C3767" w:rsidRDefault="002E1A89" w:rsidP="002E1A89">
            <w:pPr>
              <w:spacing w:after="0" w:line="240" w:lineRule="auto"/>
              <w:jc w:val="center"/>
              <w:rPr>
                <w:rFonts w:cs="Times New Roman"/>
                <w:szCs w:val="26"/>
              </w:rPr>
            </w:pPr>
            <w:r w:rsidRPr="009C3767">
              <w:rPr>
                <w:rFonts w:cs="Times New Roman"/>
                <w:szCs w:val="26"/>
              </w:rPr>
              <w:t>6</w:t>
            </w:r>
          </w:p>
        </w:tc>
        <w:tc>
          <w:tcPr>
            <w:tcW w:w="1571" w:type="dxa"/>
            <w:tcMar>
              <w:top w:w="80" w:type="dxa"/>
              <w:left w:w="80" w:type="dxa"/>
              <w:bottom w:w="80" w:type="dxa"/>
              <w:right w:w="80" w:type="dxa"/>
            </w:tcMar>
            <w:vAlign w:val="center"/>
          </w:tcPr>
          <w:p w14:paraId="0F7E0A87" w14:textId="286C7EEC" w:rsidR="002E1A89" w:rsidRPr="009C3767" w:rsidRDefault="002E1A89" w:rsidP="002E1A89">
            <w:pPr>
              <w:spacing w:after="0" w:line="240" w:lineRule="auto"/>
              <w:jc w:val="center"/>
              <w:rPr>
                <w:rFonts w:cs="Times New Roman"/>
                <w:szCs w:val="26"/>
              </w:rPr>
            </w:pPr>
            <w:r w:rsidRPr="009C3767">
              <w:rPr>
                <w:rFonts w:cs="Times New Roman"/>
                <w:szCs w:val="26"/>
              </w:rPr>
              <w:t>Tổ dân phố số 6</w:t>
            </w:r>
          </w:p>
        </w:tc>
        <w:tc>
          <w:tcPr>
            <w:tcW w:w="984" w:type="dxa"/>
            <w:tcMar>
              <w:top w:w="80" w:type="dxa"/>
              <w:left w:w="80" w:type="dxa"/>
              <w:bottom w:w="80" w:type="dxa"/>
              <w:right w:w="80" w:type="dxa"/>
            </w:tcMar>
            <w:vAlign w:val="center"/>
          </w:tcPr>
          <w:p w14:paraId="7166A6EB" w14:textId="14FCA40B"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0A1E8953" w14:textId="4B264E00" w:rsidR="002E1A89" w:rsidRPr="009C3767" w:rsidRDefault="002E1A89" w:rsidP="002E1A89">
            <w:pPr>
              <w:spacing w:after="0" w:line="240" w:lineRule="auto"/>
              <w:jc w:val="center"/>
              <w:rPr>
                <w:rFonts w:cs="Times New Roman"/>
                <w:szCs w:val="26"/>
              </w:rPr>
            </w:pPr>
            <w:r w:rsidRPr="009C3767">
              <w:rPr>
                <w:rFonts w:cs="Times New Roman"/>
                <w:szCs w:val="26"/>
              </w:rPr>
              <w:t>Đổi tên</w:t>
            </w:r>
          </w:p>
        </w:tc>
        <w:tc>
          <w:tcPr>
            <w:tcW w:w="1176" w:type="dxa"/>
            <w:tcMar>
              <w:top w:w="80" w:type="dxa"/>
              <w:left w:w="80" w:type="dxa"/>
              <w:bottom w:w="80" w:type="dxa"/>
              <w:right w:w="80" w:type="dxa"/>
            </w:tcMar>
            <w:vAlign w:val="center"/>
          </w:tcPr>
          <w:p w14:paraId="5086E3AF" w14:textId="6A0D29F1" w:rsidR="002E1A89" w:rsidRPr="009C3767" w:rsidRDefault="002E1A89" w:rsidP="002E1A89">
            <w:pPr>
              <w:spacing w:after="0" w:line="240" w:lineRule="auto"/>
              <w:jc w:val="center"/>
              <w:rPr>
                <w:rFonts w:cs="Times New Roman"/>
                <w:szCs w:val="26"/>
              </w:rPr>
            </w:pPr>
            <w:r w:rsidRPr="009C3767">
              <w:rPr>
                <w:rFonts w:cs="Times New Roman"/>
                <w:szCs w:val="26"/>
              </w:rPr>
              <w:t>Pháp Vân 1</w:t>
            </w:r>
          </w:p>
        </w:tc>
        <w:tc>
          <w:tcPr>
            <w:tcW w:w="1176" w:type="dxa"/>
            <w:tcMar>
              <w:top w:w="80" w:type="dxa"/>
              <w:left w:w="80" w:type="dxa"/>
              <w:bottom w:w="80" w:type="dxa"/>
              <w:right w:w="80" w:type="dxa"/>
            </w:tcMar>
            <w:vAlign w:val="center"/>
          </w:tcPr>
          <w:p w14:paraId="61D982B2" w14:textId="48ADD10C" w:rsidR="002E1A89" w:rsidRPr="009C3767" w:rsidRDefault="002E1A89" w:rsidP="002E1A89">
            <w:pPr>
              <w:spacing w:after="0" w:line="240" w:lineRule="auto"/>
              <w:jc w:val="center"/>
              <w:rPr>
                <w:rFonts w:cs="Times New Roman"/>
                <w:szCs w:val="26"/>
              </w:rPr>
            </w:pPr>
            <w:r w:rsidRPr="009C3767">
              <w:rPr>
                <w:rFonts w:cs="Times New Roman"/>
                <w:szCs w:val="26"/>
              </w:rPr>
              <w:t>768</w:t>
            </w:r>
          </w:p>
        </w:tc>
        <w:tc>
          <w:tcPr>
            <w:tcW w:w="1176" w:type="dxa"/>
            <w:tcMar>
              <w:top w:w="80" w:type="dxa"/>
              <w:left w:w="80" w:type="dxa"/>
              <w:bottom w:w="80" w:type="dxa"/>
              <w:right w:w="80" w:type="dxa"/>
            </w:tcMar>
            <w:vAlign w:val="center"/>
          </w:tcPr>
          <w:p w14:paraId="7077C37F" w14:textId="7A9EBBE0" w:rsidR="002E1A89" w:rsidRPr="009C3767" w:rsidRDefault="002E1A89" w:rsidP="002E1A89">
            <w:pPr>
              <w:spacing w:after="0" w:line="240" w:lineRule="auto"/>
              <w:jc w:val="center"/>
              <w:rPr>
                <w:rFonts w:cs="Times New Roman"/>
                <w:szCs w:val="26"/>
              </w:rPr>
            </w:pPr>
            <w:r w:rsidRPr="009C3767">
              <w:rPr>
                <w:rFonts w:cs="Times New Roman"/>
                <w:szCs w:val="26"/>
              </w:rPr>
              <w:t>2568</w:t>
            </w:r>
          </w:p>
        </w:tc>
        <w:tc>
          <w:tcPr>
            <w:tcW w:w="1176" w:type="dxa"/>
            <w:tcMar>
              <w:top w:w="80" w:type="dxa"/>
              <w:left w:w="80" w:type="dxa"/>
              <w:bottom w:w="80" w:type="dxa"/>
              <w:right w:w="80" w:type="dxa"/>
            </w:tcMar>
            <w:vAlign w:val="center"/>
          </w:tcPr>
          <w:p w14:paraId="3D93E15D" w14:textId="6905B4ED" w:rsidR="002E1A89" w:rsidRPr="009C3767" w:rsidRDefault="002E1A89" w:rsidP="002E1A89">
            <w:pPr>
              <w:spacing w:after="0" w:line="240" w:lineRule="auto"/>
              <w:jc w:val="center"/>
              <w:rPr>
                <w:rFonts w:cs="Times New Roman"/>
                <w:szCs w:val="26"/>
              </w:rPr>
            </w:pPr>
            <w:r w:rsidRPr="009C3767">
              <w:rPr>
                <w:rFonts w:cs="Times New Roman"/>
                <w:szCs w:val="26"/>
              </w:rPr>
              <w:t>…</w:t>
            </w:r>
          </w:p>
        </w:tc>
      </w:tr>
      <w:tr w:rsidR="002E1A89" w:rsidRPr="009C3767" w14:paraId="1934E303" w14:textId="77777777" w:rsidTr="002E1A89">
        <w:trPr>
          <w:jc w:val="center"/>
        </w:trPr>
        <w:tc>
          <w:tcPr>
            <w:tcW w:w="781" w:type="dxa"/>
            <w:tcMar>
              <w:top w:w="80" w:type="dxa"/>
              <w:left w:w="80" w:type="dxa"/>
              <w:bottom w:w="80" w:type="dxa"/>
              <w:right w:w="80" w:type="dxa"/>
            </w:tcMar>
            <w:vAlign w:val="center"/>
          </w:tcPr>
          <w:p w14:paraId="7EB25090" w14:textId="6F0863CA" w:rsidR="002E1A89" w:rsidRPr="009C3767" w:rsidRDefault="002E1A89" w:rsidP="002E1A89">
            <w:pPr>
              <w:spacing w:after="0" w:line="240" w:lineRule="auto"/>
              <w:jc w:val="center"/>
              <w:rPr>
                <w:rFonts w:cs="Times New Roman"/>
                <w:szCs w:val="26"/>
              </w:rPr>
            </w:pPr>
            <w:r w:rsidRPr="009C3767">
              <w:rPr>
                <w:rFonts w:cs="Times New Roman"/>
                <w:szCs w:val="26"/>
              </w:rPr>
              <w:t>7</w:t>
            </w:r>
          </w:p>
        </w:tc>
        <w:tc>
          <w:tcPr>
            <w:tcW w:w="1571" w:type="dxa"/>
            <w:tcMar>
              <w:top w:w="80" w:type="dxa"/>
              <w:left w:w="80" w:type="dxa"/>
              <w:bottom w:w="80" w:type="dxa"/>
              <w:right w:w="80" w:type="dxa"/>
            </w:tcMar>
            <w:vAlign w:val="center"/>
          </w:tcPr>
          <w:p w14:paraId="19C9ACD6" w14:textId="7B469AAC" w:rsidR="002E1A89" w:rsidRPr="009C3767" w:rsidRDefault="002E1A89" w:rsidP="002E1A89">
            <w:pPr>
              <w:spacing w:after="0" w:line="240" w:lineRule="auto"/>
              <w:jc w:val="center"/>
              <w:rPr>
                <w:rFonts w:cs="Times New Roman"/>
                <w:szCs w:val="26"/>
              </w:rPr>
            </w:pPr>
            <w:r w:rsidRPr="009C3767">
              <w:rPr>
                <w:rFonts w:cs="Times New Roman"/>
                <w:szCs w:val="26"/>
              </w:rPr>
              <w:t>Tổ dân phố số 7A</w:t>
            </w:r>
          </w:p>
        </w:tc>
        <w:tc>
          <w:tcPr>
            <w:tcW w:w="984" w:type="dxa"/>
            <w:tcMar>
              <w:top w:w="80" w:type="dxa"/>
              <w:left w:w="80" w:type="dxa"/>
              <w:bottom w:w="80" w:type="dxa"/>
              <w:right w:w="80" w:type="dxa"/>
            </w:tcMar>
            <w:vAlign w:val="center"/>
          </w:tcPr>
          <w:p w14:paraId="68F83F6B" w14:textId="6DE4B6A4"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16A5D61F" w14:textId="256281DD"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val="restart"/>
            <w:tcMar>
              <w:top w:w="80" w:type="dxa"/>
              <w:left w:w="80" w:type="dxa"/>
              <w:bottom w:w="80" w:type="dxa"/>
              <w:right w:w="80" w:type="dxa"/>
            </w:tcMar>
            <w:vAlign w:val="center"/>
          </w:tcPr>
          <w:p w14:paraId="73142C77" w14:textId="30E118B7" w:rsidR="002E1A89" w:rsidRPr="009C3767" w:rsidRDefault="002E1A89" w:rsidP="002E1A89">
            <w:pPr>
              <w:spacing w:after="0" w:line="240" w:lineRule="auto"/>
              <w:jc w:val="center"/>
              <w:rPr>
                <w:rFonts w:cs="Times New Roman"/>
                <w:szCs w:val="26"/>
              </w:rPr>
            </w:pPr>
            <w:r w:rsidRPr="009C3767">
              <w:rPr>
                <w:rFonts w:cs="Times New Roman"/>
                <w:szCs w:val="26"/>
              </w:rPr>
              <w:t>Pháp Vân 2</w:t>
            </w:r>
          </w:p>
        </w:tc>
        <w:tc>
          <w:tcPr>
            <w:tcW w:w="1176" w:type="dxa"/>
            <w:vMerge w:val="restart"/>
            <w:tcMar>
              <w:top w:w="80" w:type="dxa"/>
              <w:left w:w="80" w:type="dxa"/>
              <w:bottom w:w="80" w:type="dxa"/>
              <w:right w:w="80" w:type="dxa"/>
            </w:tcMar>
            <w:vAlign w:val="center"/>
          </w:tcPr>
          <w:p w14:paraId="67FABCD3" w14:textId="29F41EF1" w:rsidR="002E1A89" w:rsidRPr="009C3767" w:rsidRDefault="002E1A89" w:rsidP="002E1A89">
            <w:pPr>
              <w:spacing w:after="0" w:line="240" w:lineRule="auto"/>
              <w:jc w:val="center"/>
              <w:rPr>
                <w:rFonts w:cs="Times New Roman"/>
                <w:szCs w:val="26"/>
              </w:rPr>
            </w:pPr>
            <w:r w:rsidRPr="009C3767">
              <w:rPr>
                <w:rFonts w:cs="Times New Roman"/>
                <w:szCs w:val="26"/>
              </w:rPr>
              <w:t>1015</w:t>
            </w:r>
          </w:p>
        </w:tc>
        <w:tc>
          <w:tcPr>
            <w:tcW w:w="1176" w:type="dxa"/>
            <w:vMerge w:val="restart"/>
            <w:tcMar>
              <w:top w:w="80" w:type="dxa"/>
              <w:left w:w="80" w:type="dxa"/>
              <w:bottom w:w="80" w:type="dxa"/>
              <w:right w:w="80" w:type="dxa"/>
            </w:tcMar>
            <w:vAlign w:val="center"/>
          </w:tcPr>
          <w:p w14:paraId="192AE490" w14:textId="62FF2BDB" w:rsidR="002E1A89" w:rsidRPr="009C3767" w:rsidRDefault="002E1A89" w:rsidP="002E1A89">
            <w:pPr>
              <w:spacing w:after="0" w:line="240" w:lineRule="auto"/>
              <w:jc w:val="center"/>
              <w:rPr>
                <w:rFonts w:cs="Times New Roman"/>
                <w:szCs w:val="26"/>
              </w:rPr>
            </w:pPr>
            <w:r w:rsidRPr="009C3767">
              <w:rPr>
                <w:rFonts w:cs="Times New Roman"/>
                <w:szCs w:val="26"/>
              </w:rPr>
              <w:t>3401</w:t>
            </w:r>
          </w:p>
        </w:tc>
        <w:tc>
          <w:tcPr>
            <w:tcW w:w="1176" w:type="dxa"/>
            <w:tcMar>
              <w:top w:w="80" w:type="dxa"/>
              <w:left w:w="80" w:type="dxa"/>
              <w:bottom w:w="80" w:type="dxa"/>
              <w:right w:w="80" w:type="dxa"/>
            </w:tcMar>
            <w:vAlign w:val="center"/>
          </w:tcPr>
          <w:p w14:paraId="1D8F3019" w14:textId="054D7591" w:rsidR="002E1A89" w:rsidRPr="009C3767" w:rsidRDefault="002E1A89" w:rsidP="002E1A89">
            <w:pPr>
              <w:spacing w:after="0" w:line="240" w:lineRule="auto"/>
              <w:jc w:val="center"/>
              <w:rPr>
                <w:rFonts w:cs="Times New Roman"/>
                <w:szCs w:val="26"/>
              </w:rPr>
            </w:pPr>
            <w:r w:rsidRPr="009C3767">
              <w:rPr>
                <w:rFonts w:cs="Times New Roman"/>
                <w:szCs w:val="26"/>
              </w:rPr>
              <w:t>Tách, ghép khu dân cư truyền thống</w:t>
            </w:r>
          </w:p>
        </w:tc>
      </w:tr>
      <w:tr w:rsidR="002E1A89" w:rsidRPr="009C3767" w14:paraId="7502D737" w14:textId="77777777" w:rsidTr="002E1A89">
        <w:trPr>
          <w:jc w:val="center"/>
        </w:trPr>
        <w:tc>
          <w:tcPr>
            <w:tcW w:w="781" w:type="dxa"/>
            <w:tcMar>
              <w:top w:w="80" w:type="dxa"/>
              <w:left w:w="80" w:type="dxa"/>
              <w:bottom w:w="80" w:type="dxa"/>
              <w:right w:w="80" w:type="dxa"/>
            </w:tcMar>
            <w:vAlign w:val="center"/>
          </w:tcPr>
          <w:p w14:paraId="510391D0" w14:textId="2FE94042" w:rsidR="002E1A89" w:rsidRPr="009C3767" w:rsidRDefault="002E1A89" w:rsidP="002E1A89">
            <w:pPr>
              <w:spacing w:after="0" w:line="240" w:lineRule="auto"/>
              <w:jc w:val="center"/>
              <w:rPr>
                <w:rFonts w:cs="Times New Roman"/>
                <w:szCs w:val="26"/>
              </w:rPr>
            </w:pPr>
            <w:r w:rsidRPr="009C3767">
              <w:rPr>
                <w:rFonts w:cs="Times New Roman"/>
                <w:szCs w:val="26"/>
              </w:rPr>
              <w:t>8</w:t>
            </w:r>
          </w:p>
        </w:tc>
        <w:tc>
          <w:tcPr>
            <w:tcW w:w="1571" w:type="dxa"/>
            <w:tcMar>
              <w:top w:w="80" w:type="dxa"/>
              <w:left w:w="80" w:type="dxa"/>
              <w:bottom w:w="80" w:type="dxa"/>
              <w:right w:w="80" w:type="dxa"/>
            </w:tcMar>
            <w:vAlign w:val="center"/>
          </w:tcPr>
          <w:p w14:paraId="10FDC2D0" w14:textId="07A2C235" w:rsidR="002E1A89" w:rsidRPr="009C3767" w:rsidRDefault="002E1A89" w:rsidP="002E1A89">
            <w:pPr>
              <w:spacing w:after="0" w:line="240" w:lineRule="auto"/>
              <w:jc w:val="center"/>
              <w:rPr>
                <w:rFonts w:cs="Times New Roman"/>
                <w:szCs w:val="26"/>
              </w:rPr>
            </w:pPr>
            <w:r w:rsidRPr="009C3767">
              <w:rPr>
                <w:rFonts w:cs="Times New Roman"/>
                <w:szCs w:val="26"/>
              </w:rPr>
              <w:t>Tổ dân phố số 7B</w:t>
            </w:r>
          </w:p>
        </w:tc>
        <w:tc>
          <w:tcPr>
            <w:tcW w:w="984" w:type="dxa"/>
            <w:tcMar>
              <w:top w:w="80" w:type="dxa"/>
              <w:left w:w="80" w:type="dxa"/>
              <w:bottom w:w="80" w:type="dxa"/>
              <w:right w:w="80" w:type="dxa"/>
            </w:tcMar>
            <w:vAlign w:val="center"/>
          </w:tcPr>
          <w:p w14:paraId="72276EC4" w14:textId="7701A981"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6DD140CC" w14:textId="394F841C"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0FAFCC05" w14:textId="098501CD"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6632A3AC" w14:textId="04CDD25E"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3FBDDEBE" w14:textId="4AB30A06"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7216F005" w14:textId="71667241" w:rsidR="002E1A89" w:rsidRPr="009C3767" w:rsidRDefault="002E1A89" w:rsidP="002E1A89">
            <w:pPr>
              <w:spacing w:after="0" w:line="240" w:lineRule="auto"/>
              <w:jc w:val="center"/>
              <w:rPr>
                <w:rFonts w:cs="Times New Roman"/>
                <w:szCs w:val="26"/>
              </w:rPr>
            </w:pPr>
            <w:r w:rsidRPr="009C3767">
              <w:rPr>
                <w:rFonts w:cs="Times New Roman"/>
                <w:szCs w:val="26"/>
              </w:rPr>
              <w:t>Tách, ghép khu dân cư truyền thống</w:t>
            </w:r>
          </w:p>
        </w:tc>
      </w:tr>
      <w:tr w:rsidR="002E1A89" w:rsidRPr="009C3767" w14:paraId="19E10A3E" w14:textId="77777777" w:rsidTr="002E1A89">
        <w:trPr>
          <w:jc w:val="center"/>
        </w:trPr>
        <w:tc>
          <w:tcPr>
            <w:tcW w:w="781" w:type="dxa"/>
            <w:tcMar>
              <w:top w:w="80" w:type="dxa"/>
              <w:left w:w="80" w:type="dxa"/>
              <w:bottom w:w="80" w:type="dxa"/>
              <w:right w:w="80" w:type="dxa"/>
            </w:tcMar>
            <w:vAlign w:val="center"/>
          </w:tcPr>
          <w:p w14:paraId="223928F8" w14:textId="2252F1D4" w:rsidR="002E1A89" w:rsidRPr="009C3767" w:rsidRDefault="002E1A89" w:rsidP="002E1A89">
            <w:pPr>
              <w:spacing w:after="0" w:line="240" w:lineRule="auto"/>
              <w:jc w:val="center"/>
              <w:rPr>
                <w:rFonts w:cs="Times New Roman"/>
                <w:szCs w:val="26"/>
              </w:rPr>
            </w:pPr>
            <w:r w:rsidRPr="009C3767">
              <w:rPr>
                <w:rFonts w:cs="Times New Roman"/>
                <w:szCs w:val="26"/>
              </w:rPr>
              <w:t>9</w:t>
            </w:r>
          </w:p>
        </w:tc>
        <w:tc>
          <w:tcPr>
            <w:tcW w:w="1571" w:type="dxa"/>
            <w:tcMar>
              <w:top w:w="80" w:type="dxa"/>
              <w:left w:w="80" w:type="dxa"/>
              <w:bottom w:w="80" w:type="dxa"/>
              <w:right w:w="80" w:type="dxa"/>
            </w:tcMar>
            <w:vAlign w:val="center"/>
          </w:tcPr>
          <w:p w14:paraId="05E588CA" w14:textId="0CED512C" w:rsidR="002E1A89" w:rsidRPr="009C3767" w:rsidRDefault="002E1A89" w:rsidP="002E1A89">
            <w:pPr>
              <w:spacing w:after="0" w:line="240" w:lineRule="auto"/>
              <w:jc w:val="center"/>
              <w:rPr>
                <w:rFonts w:cs="Times New Roman"/>
                <w:szCs w:val="26"/>
              </w:rPr>
            </w:pPr>
            <w:r w:rsidRPr="009C3767">
              <w:rPr>
                <w:rFonts w:cs="Times New Roman"/>
                <w:szCs w:val="26"/>
              </w:rPr>
              <w:t>Tổ dân phố số 18</w:t>
            </w:r>
          </w:p>
        </w:tc>
        <w:tc>
          <w:tcPr>
            <w:tcW w:w="984" w:type="dxa"/>
            <w:tcMar>
              <w:top w:w="80" w:type="dxa"/>
              <w:left w:w="80" w:type="dxa"/>
              <w:bottom w:w="80" w:type="dxa"/>
              <w:right w:w="80" w:type="dxa"/>
            </w:tcMar>
            <w:vAlign w:val="center"/>
          </w:tcPr>
          <w:p w14:paraId="51BD66ED" w14:textId="04B561F6"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6A227F1E" w14:textId="59222FC1"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487386C0" w14:textId="7B2C8475"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13056053" w14:textId="4AAFC86B"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504D0B32" w14:textId="43B29792"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36B35C19" w14:textId="023A1BFB" w:rsidR="002E1A89" w:rsidRPr="009C3767" w:rsidRDefault="002E1A89" w:rsidP="002E1A89">
            <w:pPr>
              <w:spacing w:after="0" w:line="240" w:lineRule="auto"/>
              <w:jc w:val="center"/>
              <w:rPr>
                <w:rFonts w:cs="Times New Roman"/>
                <w:szCs w:val="26"/>
              </w:rPr>
            </w:pPr>
          </w:p>
        </w:tc>
      </w:tr>
      <w:tr w:rsidR="002E1A89" w:rsidRPr="009C3767" w14:paraId="426CB5CD" w14:textId="77777777" w:rsidTr="002E1A89">
        <w:trPr>
          <w:jc w:val="center"/>
        </w:trPr>
        <w:tc>
          <w:tcPr>
            <w:tcW w:w="781" w:type="dxa"/>
            <w:tcMar>
              <w:top w:w="80" w:type="dxa"/>
              <w:left w:w="80" w:type="dxa"/>
              <w:bottom w:w="80" w:type="dxa"/>
              <w:right w:w="80" w:type="dxa"/>
            </w:tcMar>
            <w:vAlign w:val="center"/>
          </w:tcPr>
          <w:p w14:paraId="0DE12842" w14:textId="164DF478" w:rsidR="002E1A89" w:rsidRPr="009C3767" w:rsidRDefault="002E1A89" w:rsidP="002E1A89">
            <w:pPr>
              <w:spacing w:after="0" w:line="240" w:lineRule="auto"/>
              <w:jc w:val="center"/>
              <w:rPr>
                <w:rFonts w:cs="Times New Roman"/>
                <w:szCs w:val="26"/>
              </w:rPr>
            </w:pPr>
            <w:r w:rsidRPr="009C3767">
              <w:rPr>
                <w:rFonts w:cs="Times New Roman"/>
                <w:szCs w:val="26"/>
              </w:rPr>
              <w:t>10</w:t>
            </w:r>
          </w:p>
        </w:tc>
        <w:tc>
          <w:tcPr>
            <w:tcW w:w="1571" w:type="dxa"/>
            <w:tcMar>
              <w:top w:w="80" w:type="dxa"/>
              <w:left w:w="80" w:type="dxa"/>
              <w:bottom w:w="80" w:type="dxa"/>
              <w:right w:w="80" w:type="dxa"/>
            </w:tcMar>
            <w:vAlign w:val="center"/>
          </w:tcPr>
          <w:p w14:paraId="11D23004" w14:textId="5F875A60" w:rsidR="002E1A89" w:rsidRPr="009C3767" w:rsidRDefault="002E1A89" w:rsidP="002E1A89">
            <w:pPr>
              <w:spacing w:after="0" w:line="240" w:lineRule="auto"/>
              <w:jc w:val="center"/>
              <w:rPr>
                <w:rFonts w:cs="Times New Roman"/>
                <w:szCs w:val="26"/>
              </w:rPr>
            </w:pPr>
            <w:r w:rsidRPr="009C3767">
              <w:rPr>
                <w:rFonts w:cs="Times New Roman"/>
                <w:szCs w:val="26"/>
              </w:rPr>
              <w:t>Tổ dân phố số 19</w:t>
            </w:r>
          </w:p>
        </w:tc>
        <w:tc>
          <w:tcPr>
            <w:tcW w:w="984" w:type="dxa"/>
            <w:tcMar>
              <w:top w:w="80" w:type="dxa"/>
              <w:left w:w="80" w:type="dxa"/>
              <w:bottom w:w="80" w:type="dxa"/>
              <w:right w:w="80" w:type="dxa"/>
            </w:tcMar>
            <w:vAlign w:val="center"/>
          </w:tcPr>
          <w:p w14:paraId="4788BA3B" w14:textId="4F1965B9"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635D4CC9" w14:textId="74CF3CF0"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tcMar>
              <w:top w:w="80" w:type="dxa"/>
              <w:left w:w="80" w:type="dxa"/>
              <w:bottom w:w="80" w:type="dxa"/>
              <w:right w:w="80" w:type="dxa"/>
            </w:tcMar>
            <w:vAlign w:val="center"/>
          </w:tcPr>
          <w:p w14:paraId="0D57B5AE" w14:textId="76FF8E16" w:rsidR="002E1A89" w:rsidRPr="009C3767" w:rsidRDefault="002E1A89" w:rsidP="002E1A89">
            <w:pPr>
              <w:spacing w:after="0" w:line="240" w:lineRule="auto"/>
              <w:jc w:val="center"/>
              <w:rPr>
                <w:rFonts w:cs="Times New Roman"/>
                <w:szCs w:val="26"/>
              </w:rPr>
            </w:pPr>
            <w:r w:rsidRPr="009C3767">
              <w:rPr>
                <w:rFonts w:cs="Times New Roman"/>
                <w:szCs w:val="26"/>
              </w:rPr>
              <w:t>Pháp Vân 3</w:t>
            </w:r>
          </w:p>
        </w:tc>
        <w:tc>
          <w:tcPr>
            <w:tcW w:w="1176" w:type="dxa"/>
            <w:tcMar>
              <w:top w:w="80" w:type="dxa"/>
              <w:left w:w="80" w:type="dxa"/>
              <w:bottom w:w="80" w:type="dxa"/>
              <w:right w:w="80" w:type="dxa"/>
            </w:tcMar>
            <w:vAlign w:val="center"/>
          </w:tcPr>
          <w:p w14:paraId="78E194F2" w14:textId="142D7250" w:rsidR="002E1A89" w:rsidRPr="009C3767" w:rsidRDefault="002E1A89" w:rsidP="002E1A89">
            <w:pPr>
              <w:spacing w:after="0" w:line="240" w:lineRule="auto"/>
              <w:jc w:val="center"/>
              <w:rPr>
                <w:rFonts w:cs="Times New Roman"/>
                <w:szCs w:val="26"/>
              </w:rPr>
            </w:pPr>
            <w:r w:rsidRPr="009C3767">
              <w:rPr>
                <w:rFonts w:cs="Times New Roman"/>
                <w:szCs w:val="26"/>
              </w:rPr>
              <w:t>765</w:t>
            </w:r>
          </w:p>
        </w:tc>
        <w:tc>
          <w:tcPr>
            <w:tcW w:w="1176" w:type="dxa"/>
            <w:tcMar>
              <w:top w:w="80" w:type="dxa"/>
              <w:left w:w="80" w:type="dxa"/>
              <w:bottom w:w="80" w:type="dxa"/>
              <w:right w:w="80" w:type="dxa"/>
            </w:tcMar>
            <w:vAlign w:val="center"/>
          </w:tcPr>
          <w:p w14:paraId="011C05B9" w14:textId="1CD49676" w:rsidR="002E1A89" w:rsidRPr="009C3767" w:rsidRDefault="002E1A89" w:rsidP="002E1A89">
            <w:pPr>
              <w:spacing w:after="0" w:line="240" w:lineRule="auto"/>
              <w:jc w:val="center"/>
              <w:rPr>
                <w:rFonts w:cs="Times New Roman"/>
                <w:szCs w:val="26"/>
              </w:rPr>
            </w:pPr>
            <w:r w:rsidRPr="009C3767">
              <w:rPr>
                <w:rFonts w:cs="Times New Roman"/>
                <w:szCs w:val="26"/>
              </w:rPr>
              <w:t>2608</w:t>
            </w:r>
          </w:p>
        </w:tc>
        <w:tc>
          <w:tcPr>
            <w:tcW w:w="1176" w:type="dxa"/>
            <w:tcMar>
              <w:top w:w="80" w:type="dxa"/>
              <w:left w:w="80" w:type="dxa"/>
              <w:bottom w:w="80" w:type="dxa"/>
              <w:right w:w="80" w:type="dxa"/>
            </w:tcMar>
            <w:vAlign w:val="center"/>
          </w:tcPr>
          <w:p w14:paraId="6A683094" w14:textId="77777777" w:rsidR="002E1A89" w:rsidRPr="009C3767" w:rsidRDefault="002E1A89" w:rsidP="002E1A89">
            <w:pPr>
              <w:spacing w:after="0" w:line="240" w:lineRule="auto"/>
              <w:jc w:val="center"/>
              <w:rPr>
                <w:rFonts w:cs="Times New Roman"/>
                <w:szCs w:val="26"/>
              </w:rPr>
            </w:pPr>
            <w:r w:rsidRPr="009C3767">
              <w:rPr>
                <w:rFonts w:cs="Times New Roman"/>
                <w:szCs w:val="26"/>
              </w:rPr>
              <w:t>Tách khu chung cư South Building + BT1 sang tổ 20</w:t>
            </w:r>
          </w:p>
          <w:p w14:paraId="2B143CC9" w14:textId="5B6C7242" w:rsidR="002E1A89" w:rsidRPr="009C3767" w:rsidRDefault="002E1A89" w:rsidP="002E1A89">
            <w:pPr>
              <w:spacing w:after="0" w:line="240" w:lineRule="auto"/>
              <w:jc w:val="center"/>
              <w:rPr>
                <w:rFonts w:cs="Times New Roman"/>
                <w:szCs w:val="26"/>
              </w:rPr>
            </w:pPr>
          </w:p>
        </w:tc>
      </w:tr>
      <w:tr w:rsidR="00113395" w:rsidRPr="009C3767" w14:paraId="5904EA56" w14:textId="77777777" w:rsidTr="002E1A89">
        <w:trPr>
          <w:jc w:val="center"/>
        </w:trPr>
        <w:tc>
          <w:tcPr>
            <w:tcW w:w="781" w:type="dxa"/>
            <w:tcMar>
              <w:top w:w="80" w:type="dxa"/>
              <w:left w:w="80" w:type="dxa"/>
              <w:bottom w:w="80" w:type="dxa"/>
              <w:right w:w="80" w:type="dxa"/>
            </w:tcMar>
            <w:vAlign w:val="center"/>
          </w:tcPr>
          <w:p w14:paraId="2E90989F" w14:textId="70C488F1" w:rsidR="00113395" w:rsidRPr="009C3767" w:rsidRDefault="00113395" w:rsidP="002E1A89">
            <w:pPr>
              <w:spacing w:after="0" w:line="240" w:lineRule="auto"/>
              <w:jc w:val="center"/>
              <w:rPr>
                <w:rFonts w:cs="Times New Roman"/>
                <w:szCs w:val="26"/>
              </w:rPr>
            </w:pPr>
            <w:r w:rsidRPr="009C3767">
              <w:rPr>
                <w:rFonts w:cs="Times New Roman"/>
                <w:szCs w:val="26"/>
              </w:rPr>
              <w:lastRenderedPageBreak/>
              <w:t>11</w:t>
            </w:r>
          </w:p>
        </w:tc>
        <w:tc>
          <w:tcPr>
            <w:tcW w:w="1571" w:type="dxa"/>
            <w:tcMar>
              <w:top w:w="80" w:type="dxa"/>
              <w:left w:w="80" w:type="dxa"/>
              <w:bottom w:w="80" w:type="dxa"/>
              <w:right w:w="80" w:type="dxa"/>
            </w:tcMar>
            <w:vAlign w:val="center"/>
          </w:tcPr>
          <w:p w14:paraId="7C3BEA65" w14:textId="12A2D460" w:rsidR="00113395" w:rsidRPr="009C3767" w:rsidRDefault="00113395" w:rsidP="002E1A89">
            <w:pPr>
              <w:spacing w:after="0" w:line="240" w:lineRule="auto"/>
              <w:jc w:val="center"/>
              <w:rPr>
                <w:rFonts w:cs="Times New Roman"/>
                <w:szCs w:val="26"/>
              </w:rPr>
            </w:pPr>
            <w:r w:rsidRPr="009C3767">
              <w:rPr>
                <w:rFonts w:cs="Times New Roman"/>
                <w:szCs w:val="26"/>
              </w:rPr>
              <w:t>Tổ dân phố số 20</w:t>
            </w:r>
          </w:p>
        </w:tc>
        <w:tc>
          <w:tcPr>
            <w:tcW w:w="984" w:type="dxa"/>
            <w:tcMar>
              <w:top w:w="80" w:type="dxa"/>
              <w:left w:w="80" w:type="dxa"/>
              <w:bottom w:w="80" w:type="dxa"/>
              <w:right w:w="80" w:type="dxa"/>
            </w:tcMar>
            <w:vAlign w:val="center"/>
          </w:tcPr>
          <w:p w14:paraId="219C0E58" w14:textId="328FC402" w:rsidR="00113395"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7ADEFDF0" w14:textId="52AA3E2B" w:rsidR="00113395" w:rsidRPr="009C3767" w:rsidRDefault="00113395" w:rsidP="002E1A89">
            <w:pPr>
              <w:spacing w:after="0" w:line="240" w:lineRule="auto"/>
              <w:jc w:val="center"/>
              <w:rPr>
                <w:rFonts w:cs="Times New Roman"/>
                <w:szCs w:val="26"/>
              </w:rPr>
            </w:pPr>
            <w:r w:rsidRPr="009C3767">
              <w:rPr>
                <w:rFonts w:cs="Times New Roman"/>
                <w:szCs w:val="26"/>
              </w:rPr>
              <w:t>Sáp nhập</w:t>
            </w:r>
            <w:r w:rsidR="00982411" w:rsidRPr="009C3767">
              <w:rPr>
                <w:rFonts w:cs="Times New Roman"/>
                <w:szCs w:val="26"/>
              </w:rPr>
              <w:t xml:space="preserve"> + </w:t>
            </w:r>
            <w:r w:rsidRPr="009C3767">
              <w:rPr>
                <w:rFonts w:cs="Times New Roman"/>
                <w:szCs w:val="26"/>
              </w:rPr>
              <w:t>Đổi tên</w:t>
            </w:r>
          </w:p>
        </w:tc>
        <w:tc>
          <w:tcPr>
            <w:tcW w:w="1176" w:type="dxa"/>
            <w:vMerge w:val="restart"/>
            <w:tcMar>
              <w:top w:w="80" w:type="dxa"/>
              <w:left w:w="80" w:type="dxa"/>
              <w:bottom w:w="80" w:type="dxa"/>
              <w:right w:w="80" w:type="dxa"/>
            </w:tcMar>
            <w:vAlign w:val="center"/>
          </w:tcPr>
          <w:p w14:paraId="57C0D453" w14:textId="15BC3C4A" w:rsidR="00113395" w:rsidRPr="009C3767" w:rsidRDefault="00982411" w:rsidP="002E1A89">
            <w:pPr>
              <w:spacing w:after="0" w:line="240" w:lineRule="auto"/>
              <w:jc w:val="center"/>
              <w:rPr>
                <w:rFonts w:cs="Times New Roman"/>
                <w:szCs w:val="26"/>
              </w:rPr>
            </w:pPr>
            <w:r w:rsidRPr="009C3767">
              <w:rPr>
                <w:rFonts w:cs="Times New Roman"/>
                <w:szCs w:val="26"/>
              </w:rPr>
              <w:t>Pháo Vân 4</w:t>
            </w:r>
          </w:p>
        </w:tc>
        <w:tc>
          <w:tcPr>
            <w:tcW w:w="1176" w:type="dxa"/>
            <w:vMerge w:val="restart"/>
            <w:tcMar>
              <w:top w:w="80" w:type="dxa"/>
              <w:left w:w="80" w:type="dxa"/>
              <w:bottom w:w="80" w:type="dxa"/>
              <w:right w:w="80" w:type="dxa"/>
            </w:tcMar>
            <w:vAlign w:val="center"/>
          </w:tcPr>
          <w:p w14:paraId="1B9E62F9" w14:textId="2F16BF66" w:rsidR="00113395" w:rsidRPr="009C3767" w:rsidRDefault="00113395" w:rsidP="002E1A89">
            <w:pPr>
              <w:spacing w:after="0" w:line="240" w:lineRule="auto"/>
              <w:jc w:val="center"/>
              <w:rPr>
                <w:rFonts w:cs="Times New Roman"/>
                <w:szCs w:val="26"/>
              </w:rPr>
            </w:pPr>
            <w:r w:rsidRPr="009C3767">
              <w:rPr>
                <w:rFonts w:cs="Times New Roman"/>
                <w:szCs w:val="26"/>
              </w:rPr>
              <w:t>758</w:t>
            </w:r>
          </w:p>
        </w:tc>
        <w:tc>
          <w:tcPr>
            <w:tcW w:w="1176" w:type="dxa"/>
            <w:vMerge w:val="restart"/>
            <w:tcMar>
              <w:top w:w="80" w:type="dxa"/>
              <w:left w:w="80" w:type="dxa"/>
              <w:bottom w:w="80" w:type="dxa"/>
              <w:right w:w="80" w:type="dxa"/>
            </w:tcMar>
            <w:vAlign w:val="center"/>
          </w:tcPr>
          <w:p w14:paraId="2647B6BC" w14:textId="7E5A9508" w:rsidR="00113395" w:rsidRPr="009C3767" w:rsidRDefault="00113395" w:rsidP="002E1A89">
            <w:pPr>
              <w:spacing w:after="0" w:line="240" w:lineRule="auto"/>
              <w:jc w:val="center"/>
              <w:rPr>
                <w:rFonts w:cs="Times New Roman"/>
                <w:szCs w:val="26"/>
              </w:rPr>
            </w:pPr>
            <w:r w:rsidRPr="009C3767">
              <w:rPr>
                <w:rFonts w:cs="Times New Roman"/>
                <w:szCs w:val="26"/>
              </w:rPr>
              <w:t>2638</w:t>
            </w:r>
          </w:p>
        </w:tc>
        <w:tc>
          <w:tcPr>
            <w:tcW w:w="1176" w:type="dxa"/>
            <w:tcMar>
              <w:top w:w="80" w:type="dxa"/>
              <w:left w:w="80" w:type="dxa"/>
              <w:bottom w:w="80" w:type="dxa"/>
              <w:right w:w="80" w:type="dxa"/>
            </w:tcMar>
            <w:vAlign w:val="center"/>
          </w:tcPr>
          <w:p w14:paraId="283A20B1" w14:textId="12A9813E" w:rsidR="00113395" w:rsidRPr="009C3767" w:rsidRDefault="00113395" w:rsidP="002E1A89">
            <w:pPr>
              <w:spacing w:after="0" w:line="240" w:lineRule="auto"/>
              <w:jc w:val="center"/>
              <w:rPr>
                <w:rFonts w:cs="Times New Roman"/>
                <w:szCs w:val="26"/>
              </w:rPr>
            </w:pPr>
          </w:p>
        </w:tc>
      </w:tr>
      <w:tr w:rsidR="00113395" w:rsidRPr="009C3767" w14:paraId="59CEC39F" w14:textId="77777777" w:rsidTr="002E1A89">
        <w:trPr>
          <w:jc w:val="center"/>
        </w:trPr>
        <w:tc>
          <w:tcPr>
            <w:tcW w:w="781" w:type="dxa"/>
            <w:tcMar>
              <w:top w:w="80" w:type="dxa"/>
              <w:left w:w="80" w:type="dxa"/>
              <w:bottom w:w="80" w:type="dxa"/>
              <w:right w:w="80" w:type="dxa"/>
            </w:tcMar>
            <w:vAlign w:val="center"/>
          </w:tcPr>
          <w:p w14:paraId="3A201EEE" w14:textId="5D00FD28" w:rsidR="00113395" w:rsidRPr="009C3767" w:rsidRDefault="00113395" w:rsidP="002E1A89">
            <w:pPr>
              <w:spacing w:after="0" w:line="240" w:lineRule="auto"/>
              <w:jc w:val="center"/>
              <w:rPr>
                <w:rFonts w:cs="Times New Roman"/>
                <w:szCs w:val="26"/>
              </w:rPr>
            </w:pPr>
            <w:r w:rsidRPr="009C3767">
              <w:rPr>
                <w:rFonts w:cs="Times New Roman"/>
                <w:szCs w:val="26"/>
              </w:rPr>
              <w:t>12</w:t>
            </w:r>
          </w:p>
        </w:tc>
        <w:tc>
          <w:tcPr>
            <w:tcW w:w="1571" w:type="dxa"/>
            <w:tcMar>
              <w:top w:w="80" w:type="dxa"/>
              <w:left w:w="80" w:type="dxa"/>
              <w:bottom w:w="80" w:type="dxa"/>
              <w:right w:w="80" w:type="dxa"/>
            </w:tcMar>
            <w:vAlign w:val="center"/>
          </w:tcPr>
          <w:p w14:paraId="7D4F5DA2" w14:textId="471AECD1" w:rsidR="00113395" w:rsidRPr="009C3767" w:rsidRDefault="00407A22" w:rsidP="002E1A89">
            <w:pPr>
              <w:spacing w:after="0" w:line="240" w:lineRule="auto"/>
              <w:jc w:val="center"/>
              <w:rPr>
                <w:rFonts w:cs="Times New Roman"/>
                <w:szCs w:val="26"/>
              </w:rPr>
            </w:pPr>
            <w:r w:rsidRPr="009C3767">
              <w:rPr>
                <w:rFonts w:cs="Times New Roman"/>
                <w:szCs w:val="26"/>
              </w:rPr>
              <w:t>South Building + BT1</w:t>
            </w:r>
          </w:p>
        </w:tc>
        <w:tc>
          <w:tcPr>
            <w:tcW w:w="984" w:type="dxa"/>
            <w:tcMar>
              <w:top w:w="80" w:type="dxa"/>
              <w:left w:w="80" w:type="dxa"/>
              <w:bottom w:w="80" w:type="dxa"/>
              <w:right w:w="80" w:type="dxa"/>
            </w:tcMar>
            <w:vAlign w:val="center"/>
          </w:tcPr>
          <w:p w14:paraId="68C81380" w14:textId="06124DC2" w:rsidR="00113395" w:rsidRPr="009C3767" w:rsidRDefault="00113395" w:rsidP="002E1A89">
            <w:pPr>
              <w:spacing w:after="0" w:line="240" w:lineRule="auto"/>
              <w:jc w:val="center"/>
              <w:rPr>
                <w:rFonts w:cs="Times New Roman"/>
                <w:szCs w:val="26"/>
              </w:rPr>
            </w:pPr>
            <w:r w:rsidRPr="009C3767">
              <w:rPr>
                <w:rFonts w:cs="Times New Roman"/>
                <w:szCs w:val="26"/>
              </w:rPr>
              <w:t>Khu chung cư và Biệt thự</w:t>
            </w:r>
          </w:p>
        </w:tc>
        <w:tc>
          <w:tcPr>
            <w:tcW w:w="1515" w:type="dxa"/>
            <w:tcMar>
              <w:top w:w="80" w:type="dxa"/>
              <w:left w:w="80" w:type="dxa"/>
              <w:bottom w:w="80" w:type="dxa"/>
              <w:right w:w="80" w:type="dxa"/>
            </w:tcMar>
            <w:vAlign w:val="center"/>
          </w:tcPr>
          <w:p w14:paraId="5EA0F4E2" w14:textId="3C4C85EB" w:rsidR="00113395" w:rsidRPr="009C3767" w:rsidRDefault="00407A22"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5FDF64B5" w14:textId="6693612D" w:rsidR="00113395" w:rsidRPr="009C3767" w:rsidRDefault="00113395"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18274F18" w14:textId="11FECC8A" w:rsidR="00113395" w:rsidRPr="009C3767" w:rsidRDefault="00113395"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37120F4E" w14:textId="74145022" w:rsidR="00113395" w:rsidRPr="009C3767" w:rsidRDefault="00113395"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4AE1F708" w14:textId="0E837574" w:rsidR="00113395" w:rsidRPr="009C3767" w:rsidRDefault="00407A22" w:rsidP="002E1A89">
            <w:pPr>
              <w:spacing w:after="0" w:line="240" w:lineRule="auto"/>
              <w:jc w:val="center"/>
              <w:rPr>
                <w:rFonts w:cs="Times New Roman"/>
                <w:szCs w:val="26"/>
              </w:rPr>
            </w:pPr>
            <w:r w:rsidRPr="009C3767">
              <w:rPr>
                <w:rFonts w:cs="Times New Roman"/>
                <w:szCs w:val="26"/>
              </w:rPr>
              <w:t>Chia tách từ tổ 19, sáp nhập sang tổ 20</w:t>
            </w:r>
          </w:p>
        </w:tc>
      </w:tr>
      <w:tr w:rsidR="00D87ECF" w:rsidRPr="009C3767" w14:paraId="26600713" w14:textId="77777777" w:rsidTr="002E1A89">
        <w:trPr>
          <w:jc w:val="center"/>
        </w:trPr>
        <w:tc>
          <w:tcPr>
            <w:tcW w:w="781" w:type="dxa"/>
            <w:tcMar>
              <w:top w:w="80" w:type="dxa"/>
              <w:left w:w="80" w:type="dxa"/>
              <w:bottom w:w="80" w:type="dxa"/>
              <w:right w:w="80" w:type="dxa"/>
            </w:tcMar>
            <w:vAlign w:val="center"/>
          </w:tcPr>
          <w:p w14:paraId="40ABAE47" w14:textId="4BF3F819" w:rsidR="00D87ECF" w:rsidRPr="009C3767" w:rsidRDefault="00D87ECF" w:rsidP="002E1A89">
            <w:pPr>
              <w:spacing w:after="0" w:line="240" w:lineRule="auto"/>
              <w:jc w:val="center"/>
              <w:rPr>
                <w:rFonts w:cs="Times New Roman"/>
                <w:szCs w:val="26"/>
              </w:rPr>
            </w:pPr>
            <w:r w:rsidRPr="009C3767">
              <w:rPr>
                <w:rFonts w:cs="Times New Roman"/>
                <w:szCs w:val="26"/>
              </w:rPr>
              <w:t>13</w:t>
            </w:r>
          </w:p>
        </w:tc>
        <w:tc>
          <w:tcPr>
            <w:tcW w:w="1571" w:type="dxa"/>
            <w:tcMar>
              <w:top w:w="80" w:type="dxa"/>
              <w:left w:w="80" w:type="dxa"/>
              <w:bottom w:w="80" w:type="dxa"/>
              <w:right w:w="80" w:type="dxa"/>
            </w:tcMar>
            <w:vAlign w:val="center"/>
          </w:tcPr>
          <w:p w14:paraId="1549A3AD" w14:textId="00053828" w:rsidR="00D87ECF" w:rsidRPr="009C3767" w:rsidRDefault="00113395" w:rsidP="002E1A89">
            <w:pPr>
              <w:spacing w:after="0" w:line="240" w:lineRule="auto"/>
              <w:jc w:val="center"/>
              <w:rPr>
                <w:rFonts w:cs="Times New Roman"/>
                <w:szCs w:val="26"/>
              </w:rPr>
            </w:pPr>
            <w:r w:rsidRPr="009C3767">
              <w:rPr>
                <w:rFonts w:cs="Times New Roman"/>
                <w:szCs w:val="26"/>
              </w:rPr>
              <w:t>Chung cư Rose Town (Tổ 7A)</w:t>
            </w:r>
          </w:p>
        </w:tc>
        <w:tc>
          <w:tcPr>
            <w:tcW w:w="984" w:type="dxa"/>
            <w:tcMar>
              <w:top w:w="80" w:type="dxa"/>
              <w:left w:w="80" w:type="dxa"/>
              <w:bottom w:w="80" w:type="dxa"/>
              <w:right w:w="80" w:type="dxa"/>
            </w:tcMar>
            <w:vAlign w:val="center"/>
          </w:tcPr>
          <w:p w14:paraId="4518DB12" w14:textId="187A22C8" w:rsidR="00D87ECF" w:rsidRPr="009C3767" w:rsidRDefault="00113395" w:rsidP="002E1A89">
            <w:pPr>
              <w:spacing w:after="0" w:line="240" w:lineRule="auto"/>
              <w:jc w:val="center"/>
              <w:rPr>
                <w:rFonts w:cs="Times New Roman"/>
                <w:szCs w:val="26"/>
              </w:rPr>
            </w:pPr>
            <w:r w:rsidRPr="009C3767">
              <w:rPr>
                <w:rFonts w:cs="Times New Roman"/>
                <w:szCs w:val="26"/>
              </w:rPr>
              <w:t>Khu Chung cư</w:t>
            </w:r>
          </w:p>
        </w:tc>
        <w:tc>
          <w:tcPr>
            <w:tcW w:w="1515" w:type="dxa"/>
            <w:tcMar>
              <w:top w:w="80" w:type="dxa"/>
              <w:left w:w="80" w:type="dxa"/>
              <w:bottom w:w="80" w:type="dxa"/>
              <w:right w:w="80" w:type="dxa"/>
            </w:tcMar>
            <w:vAlign w:val="center"/>
          </w:tcPr>
          <w:p w14:paraId="6599165B" w14:textId="5FF5A7C3" w:rsidR="00D87ECF" w:rsidRPr="009C3767" w:rsidRDefault="00407A22" w:rsidP="002E1A89">
            <w:pPr>
              <w:spacing w:after="0" w:line="240" w:lineRule="auto"/>
              <w:jc w:val="center"/>
              <w:rPr>
                <w:rFonts w:cs="Times New Roman"/>
                <w:szCs w:val="26"/>
              </w:rPr>
            </w:pPr>
            <w:r w:rsidRPr="009C3767">
              <w:rPr>
                <w:rFonts w:cs="Times New Roman"/>
                <w:szCs w:val="26"/>
              </w:rPr>
              <w:t xml:space="preserve">Chia tách và </w:t>
            </w:r>
            <w:r w:rsidR="00113395" w:rsidRPr="009C3767">
              <w:rPr>
                <w:rFonts w:cs="Times New Roman"/>
                <w:szCs w:val="26"/>
              </w:rPr>
              <w:t>Thành lập mới</w:t>
            </w:r>
          </w:p>
        </w:tc>
        <w:tc>
          <w:tcPr>
            <w:tcW w:w="1176" w:type="dxa"/>
            <w:tcMar>
              <w:top w:w="80" w:type="dxa"/>
              <w:left w:w="80" w:type="dxa"/>
              <w:bottom w:w="80" w:type="dxa"/>
              <w:right w:w="80" w:type="dxa"/>
            </w:tcMar>
            <w:vAlign w:val="center"/>
          </w:tcPr>
          <w:p w14:paraId="3CFB9293" w14:textId="18DA8A58" w:rsidR="00D87ECF" w:rsidRPr="009C3767" w:rsidRDefault="00982411" w:rsidP="002E1A89">
            <w:pPr>
              <w:spacing w:after="0" w:line="240" w:lineRule="auto"/>
              <w:jc w:val="center"/>
              <w:rPr>
                <w:rFonts w:cs="Times New Roman"/>
                <w:szCs w:val="26"/>
              </w:rPr>
            </w:pPr>
            <w:r w:rsidRPr="009C3767">
              <w:rPr>
                <w:rFonts w:cs="Times New Roman"/>
                <w:szCs w:val="26"/>
              </w:rPr>
              <w:t>Pháp Vân 5</w:t>
            </w:r>
          </w:p>
        </w:tc>
        <w:tc>
          <w:tcPr>
            <w:tcW w:w="1176" w:type="dxa"/>
            <w:tcMar>
              <w:top w:w="80" w:type="dxa"/>
              <w:left w:w="80" w:type="dxa"/>
              <w:bottom w:w="80" w:type="dxa"/>
              <w:right w:w="80" w:type="dxa"/>
            </w:tcMar>
            <w:vAlign w:val="center"/>
          </w:tcPr>
          <w:p w14:paraId="1A32F25D" w14:textId="4AD961E6" w:rsidR="00D87ECF" w:rsidRPr="009C3767" w:rsidRDefault="00982411" w:rsidP="002E1A89">
            <w:pPr>
              <w:spacing w:after="0" w:line="240" w:lineRule="auto"/>
              <w:jc w:val="center"/>
              <w:rPr>
                <w:rFonts w:cs="Times New Roman"/>
                <w:szCs w:val="26"/>
              </w:rPr>
            </w:pPr>
            <w:r w:rsidRPr="009C3767">
              <w:rPr>
                <w:rFonts w:cs="Times New Roman"/>
                <w:szCs w:val="26"/>
              </w:rPr>
              <w:t>1215</w:t>
            </w:r>
          </w:p>
        </w:tc>
        <w:tc>
          <w:tcPr>
            <w:tcW w:w="1176" w:type="dxa"/>
            <w:tcMar>
              <w:top w:w="80" w:type="dxa"/>
              <w:left w:w="80" w:type="dxa"/>
              <w:bottom w:w="80" w:type="dxa"/>
              <w:right w:w="80" w:type="dxa"/>
            </w:tcMar>
            <w:vAlign w:val="center"/>
          </w:tcPr>
          <w:p w14:paraId="2F888EE9" w14:textId="6C7DEAC2" w:rsidR="00D87ECF" w:rsidRPr="009C3767" w:rsidRDefault="00982411" w:rsidP="002E1A89">
            <w:pPr>
              <w:spacing w:after="0" w:line="240" w:lineRule="auto"/>
              <w:jc w:val="center"/>
              <w:rPr>
                <w:rFonts w:cs="Times New Roman"/>
                <w:szCs w:val="26"/>
              </w:rPr>
            </w:pPr>
            <w:r w:rsidRPr="009C3767">
              <w:rPr>
                <w:rFonts w:cs="Times New Roman"/>
                <w:szCs w:val="26"/>
              </w:rPr>
              <w:t>3201</w:t>
            </w:r>
          </w:p>
        </w:tc>
        <w:tc>
          <w:tcPr>
            <w:tcW w:w="1176" w:type="dxa"/>
            <w:tcMar>
              <w:top w:w="80" w:type="dxa"/>
              <w:left w:w="80" w:type="dxa"/>
              <w:bottom w:w="80" w:type="dxa"/>
              <w:right w:w="80" w:type="dxa"/>
            </w:tcMar>
            <w:vAlign w:val="center"/>
          </w:tcPr>
          <w:p w14:paraId="24DF522B" w14:textId="77777777" w:rsidR="00D87ECF" w:rsidRPr="009C3767" w:rsidRDefault="00D87ECF" w:rsidP="002E1A89">
            <w:pPr>
              <w:spacing w:after="0" w:line="240" w:lineRule="auto"/>
              <w:jc w:val="center"/>
              <w:rPr>
                <w:rFonts w:cs="Times New Roman"/>
                <w:szCs w:val="26"/>
              </w:rPr>
            </w:pPr>
          </w:p>
        </w:tc>
      </w:tr>
      <w:tr w:rsidR="002E1A89" w:rsidRPr="009C3767" w14:paraId="54D75C9D" w14:textId="77777777" w:rsidTr="002E1A89">
        <w:trPr>
          <w:jc w:val="center"/>
        </w:trPr>
        <w:tc>
          <w:tcPr>
            <w:tcW w:w="781" w:type="dxa"/>
            <w:tcMar>
              <w:top w:w="80" w:type="dxa"/>
              <w:left w:w="80" w:type="dxa"/>
              <w:bottom w:w="80" w:type="dxa"/>
              <w:right w:w="80" w:type="dxa"/>
            </w:tcMar>
            <w:vAlign w:val="center"/>
          </w:tcPr>
          <w:p w14:paraId="5D7F8416" w14:textId="32AEB9E7" w:rsidR="002E1A89" w:rsidRPr="009C3767" w:rsidRDefault="002E1A89" w:rsidP="002E1A89">
            <w:pPr>
              <w:spacing w:after="0" w:line="240" w:lineRule="auto"/>
              <w:jc w:val="center"/>
              <w:rPr>
                <w:rFonts w:cs="Times New Roman"/>
                <w:szCs w:val="26"/>
              </w:rPr>
            </w:pPr>
            <w:r w:rsidRPr="009C3767">
              <w:rPr>
                <w:rFonts w:cs="Times New Roman"/>
                <w:szCs w:val="26"/>
              </w:rPr>
              <w:t>14</w:t>
            </w:r>
          </w:p>
        </w:tc>
        <w:tc>
          <w:tcPr>
            <w:tcW w:w="1571" w:type="dxa"/>
            <w:tcMar>
              <w:top w:w="80" w:type="dxa"/>
              <w:left w:w="80" w:type="dxa"/>
              <w:bottom w:w="80" w:type="dxa"/>
              <w:right w:w="80" w:type="dxa"/>
            </w:tcMar>
            <w:vAlign w:val="center"/>
          </w:tcPr>
          <w:p w14:paraId="7FFB38EC" w14:textId="7A2B474A" w:rsidR="002E1A89" w:rsidRPr="009C3767" w:rsidRDefault="002E1A89" w:rsidP="002E1A89">
            <w:pPr>
              <w:spacing w:after="0" w:line="240" w:lineRule="auto"/>
              <w:jc w:val="center"/>
              <w:rPr>
                <w:rFonts w:cs="Times New Roman"/>
                <w:szCs w:val="26"/>
              </w:rPr>
            </w:pPr>
            <w:r w:rsidRPr="009C3767">
              <w:rPr>
                <w:rFonts w:cs="Times New Roman"/>
                <w:szCs w:val="26"/>
              </w:rPr>
              <w:t>Chung cư Phương Đông</w:t>
            </w:r>
          </w:p>
        </w:tc>
        <w:tc>
          <w:tcPr>
            <w:tcW w:w="984" w:type="dxa"/>
            <w:tcMar>
              <w:top w:w="80" w:type="dxa"/>
              <w:left w:w="80" w:type="dxa"/>
              <w:bottom w:w="80" w:type="dxa"/>
              <w:right w:w="80" w:type="dxa"/>
            </w:tcMar>
            <w:vAlign w:val="center"/>
          </w:tcPr>
          <w:p w14:paraId="63C3BC61" w14:textId="4C3873C7"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671EBECF" w14:textId="3A4764E0" w:rsidR="002E1A89" w:rsidRPr="009C3767" w:rsidRDefault="002E1A89" w:rsidP="002E1A89">
            <w:pPr>
              <w:spacing w:after="0" w:line="240" w:lineRule="auto"/>
              <w:jc w:val="center"/>
              <w:rPr>
                <w:rFonts w:cs="Times New Roman"/>
                <w:szCs w:val="26"/>
              </w:rPr>
            </w:pPr>
            <w:r w:rsidRPr="009C3767">
              <w:rPr>
                <w:rFonts w:cs="Times New Roman"/>
                <w:szCs w:val="26"/>
              </w:rPr>
              <w:t>Chia tách và Thành lập mới</w:t>
            </w:r>
          </w:p>
        </w:tc>
        <w:tc>
          <w:tcPr>
            <w:tcW w:w="1176" w:type="dxa"/>
            <w:tcMar>
              <w:top w:w="80" w:type="dxa"/>
              <w:left w:w="80" w:type="dxa"/>
              <w:bottom w:w="80" w:type="dxa"/>
              <w:right w:w="80" w:type="dxa"/>
            </w:tcMar>
            <w:vAlign w:val="center"/>
          </w:tcPr>
          <w:p w14:paraId="218B08C8" w14:textId="6288EAAD" w:rsidR="002E1A89" w:rsidRPr="009C3767" w:rsidRDefault="002E1A89" w:rsidP="002E1A89">
            <w:pPr>
              <w:spacing w:after="0" w:line="240" w:lineRule="auto"/>
              <w:jc w:val="center"/>
              <w:rPr>
                <w:rFonts w:cs="Times New Roman"/>
                <w:szCs w:val="26"/>
              </w:rPr>
            </w:pPr>
            <w:r w:rsidRPr="009C3767">
              <w:rPr>
                <w:rFonts w:cs="Times New Roman"/>
                <w:szCs w:val="26"/>
              </w:rPr>
              <w:t>Pháp Vân 6</w:t>
            </w:r>
          </w:p>
        </w:tc>
        <w:tc>
          <w:tcPr>
            <w:tcW w:w="1176" w:type="dxa"/>
            <w:tcMar>
              <w:top w:w="80" w:type="dxa"/>
              <w:left w:w="80" w:type="dxa"/>
              <w:bottom w:w="80" w:type="dxa"/>
              <w:right w:w="80" w:type="dxa"/>
            </w:tcMar>
            <w:vAlign w:val="center"/>
          </w:tcPr>
          <w:p w14:paraId="6DDCA49D" w14:textId="26CCD440" w:rsidR="002E1A89" w:rsidRPr="009C3767" w:rsidRDefault="002E1A89" w:rsidP="002E1A89">
            <w:pPr>
              <w:spacing w:after="0" w:line="240" w:lineRule="auto"/>
              <w:jc w:val="center"/>
              <w:rPr>
                <w:rFonts w:cs="Times New Roman"/>
                <w:szCs w:val="26"/>
              </w:rPr>
            </w:pPr>
            <w:r w:rsidRPr="009C3767">
              <w:rPr>
                <w:rFonts w:cs="Times New Roman"/>
                <w:szCs w:val="26"/>
              </w:rPr>
              <w:t>1248</w:t>
            </w:r>
          </w:p>
        </w:tc>
        <w:tc>
          <w:tcPr>
            <w:tcW w:w="1176" w:type="dxa"/>
            <w:tcMar>
              <w:top w:w="80" w:type="dxa"/>
              <w:left w:w="80" w:type="dxa"/>
              <w:bottom w:w="80" w:type="dxa"/>
              <w:right w:w="80" w:type="dxa"/>
            </w:tcMar>
            <w:vAlign w:val="center"/>
          </w:tcPr>
          <w:p w14:paraId="44A41192" w14:textId="635755C4" w:rsidR="002E1A89" w:rsidRPr="009C3767" w:rsidRDefault="002E1A89" w:rsidP="002E1A89">
            <w:pPr>
              <w:spacing w:after="0" w:line="240" w:lineRule="auto"/>
              <w:jc w:val="center"/>
              <w:rPr>
                <w:rFonts w:cs="Times New Roman"/>
                <w:szCs w:val="26"/>
              </w:rPr>
            </w:pPr>
            <w:r w:rsidRPr="009C3767">
              <w:rPr>
                <w:rFonts w:cs="Times New Roman"/>
                <w:szCs w:val="26"/>
              </w:rPr>
              <w:t>4368</w:t>
            </w:r>
          </w:p>
        </w:tc>
        <w:tc>
          <w:tcPr>
            <w:tcW w:w="1176" w:type="dxa"/>
            <w:tcMar>
              <w:top w:w="80" w:type="dxa"/>
              <w:left w:w="80" w:type="dxa"/>
              <w:bottom w:w="80" w:type="dxa"/>
              <w:right w:w="80" w:type="dxa"/>
            </w:tcMar>
            <w:vAlign w:val="center"/>
          </w:tcPr>
          <w:p w14:paraId="6542F5AA" w14:textId="77777777" w:rsidR="002E1A89" w:rsidRPr="009C3767" w:rsidRDefault="002E1A89" w:rsidP="002E1A89">
            <w:pPr>
              <w:spacing w:after="0" w:line="240" w:lineRule="auto"/>
              <w:jc w:val="center"/>
              <w:rPr>
                <w:rFonts w:cs="Times New Roman"/>
                <w:szCs w:val="26"/>
              </w:rPr>
            </w:pPr>
          </w:p>
        </w:tc>
      </w:tr>
      <w:tr w:rsidR="002E1A89" w:rsidRPr="009C3767" w14:paraId="63892077" w14:textId="77777777" w:rsidTr="002E1A89">
        <w:trPr>
          <w:jc w:val="center"/>
        </w:trPr>
        <w:tc>
          <w:tcPr>
            <w:tcW w:w="781" w:type="dxa"/>
            <w:tcMar>
              <w:top w:w="80" w:type="dxa"/>
              <w:left w:w="80" w:type="dxa"/>
              <w:bottom w:w="80" w:type="dxa"/>
              <w:right w:w="80" w:type="dxa"/>
            </w:tcMar>
            <w:vAlign w:val="center"/>
          </w:tcPr>
          <w:p w14:paraId="25F0A0FE" w14:textId="56E4EB03" w:rsidR="002E1A89" w:rsidRPr="009C3767" w:rsidRDefault="002E1A89" w:rsidP="002E1A89">
            <w:pPr>
              <w:spacing w:after="0" w:line="240" w:lineRule="auto"/>
              <w:jc w:val="center"/>
              <w:rPr>
                <w:rFonts w:cs="Times New Roman"/>
                <w:szCs w:val="26"/>
              </w:rPr>
            </w:pPr>
            <w:r w:rsidRPr="009C3767">
              <w:rPr>
                <w:rFonts w:cs="Times New Roman"/>
                <w:szCs w:val="26"/>
              </w:rPr>
              <w:t>15</w:t>
            </w:r>
          </w:p>
        </w:tc>
        <w:tc>
          <w:tcPr>
            <w:tcW w:w="1571" w:type="dxa"/>
            <w:tcMar>
              <w:top w:w="80" w:type="dxa"/>
              <w:left w:w="80" w:type="dxa"/>
              <w:bottom w:w="80" w:type="dxa"/>
              <w:right w:w="80" w:type="dxa"/>
            </w:tcMar>
            <w:vAlign w:val="center"/>
          </w:tcPr>
          <w:p w14:paraId="1B5CF210" w14:textId="6C3F9B18" w:rsidR="002E1A89" w:rsidRPr="009C3767" w:rsidRDefault="002E1A89" w:rsidP="002E1A89">
            <w:pPr>
              <w:spacing w:after="0" w:line="240" w:lineRule="auto"/>
              <w:jc w:val="center"/>
              <w:rPr>
                <w:rFonts w:cs="Times New Roman"/>
                <w:szCs w:val="26"/>
              </w:rPr>
            </w:pPr>
            <w:r w:rsidRPr="009C3767">
              <w:rPr>
                <w:rFonts w:cs="Times New Roman"/>
                <w:szCs w:val="26"/>
              </w:rPr>
              <w:t>Tổ dân phố số 9</w:t>
            </w:r>
          </w:p>
        </w:tc>
        <w:tc>
          <w:tcPr>
            <w:tcW w:w="984" w:type="dxa"/>
            <w:tcMar>
              <w:top w:w="80" w:type="dxa"/>
              <w:left w:w="80" w:type="dxa"/>
              <w:bottom w:w="80" w:type="dxa"/>
              <w:right w:w="80" w:type="dxa"/>
            </w:tcMar>
            <w:vAlign w:val="center"/>
          </w:tcPr>
          <w:p w14:paraId="57BF15B8" w14:textId="209039D2"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58B11FBD" w14:textId="43765D15"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val="restart"/>
            <w:tcMar>
              <w:top w:w="80" w:type="dxa"/>
              <w:left w:w="80" w:type="dxa"/>
              <w:bottom w:w="80" w:type="dxa"/>
              <w:right w:w="80" w:type="dxa"/>
            </w:tcMar>
            <w:vAlign w:val="center"/>
          </w:tcPr>
          <w:p w14:paraId="1E1B8515" w14:textId="0EAB55AF" w:rsidR="002E1A89" w:rsidRPr="009C3767" w:rsidRDefault="002E1A89" w:rsidP="002E1A89">
            <w:pPr>
              <w:spacing w:after="0" w:line="240" w:lineRule="auto"/>
              <w:jc w:val="center"/>
              <w:rPr>
                <w:rFonts w:cs="Times New Roman"/>
                <w:szCs w:val="26"/>
              </w:rPr>
            </w:pPr>
            <w:r w:rsidRPr="009C3767">
              <w:rPr>
                <w:rFonts w:cs="Times New Roman"/>
                <w:szCs w:val="26"/>
              </w:rPr>
              <w:t>Hưng Phúc</w:t>
            </w:r>
          </w:p>
        </w:tc>
        <w:tc>
          <w:tcPr>
            <w:tcW w:w="1176" w:type="dxa"/>
            <w:vMerge w:val="restart"/>
            <w:tcMar>
              <w:top w:w="80" w:type="dxa"/>
              <w:left w:w="80" w:type="dxa"/>
              <w:bottom w:w="80" w:type="dxa"/>
              <w:right w:w="80" w:type="dxa"/>
            </w:tcMar>
            <w:vAlign w:val="center"/>
          </w:tcPr>
          <w:p w14:paraId="20CD2DEE" w14:textId="60A5A758" w:rsidR="002E1A89" w:rsidRPr="009C3767" w:rsidRDefault="002E1A89" w:rsidP="002E1A89">
            <w:pPr>
              <w:spacing w:after="0" w:line="240" w:lineRule="auto"/>
              <w:jc w:val="center"/>
              <w:rPr>
                <w:rFonts w:cs="Times New Roman"/>
                <w:szCs w:val="26"/>
              </w:rPr>
            </w:pPr>
            <w:r w:rsidRPr="009C3767">
              <w:rPr>
                <w:rFonts w:cs="Times New Roman"/>
                <w:szCs w:val="26"/>
              </w:rPr>
              <w:t>1085</w:t>
            </w:r>
          </w:p>
        </w:tc>
        <w:tc>
          <w:tcPr>
            <w:tcW w:w="1176" w:type="dxa"/>
            <w:vMerge w:val="restart"/>
            <w:tcMar>
              <w:top w:w="80" w:type="dxa"/>
              <w:left w:w="80" w:type="dxa"/>
              <w:bottom w:w="80" w:type="dxa"/>
              <w:right w:w="80" w:type="dxa"/>
            </w:tcMar>
            <w:vAlign w:val="center"/>
          </w:tcPr>
          <w:p w14:paraId="7A67B8E2" w14:textId="4B011EB5" w:rsidR="002E1A89" w:rsidRPr="009C3767" w:rsidRDefault="002E1A89" w:rsidP="002E1A89">
            <w:pPr>
              <w:spacing w:after="0" w:line="240" w:lineRule="auto"/>
              <w:jc w:val="center"/>
              <w:rPr>
                <w:rFonts w:cs="Times New Roman"/>
                <w:szCs w:val="26"/>
              </w:rPr>
            </w:pPr>
            <w:r w:rsidRPr="009C3767">
              <w:rPr>
                <w:rFonts w:cs="Times New Roman"/>
                <w:szCs w:val="26"/>
              </w:rPr>
              <w:t>3161</w:t>
            </w:r>
          </w:p>
        </w:tc>
        <w:tc>
          <w:tcPr>
            <w:tcW w:w="1176" w:type="dxa"/>
            <w:tcMar>
              <w:top w:w="80" w:type="dxa"/>
              <w:left w:w="80" w:type="dxa"/>
              <w:bottom w:w="80" w:type="dxa"/>
              <w:right w:w="80" w:type="dxa"/>
            </w:tcMar>
            <w:vAlign w:val="center"/>
          </w:tcPr>
          <w:p w14:paraId="782CA37E" w14:textId="77777777" w:rsidR="002E1A89" w:rsidRPr="009C3767" w:rsidRDefault="002E1A89" w:rsidP="002E1A89">
            <w:pPr>
              <w:spacing w:after="0" w:line="240" w:lineRule="auto"/>
              <w:jc w:val="center"/>
              <w:rPr>
                <w:rFonts w:cs="Times New Roman"/>
                <w:szCs w:val="26"/>
              </w:rPr>
            </w:pPr>
          </w:p>
        </w:tc>
      </w:tr>
      <w:tr w:rsidR="002E1A89" w:rsidRPr="009C3767" w14:paraId="1CC235A9" w14:textId="77777777" w:rsidTr="002E1A89">
        <w:trPr>
          <w:jc w:val="center"/>
        </w:trPr>
        <w:tc>
          <w:tcPr>
            <w:tcW w:w="781" w:type="dxa"/>
            <w:tcMar>
              <w:top w:w="80" w:type="dxa"/>
              <w:left w:w="80" w:type="dxa"/>
              <w:bottom w:w="80" w:type="dxa"/>
              <w:right w:w="80" w:type="dxa"/>
            </w:tcMar>
            <w:vAlign w:val="center"/>
          </w:tcPr>
          <w:p w14:paraId="685E9361" w14:textId="702419BE" w:rsidR="002E1A89" w:rsidRPr="009C3767" w:rsidRDefault="002E1A89" w:rsidP="002E1A89">
            <w:pPr>
              <w:spacing w:after="0" w:line="240" w:lineRule="auto"/>
              <w:jc w:val="center"/>
              <w:rPr>
                <w:rFonts w:cs="Times New Roman"/>
                <w:szCs w:val="26"/>
              </w:rPr>
            </w:pPr>
            <w:r w:rsidRPr="009C3767">
              <w:rPr>
                <w:rFonts w:cs="Times New Roman"/>
                <w:szCs w:val="26"/>
              </w:rPr>
              <w:t>16</w:t>
            </w:r>
          </w:p>
        </w:tc>
        <w:tc>
          <w:tcPr>
            <w:tcW w:w="1571" w:type="dxa"/>
            <w:tcMar>
              <w:top w:w="80" w:type="dxa"/>
              <w:left w:w="80" w:type="dxa"/>
              <w:bottom w:w="80" w:type="dxa"/>
              <w:right w:w="80" w:type="dxa"/>
            </w:tcMar>
            <w:vAlign w:val="center"/>
          </w:tcPr>
          <w:p w14:paraId="0F48EFD8" w14:textId="121445E6" w:rsidR="002E1A89" w:rsidRPr="009C3767" w:rsidRDefault="002E1A89" w:rsidP="002E1A89">
            <w:pPr>
              <w:spacing w:after="0" w:line="240" w:lineRule="auto"/>
              <w:jc w:val="center"/>
              <w:rPr>
                <w:rFonts w:cs="Times New Roman"/>
                <w:szCs w:val="26"/>
              </w:rPr>
            </w:pPr>
            <w:r w:rsidRPr="009C3767">
              <w:rPr>
                <w:rFonts w:cs="Times New Roman"/>
                <w:szCs w:val="26"/>
              </w:rPr>
              <w:t>Tổ dân phố số 15</w:t>
            </w:r>
          </w:p>
        </w:tc>
        <w:tc>
          <w:tcPr>
            <w:tcW w:w="984" w:type="dxa"/>
            <w:tcMar>
              <w:top w:w="80" w:type="dxa"/>
              <w:left w:w="80" w:type="dxa"/>
              <w:bottom w:w="80" w:type="dxa"/>
              <w:right w:w="80" w:type="dxa"/>
            </w:tcMar>
            <w:vAlign w:val="center"/>
          </w:tcPr>
          <w:p w14:paraId="7C25F1C1" w14:textId="1C98BD7B"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56B87378" w14:textId="22BAC3FA"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7D32B442" w14:textId="77777777"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1D3A36DF" w14:textId="77777777"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5D57DC41" w14:textId="77777777"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0EA9A240" w14:textId="77777777" w:rsidR="002E1A89" w:rsidRPr="009C3767" w:rsidRDefault="002E1A89" w:rsidP="002E1A89">
            <w:pPr>
              <w:spacing w:after="0" w:line="240" w:lineRule="auto"/>
              <w:jc w:val="center"/>
              <w:rPr>
                <w:rFonts w:cs="Times New Roman"/>
                <w:szCs w:val="26"/>
              </w:rPr>
            </w:pPr>
          </w:p>
        </w:tc>
      </w:tr>
      <w:tr w:rsidR="002E1A89" w:rsidRPr="009C3767" w14:paraId="48D55825" w14:textId="77777777" w:rsidTr="002E1A89">
        <w:trPr>
          <w:jc w:val="center"/>
        </w:trPr>
        <w:tc>
          <w:tcPr>
            <w:tcW w:w="781" w:type="dxa"/>
            <w:tcMar>
              <w:top w:w="80" w:type="dxa"/>
              <w:left w:w="80" w:type="dxa"/>
              <w:bottom w:w="80" w:type="dxa"/>
              <w:right w:w="80" w:type="dxa"/>
            </w:tcMar>
            <w:vAlign w:val="center"/>
          </w:tcPr>
          <w:p w14:paraId="3A2E5E96" w14:textId="790BEE48" w:rsidR="002E1A89" w:rsidRPr="009C3767" w:rsidRDefault="002E1A89" w:rsidP="002E1A89">
            <w:pPr>
              <w:spacing w:after="0" w:line="240" w:lineRule="auto"/>
              <w:jc w:val="center"/>
              <w:rPr>
                <w:rFonts w:cs="Times New Roman"/>
                <w:szCs w:val="26"/>
              </w:rPr>
            </w:pPr>
            <w:r w:rsidRPr="009C3767">
              <w:rPr>
                <w:rFonts w:cs="Times New Roman"/>
                <w:szCs w:val="26"/>
              </w:rPr>
              <w:t>17</w:t>
            </w:r>
          </w:p>
        </w:tc>
        <w:tc>
          <w:tcPr>
            <w:tcW w:w="1571" w:type="dxa"/>
            <w:tcMar>
              <w:top w:w="80" w:type="dxa"/>
              <w:left w:w="80" w:type="dxa"/>
              <w:bottom w:w="80" w:type="dxa"/>
              <w:right w:w="80" w:type="dxa"/>
            </w:tcMar>
            <w:vAlign w:val="center"/>
          </w:tcPr>
          <w:p w14:paraId="1FEF76A9" w14:textId="04A0EE2F" w:rsidR="002E1A89" w:rsidRPr="009C3767" w:rsidRDefault="002E1A89" w:rsidP="002E1A89">
            <w:pPr>
              <w:spacing w:after="0" w:line="240" w:lineRule="auto"/>
              <w:jc w:val="center"/>
              <w:rPr>
                <w:rFonts w:cs="Times New Roman"/>
                <w:szCs w:val="26"/>
              </w:rPr>
            </w:pPr>
            <w:r w:rsidRPr="009C3767">
              <w:rPr>
                <w:rFonts w:cs="Times New Roman"/>
                <w:szCs w:val="26"/>
              </w:rPr>
              <w:t>Tổ dân phố số 16</w:t>
            </w:r>
          </w:p>
        </w:tc>
        <w:tc>
          <w:tcPr>
            <w:tcW w:w="984" w:type="dxa"/>
            <w:tcMar>
              <w:top w:w="80" w:type="dxa"/>
              <w:left w:w="80" w:type="dxa"/>
              <w:bottom w:w="80" w:type="dxa"/>
              <w:right w:w="80" w:type="dxa"/>
            </w:tcMar>
            <w:vAlign w:val="center"/>
          </w:tcPr>
          <w:p w14:paraId="40A806E3" w14:textId="4E2BBDD8"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091D15F9" w14:textId="2EAFF835" w:rsidR="002E1A89" w:rsidRPr="009C3767" w:rsidRDefault="002E1A89" w:rsidP="002E1A89">
            <w:pPr>
              <w:spacing w:after="0" w:line="240" w:lineRule="auto"/>
              <w:jc w:val="center"/>
              <w:rPr>
                <w:rFonts w:cs="Times New Roman"/>
                <w:szCs w:val="26"/>
              </w:rPr>
            </w:pPr>
            <w:r w:rsidRPr="009C3767">
              <w:rPr>
                <w:rFonts w:cs="Times New Roman"/>
                <w:szCs w:val="26"/>
              </w:rPr>
              <w:t>Sáp nhập + Đổi tên</w:t>
            </w:r>
          </w:p>
        </w:tc>
        <w:tc>
          <w:tcPr>
            <w:tcW w:w="1176" w:type="dxa"/>
            <w:vMerge/>
            <w:tcMar>
              <w:top w:w="80" w:type="dxa"/>
              <w:left w:w="80" w:type="dxa"/>
              <w:bottom w:w="80" w:type="dxa"/>
              <w:right w:w="80" w:type="dxa"/>
            </w:tcMar>
            <w:vAlign w:val="center"/>
          </w:tcPr>
          <w:p w14:paraId="3BE0AD53" w14:textId="77777777"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35662803" w14:textId="77777777" w:rsidR="002E1A89" w:rsidRPr="009C3767" w:rsidRDefault="002E1A89" w:rsidP="002E1A89">
            <w:pPr>
              <w:spacing w:after="0" w:line="240" w:lineRule="auto"/>
              <w:jc w:val="center"/>
              <w:rPr>
                <w:rFonts w:cs="Times New Roman"/>
                <w:szCs w:val="26"/>
              </w:rPr>
            </w:pPr>
          </w:p>
        </w:tc>
        <w:tc>
          <w:tcPr>
            <w:tcW w:w="1176" w:type="dxa"/>
            <w:vMerge/>
            <w:tcMar>
              <w:top w:w="80" w:type="dxa"/>
              <w:left w:w="80" w:type="dxa"/>
              <w:bottom w:w="80" w:type="dxa"/>
              <w:right w:w="80" w:type="dxa"/>
            </w:tcMar>
            <w:vAlign w:val="center"/>
          </w:tcPr>
          <w:p w14:paraId="2B19D348" w14:textId="77777777" w:rsidR="002E1A89" w:rsidRPr="009C3767" w:rsidRDefault="002E1A89" w:rsidP="002E1A89">
            <w:pPr>
              <w:spacing w:after="0" w:line="240" w:lineRule="auto"/>
              <w:jc w:val="center"/>
              <w:rPr>
                <w:rFonts w:cs="Times New Roman"/>
                <w:szCs w:val="26"/>
              </w:rPr>
            </w:pPr>
          </w:p>
        </w:tc>
        <w:tc>
          <w:tcPr>
            <w:tcW w:w="1176" w:type="dxa"/>
            <w:tcMar>
              <w:top w:w="80" w:type="dxa"/>
              <w:left w:w="80" w:type="dxa"/>
              <w:bottom w:w="80" w:type="dxa"/>
              <w:right w:w="80" w:type="dxa"/>
            </w:tcMar>
            <w:vAlign w:val="center"/>
          </w:tcPr>
          <w:p w14:paraId="18CB42FB" w14:textId="77777777" w:rsidR="002E1A89" w:rsidRPr="009C3767" w:rsidRDefault="002E1A89" w:rsidP="002E1A89">
            <w:pPr>
              <w:spacing w:after="0" w:line="240" w:lineRule="auto"/>
              <w:jc w:val="center"/>
              <w:rPr>
                <w:rFonts w:cs="Times New Roman"/>
                <w:szCs w:val="26"/>
              </w:rPr>
            </w:pPr>
          </w:p>
        </w:tc>
      </w:tr>
      <w:tr w:rsidR="002E1A89" w:rsidRPr="009C3767" w14:paraId="6C4F0973" w14:textId="77777777" w:rsidTr="002E1A89">
        <w:trPr>
          <w:jc w:val="center"/>
        </w:trPr>
        <w:tc>
          <w:tcPr>
            <w:tcW w:w="781" w:type="dxa"/>
            <w:tcMar>
              <w:top w:w="80" w:type="dxa"/>
              <w:left w:w="80" w:type="dxa"/>
              <w:bottom w:w="80" w:type="dxa"/>
              <w:right w:w="80" w:type="dxa"/>
            </w:tcMar>
            <w:vAlign w:val="center"/>
          </w:tcPr>
          <w:p w14:paraId="5C6D50A9" w14:textId="65D1BAF6" w:rsidR="002E1A89" w:rsidRPr="009C3767" w:rsidRDefault="002E1A89" w:rsidP="002E1A89">
            <w:pPr>
              <w:spacing w:after="0" w:line="240" w:lineRule="auto"/>
              <w:jc w:val="center"/>
              <w:rPr>
                <w:rFonts w:cs="Times New Roman"/>
                <w:szCs w:val="26"/>
              </w:rPr>
            </w:pPr>
            <w:r w:rsidRPr="009C3767">
              <w:rPr>
                <w:rFonts w:cs="Times New Roman"/>
                <w:szCs w:val="26"/>
              </w:rPr>
              <w:t>18</w:t>
            </w:r>
          </w:p>
        </w:tc>
        <w:tc>
          <w:tcPr>
            <w:tcW w:w="1571" w:type="dxa"/>
            <w:tcMar>
              <w:top w:w="80" w:type="dxa"/>
              <w:left w:w="80" w:type="dxa"/>
              <w:bottom w:w="80" w:type="dxa"/>
              <w:right w:w="80" w:type="dxa"/>
            </w:tcMar>
            <w:vAlign w:val="center"/>
          </w:tcPr>
          <w:p w14:paraId="68BC3A76" w14:textId="655399AA" w:rsidR="002E1A89" w:rsidRPr="009C3767" w:rsidRDefault="002E1A89" w:rsidP="002E1A89">
            <w:pPr>
              <w:spacing w:after="0" w:line="240" w:lineRule="auto"/>
              <w:jc w:val="center"/>
              <w:rPr>
                <w:rFonts w:cs="Times New Roman"/>
                <w:szCs w:val="26"/>
              </w:rPr>
            </w:pPr>
            <w:r w:rsidRPr="009C3767">
              <w:rPr>
                <w:rFonts w:cs="Times New Roman"/>
                <w:szCs w:val="26"/>
              </w:rPr>
              <w:t>Tổ dân phố số 17</w:t>
            </w:r>
          </w:p>
        </w:tc>
        <w:tc>
          <w:tcPr>
            <w:tcW w:w="984" w:type="dxa"/>
            <w:tcMar>
              <w:top w:w="80" w:type="dxa"/>
              <w:left w:w="80" w:type="dxa"/>
              <w:bottom w:w="80" w:type="dxa"/>
              <w:right w:w="80" w:type="dxa"/>
            </w:tcMar>
            <w:vAlign w:val="center"/>
          </w:tcPr>
          <w:p w14:paraId="181B9D42" w14:textId="5DED2E6C" w:rsidR="002E1A89" w:rsidRPr="009C3767" w:rsidRDefault="002E1A89" w:rsidP="002E1A89">
            <w:pPr>
              <w:spacing w:after="0" w:line="240" w:lineRule="auto"/>
              <w:jc w:val="center"/>
              <w:rPr>
                <w:rFonts w:cs="Times New Roman"/>
                <w:szCs w:val="26"/>
              </w:rPr>
            </w:pPr>
            <w:r w:rsidRPr="009C3767">
              <w:rPr>
                <w:rFonts w:cs="Times New Roman"/>
                <w:szCs w:val="26"/>
              </w:rPr>
              <w:t>TDP</w:t>
            </w:r>
          </w:p>
        </w:tc>
        <w:tc>
          <w:tcPr>
            <w:tcW w:w="1515" w:type="dxa"/>
            <w:tcMar>
              <w:top w:w="80" w:type="dxa"/>
              <w:left w:w="80" w:type="dxa"/>
              <w:bottom w:w="80" w:type="dxa"/>
              <w:right w:w="80" w:type="dxa"/>
            </w:tcMar>
            <w:vAlign w:val="center"/>
          </w:tcPr>
          <w:p w14:paraId="766C9F07" w14:textId="333C71EF" w:rsidR="002E1A89" w:rsidRPr="009C3767" w:rsidRDefault="002E1A89" w:rsidP="002E1A89">
            <w:pPr>
              <w:spacing w:after="0" w:line="240" w:lineRule="auto"/>
              <w:jc w:val="center"/>
              <w:rPr>
                <w:rFonts w:cs="Times New Roman"/>
                <w:szCs w:val="26"/>
              </w:rPr>
            </w:pPr>
            <w:r w:rsidRPr="009C3767">
              <w:rPr>
                <w:rFonts w:cs="Times New Roman"/>
                <w:szCs w:val="26"/>
              </w:rPr>
              <w:t>Đổi tên</w:t>
            </w:r>
          </w:p>
        </w:tc>
        <w:tc>
          <w:tcPr>
            <w:tcW w:w="1176" w:type="dxa"/>
            <w:tcMar>
              <w:top w:w="80" w:type="dxa"/>
              <w:left w:w="80" w:type="dxa"/>
              <w:bottom w:w="80" w:type="dxa"/>
              <w:right w:w="80" w:type="dxa"/>
            </w:tcMar>
            <w:vAlign w:val="center"/>
          </w:tcPr>
          <w:p w14:paraId="401DB645" w14:textId="537F4561" w:rsidR="002E1A89" w:rsidRPr="009C3767" w:rsidRDefault="002E1A89" w:rsidP="002E1A89">
            <w:pPr>
              <w:spacing w:after="0" w:line="240" w:lineRule="auto"/>
              <w:jc w:val="center"/>
              <w:rPr>
                <w:rFonts w:cs="Times New Roman"/>
                <w:szCs w:val="26"/>
              </w:rPr>
            </w:pPr>
            <w:r w:rsidRPr="009C3767">
              <w:rPr>
                <w:rFonts w:cs="Times New Roman"/>
                <w:szCs w:val="26"/>
              </w:rPr>
              <w:t>Hưng Thịnh</w:t>
            </w:r>
          </w:p>
        </w:tc>
        <w:tc>
          <w:tcPr>
            <w:tcW w:w="1176" w:type="dxa"/>
            <w:tcMar>
              <w:top w:w="80" w:type="dxa"/>
              <w:left w:w="80" w:type="dxa"/>
              <w:bottom w:w="80" w:type="dxa"/>
              <w:right w:w="80" w:type="dxa"/>
            </w:tcMar>
            <w:vAlign w:val="center"/>
          </w:tcPr>
          <w:p w14:paraId="4EE6501B" w14:textId="3C34F71C" w:rsidR="002E1A89" w:rsidRPr="009C3767" w:rsidRDefault="002E1A89" w:rsidP="002E1A89">
            <w:pPr>
              <w:spacing w:after="0" w:line="240" w:lineRule="auto"/>
              <w:jc w:val="center"/>
              <w:rPr>
                <w:rFonts w:cs="Times New Roman"/>
                <w:szCs w:val="26"/>
              </w:rPr>
            </w:pPr>
            <w:r w:rsidRPr="009C3767">
              <w:rPr>
                <w:rFonts w:cs="Times New Roman"/>
                <w:szCs w:val="26"/>
              </w:rPr>
              <w:t>744</w:t>
            </w:r>
          </w:p>
        </w:tc>
        <w:tc>
          <w:tcPr>
            <w:tcW w:w="1176" w:type="dxa"/>
            <w:tcMar>
              <w:top w:w="80" w:type="dxa"/>
              <w:left w:w="80" w:type="dxa"/>
              <w:bottom w:w="80" w:type="dxa"/>
              <w:right w:w="80" w:type="dxa"/>
            </w:tcMar>
            <w:vAlign w:val="center"/>
          </w:tcPr>
          <w:p w14:paraId="749BE9E2" w14:textId="71386DAE" w:rsidR="002E1A89" w:rsidRPr="009C3767" w:rsidRDefault="002E1A89" w:rsidP="002E1A89">
            <w:pPr>
              <w:spacing w:after="0" w:line="240" w:lineRule="auto"/>
              <w:jc w:val="center"/>
              <w:rPr>
                <w:rFonts w:cs="Times New Roman"/>
                <w:szCs w:val="26"/>
              </w:rPr>
            </w:pPr>
            <w:r w:rsidRPr="009C3767">
              <w:rPr>
                <w:rFonts w:cs="Times New Roman"/>
                <w:szCs w:val="26"/>
              </w:rPr>
              <w:t>2632</w:t>
            </w:r>
          </w:p>
        </w:tc>
        <w:tc>
          <w:tcPr>
            <w:tcW w:w="1176" w:type="dxa"/>
            <w:tcMar>
              <w:top w:w="80" w:type="dxa"/>
              <w:left w:w="80" w:type="dxa"/>
              <w:bottom w:w="80" w:type="dxa"/>
              <w:right w:w="80" w:type="dxa"/>
            </w:tcMar>
            <w:vAlign w:val="center"/>
          </w:tcPr>
          <w:p w14:paraId="1C686748" w14:textId="77777777" w:rsidR="002E1A89" w:rsidRPr="009C3767" w:rsidRDefault="002E1A89" w:rsidP="002E1A89">
            <w:pPr>
              <w:spacing w:after="0" w:line="240" w:lineRule="auto"/>
              <w:jc w:val="center"/>
              <w:rPr>
                <w:rFonts w:cs="Times New Roman"/>
                <w:szCs w:val="26"/>
              </w:rPr>
            </w:pPr>
          </w:p>
        </w:tc>
      </w:tr>
    </w:tbl>
    <w:p w14:paraId="6C33A32B" w14:textId="77777777" w:rsidR="00102E8F" w:rsidRPr="009C3767" w:rsidRDefault="00102E8F" w:rsidP="00CC23C0">
      <w:pPr>
        <w:spacing w:after="0" w:line="240" w:lineRule="auto"/>
        <w:rPr>
          <w:rFonts w:cs="Times New Roman"/>
          <w:szCs w:val="26"/>
        </w:rPr>
      </w:pPr>
    </w:p>
    <w:p w14:paraId="771E822D" w14:textId="77777777" w:rsidR="002E1A89" w:rsidRPr="009C3767" w:rsidRDefault="002E1A89">
      <w:pPr>
        <w:rPr>
          <w:rFonts w:cs="Times New Roman"/>
          <w:b/>
          <w:szCs w:val="26"/>
        </w:rPr>
      </w:pPr>
      <w:r w:rsidRPr="009C3767">
        <w:rPr>
          <w:rFonts w:cs="Times New Roman"/>
          <w:b/>
          <w:szCs w:val="26"/>
        </w:rPr>
        <w:br w:type="page"/>
      </w:r>
    </w:p>
    <w:p w14:paraId="044C1F55" w14:textId="3A1C9F78"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lastRenderedPageBreak/>
        <w:t>PHỤ LỤC 3. PHIẾU LẤY Ý KIẾN CỬ TRI ĐẠI DIỆN HỘ GIA ĐÌNH</w:t>
      </w:r>
    </w:p>
    <w:p w14:paraId="775AB513" w14:textId="550D7F18" w:rsidR="00102E8F" w:rsidRPr="009C3767" w:rsidRDefault="00723C88" w:rsidP="00BA0AE2">
      <w:pPr>
        <w:spacing w:after="0" w:line="288" w:lineRule="auto"/>
        <w:rPr>
          <w:rFonts w:cs="Times New Roman"/>
          <w:sz w:val="28"/>
          <w:szCs w:val="28"/>
        </w:rPr>
      </w:pPr>
      <w:r w:rsidRPr="009C3767">
        <w:rPr>
          <w:rFonts w:cs="Times New Roman"/>
          <w:sz w:val="28"/>
          <w:szCs w:val="28"/>
        </w:rPr>
        <w:t xml:space="preserve">Tên </w:t>
      </w:r>
      <w:r w:rsidR="00BA0AE2" w:rsidRPr="009C3767">
        <w:rPr>
          <w:rFonts w:cs="Times New Roman"/>
          <w:sz w:val="28"/>
          <w:szCs w:val="28"/>
        </w:rPr>
        <w:t>tổ dân phố</w:t>
      </w:r>
      <w:r w:rsidRPr="009C3767">
        <w:rPr>
          <w:rFonts w:cs="Times New Roman"/>
          <w:sz w:val="28"/>
          <w:szCs w:val="28"/>
        </w:rPr>
        <w:t xml:space="preserve"> lấy ý kiến: …</w:t>
      </w:r>
    </w:p>
    <w:p w14:paraId="6DE198C1" w14:textId="27EDADEC" w:rsidR="00102E8F" w:rsidRPr="009C3767" w:rsidRDefault="00723C88" w:rsidP="00BA0AE2">
      <w:pPr>
        <w:spacing w:after="0" w:line="288" w:lineRule="auto"/>
        <w:rPr>
          <w:rFonts w:cs="Times New Roman"/>
          <w:sz w:val="28"/>
          <w:szCs w:val="28"/>
        </w:rPr>
      </w:pPr>
      <w:r w:rsidRPr="009C3767">
        <w:rPr>
          <w:rFonts w:cs="Times New Roman"/>
          <w:sz w:val="28"/>
          <w:szCs w:val="28"/>
        </w:rPr>
        <w:t xml:space="preserve">Nội dung lấy ý kiến: Phương án sắp xếp tổ dân phố trên địa bàn </w:t>
      </w:r>
      <w:r w:rsidR="00BA0AE2" w:rsidRPr="009C3767">
        <w:rPr>
          <w:rFonts w:cs="Times New Roman"/>
          <w:sz w:val="28"/>
          <w:szCs w:val="28"/>
        </w:rPr>
        <w:t>phường Yên Sở</w:t>
      </w:r>
      <w:r w:rsidRPr="009C3767">
        <w:rPr>
          <w:rFonts w:cs="Times New Roman"/>
          <w:sz w:val="28"/>
          <w:szCs w:val="28"/>
        </w:rPr>
        <w:t xml:space="preserve"> theo Đề án của UBND </w:t>
      </w:r>
      <w:r w:rsidR="00BA0AE2" w:rsidRPr="009C3767">
        <w:rPr>
          <w:rFonts w:cs="Times New Roman"/>
          <w:sz w:val="28"/>
          <w:szCs w:val="28"/>
        </w:rPr>
        <w:t>phường Yên Sở</w:t>
      </w:r>
    </w:p>
    <w:p w14:paraId="4FCE504D" w14:textId="77777777" w:rsidR="00BA0AE2" w:rsidRPr="009C3767" w:rsidRDefault="00BA0AE2" w:rsidP="00BA0AE2">
      <w:pPr>
        <w:spacing w:after="0" w:line="288" w:lineRule="auto"/>
        <w:rPr>
          <w:rFonts w:cs="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9"/>
        <w:gridCol w:w="2348"/>
        <w:gridCol w:w="2349"/>
        <w:gridCol w:w="2349"/>
      </w:tblGrid>
      <w:tr w:rsidR="00102E8F" w:rsidRPr="009C3767" w14:paraId="53EF3F6C" w14:textId="77777777">
        <w:trPr>
          <w:tblHeader/>
          <w:jc w:val="center"/>
        </w:trPr>
        <w:tc>
          <w:tcPr>
            <w:tcW w:w="2351" w:type="dxa"/>
            <w:shd w:val="clear" w:color="auto" w:fill="E6E6E6"/>
            <w:tcMar>
              <w:top w:w="80" w:type="dxa"/>
              <w:left w:w="80" w:type="dxa"/>
              <w:bottom w:w="80" w:type="dxa"/>
              <w:right w:w="80" w:type="dxa"/>
            </w:tcMar>
          </w:tcPr>
          <w:p w14:paraId="02AE11E3"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Nội dung</w:t>
            </w:r>
          </w:p>
        </w:tc>
        <w:tc>
          <w:tcPr>
            <w:tcW w:w="2351" w:type="dxa"/>
            <w:shd w:val="clear" w:color="auto" w:fill="E6E6E6"/>
            <w:tcMar>
              <w:top w:w="80" w:type="dxa"/>
              <w:left w:w="80" w:type="dxa"/>
              <w:bottom w:w="80" w:type="dxa"/>
              <w:right w:w="80" w:type="dxa"/>
            </w:tcMar>
          </w:tcPr>
          <w:p w14:paraId="6AF0E8FC"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Ý kiến đồng ý</w:t>
            </w:r>
          </w:p>
        </w:tc>
        <w:tc>
          <w:tcPr>
            <w:tcW w:w="2351" w:type="dxa"/>
            <w:shd w:val="clear" w:color="auto" w:fill="E6E6E6"/>
            <w:tcMar>
              <w:top w:w="80" w:type="dxa"/>
              <w:left w:w="80" w:type="dxa"/>
              <w:bottom w:w="80" w:type="dxa"/>
              <w:right w:w="80" w:type="dxa"/>
            </w:tcMar>
          </w:tcPr>
          <w:p w14:paraId="3726FC3E"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Ý kiến không đồng ý</w:t>
            </w:r>
          </w:p>
        </w:tc>
        <w:tc>
          <w:tcPr>
            <w:tcW w:w="2351" w:type="dxa"/>
            <w:shd w:val="clear" w:color="auto" w:fill="E6E6E6"/>
            <w:tcMar>
              <w:top w:w="80" w:type="dxa"/>
              <w:left w:w="80" w:type="dxa"/>
              <w:bottom w:w="80" w:type="dxa"/>
              <w:right w:w="80" w:type="dxa"/>
            </w:tcMar>
          </w:tcPr>
          <w:p w14:paraId="6DA7A845"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Ý kiến khác/kiến nghị</w:t>
            </w:r>
          </w:p>
        </w:tc>
      </w:tr>
      <w:tr w:rsidR="00102E8F" w:rsidRPr="009C3767" w14:paraId="7D506F61" w14:textId="77777777">
        <w:trPr>
          <w:jc w:val="center"/>
        </w:trPr>
        <w:tc>
          <w:tcPr>
            <w:tcW w:w="2351" w:type="dxa"/>
            <w:tcMar>
              <w:top w:w="80" w:type="dxa"/>
              <w:left w:w="80" w:type="dxa"/>
              <w:bottom w:w="80" w:type="dxa"/>
              <w:right w:w="80" w:type="dxa"/>
            </w:tcMar>
          </w:tcPr>
          <w:p w14:paraId="1C6102DB" w14:textId="77777777" w:rsidR="00102E8F" w:rsidRPr="009C3767" w:rsidRDefault="00723C88" w:rsidP="00BA0AE2">
            <w:pPr>
              <w:spacing w:after="0" w:line="288" w:lineRule="auto"/>
              <w:jc w:val="center"/>
              <w:rPr>
                <w:rFonts w:cs="Times New Roman"/>
                <w:szCs w:val="26"/>
              </w:rPr>
            </w:pPr>
            <w:r w:rsidRPr="009C3767">
              <w:rPr>
                <w:rFonts w:cs="Times New Roman"/>
                <w:szCs w:val="26"/>
              </w:rPr>
              <w:t>Sự cần thiết sắp xếp</w:t>
            </w:r>
          </w:p>
        </w:tc>
        <w:tc>
          <w:tcPr>
            <w:tcW w:w="2351" w:type="dxa"/>
            <w:tcMar>
              <w:top w:w="80" w:type="dxa"/>
              <w:left w:w="80" w:type="dxa"/>
              <w:bottom w:w="80" w:type="dxa"/>
              <w:right w:w="80" w:type="dxa"/>
            </w:tcMar>
          </w:tcPr>
          <w:p w14:paraId="50B73F42"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2102AD8E"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7EC8ED9C"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r>
      <w:tr w:rsidR="00102E8F" w:rsidRPr="009C3767" w14:paraId="229DDA0D" w14:textId="77777777">
        <w:trPr>
          <w:jc w:val="center"/>
        </w:trPr>
        <w:tc>
          <w:tcPr>
            <w:tcW w:w="2351" w:type="dxa"/>
            <w:tcMar>
              <w:top w:w="80" w:type="dxa"/>
              <w:left w:w="80" w:type="dxa"/>
              <w:bottom w:w="80" w:type="dxa"/>
              <w:right w:w="80" w:type="dxa"/>
            </w:tcMar>
          </w:tcPr>
          <w:p w14:paraId="11CDEA3B" w14:textId="77777777" w:rsidR="00102E8F" w:rsidRPr="009C3767" w:rsidRDefault="00723C88" w:rsidP="00BA0AE2">
            <w:pPr>
              <w:spacing w:after="0" w:line="288" w:lineRule="auto"/>
              <w:jc w:val="center"/>
              <w:rPr>
                <w:rFonts w:cs="Times New Roman"/>
                <w:szCs w:val="26"/>
              </w:rPr>
            </w:pPr>
            <w:r w:rsidRPr="009C3767">
              <w:rPr>
                <w:rFonts w:cs="Times New Roman"/>
                <w:szCs w:val="26"/>
              </w:rPr>
              <w:t>Phương án sắp xếp, ranh giới, tên gọi</w:t>
            </w:r>
          </w:p>
        </w:tc>
        <w:tc>
          <w:tcPr>
            <w:tcW w:w="2351" w:type="dxa"/>
            <w:tcMar>
              <w:top w:w="80" w:type="dxa"/>
              <w:left w:w="80" w:type="dxa"/>
              <w:bottom w:w="80" w:type="dxa"/>
              <w:right w:w="80" w:type="dxa"/>
            </w:tcMar>
          </w:tcPr>
          <w:p w14:paraId="239F9501"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3C240A5A"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4DADE102"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r>
      <w:tr w:rsidR="00102E8F" w:rsidRPr="009C3767" w14:paraId="6F7BCCFE" w14:textId="77777777">
        <w:trPr>
          <w:jc w:val="center"/>
        </w:trPr>
        <w:tc>
          <w:tcPr>
            <w:tcW w:w="2351" w:type="dxa"/>
            <w:tcMar>
              <w:top w:w="80" w:type="dxa"/>
              <w:left w:w="80" w:type="dxa"/>
              <w:bottom w:w="80" w:type="dxa"/>
              <w:right w:w="80" w:type="dxa"/>
            </w:tcMar>
          </w:tcPr>
          <w:p w14:paraId="1CC2F3C6" w14:textId="77777777" w:rsidR="00102E8F" w:rsidRPr="009C3767" w:rsidRDefault="00723C88" w:rsidP="00BA0AE2">
            <w:pPr>
              <w:spacing w:after="0" w:line="288" w:lineRule="auto"/>
              <w:jc w:val="center"/>
              <w:rPr>
                <w:rFonts w:cs="Times New Roman"/>
                <w:szCs w:val="26"/>
              </w:rPr>
            </w:pPr>
            <w:r w:rsidRPr="009C3767">
              <w:rPr>
                <w:rFonts w:cs="Times New Roman"/>
                <w:szCs w:val="26"/>
              </w:rPr>
              <w:t>Phương án kiện toàn người hoạt động không chuyên trách</w:t>
            </w:r>
          </w:p>
        </w:tc>
        <w:tc>
          <w:tcPr>
            <w:tcW w:w="2351" w:type="dxa"/>
            <w:tcMar>
              <w:top w:w="80" w:type="dxa"/>
              <w:left w:w="80" w:type="dxa"/>
              <w:bottom w:w="80" w:type="dxa"/>
              <w:right w:w="80" w:type="dxa"/>
            </w:tcMar>
          </w:tcPr>
          <w:p w14:paraId="7E0EBE9B"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16B32BAF"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c>
          <w:tcPr>
            <w:tcW w:w="2351" w:type="dxa"/>
            <w:tcMar>
              <w:top w:w="80" w:type="dxa"/>
              <w:left w:w="80" w:type="dxa"/>
              <w:bottom w:w="80" w:type="dxa"/>
              <w:right w:w="80" w:type="dxa"/>
            </w:tcMar>
          </w:tcPr>
          <w:p w14:paraId="729F9749"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w:t>
            </w:r>
          </w:p>
        </w:tc>
      </w:tr>
    </w:tbl>
    <w:p w14:paraId="7B7427AD" w14:textId="77777777" w:rsidR="00102E8F" w:rsidRPr="009C3767" w:rsidRDefault="00102E8F" w:rsidP="00BA0AE2">
      <w:pPr>
        <w:spacing w:after="0" w:line="288" w:lineRule="auto"/>
        <w:rPr>
          <w:rFonts w:cs="Times New Roman"/>
          <w:sz w:val="28"/>
          <w:szCs w:val="28"/>
        </w:rPr>
      </w:pPr>
    </w:p>
    <w:p w14:paraId="32231E58"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Đại diện hộ gia đình ký, ghi rõ họ tên: …</w:t>
      </w:r>
    </w:p>
    <w:p w14:paraId="084FF19C" w14:textId="77777777" w:rsidR="00102E8F" w:rsidRPr="009C3767" w:rsidRDefault="00723C88" w:rsidP="00CC23C0">
      <w:pPr>
        <w:spacing w:after="0" w:line="240" w:lineRule="auto"/>
        <w:rPr>
          <w:rFonts w:cs="Times New Roman"/>
          <w:sz w:val="28"/>
          <w:szCs w:val="28"/>
        </w:rPr>
      </w:pPr>
      <w:r w:rsidRPr="009C3767">
        <w:rPr>
          <w:rFonts w:cs="Times New Roman"/>
          <w:sz w:val="28"/>
          <w:szCs w:val="28"/>
        </w:rPr>
        <w:br w:type="page"/>
      </w:r>
    </w:p>
    <w:p w14:paraId="7DF4A6C4"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lastRenderedPageBreak/>
        <w:t>PHỤ LỤC 4. BIÊN BẢN KIỂM PHIẾU/TỔNG HỢP PHIẾU LẤY Ý KIẾN</w:t>
      </w:r>
    </w:p>
    <w:p w14:paraId="2DAE96C7" w14:textId="430EC022" w:rsidR="00102E8F" w:rsidRPr="009C3767" w:rsidRDefault="00723C88" w:rsidP="00BA0AE2">
      <w:pPr>
        <w:spacing w:after="0" w:line="288" w:lineRule="auto"/>
        <w:rPr>
          <w:rFonts w:cs="Times New Roman"/>
          <w:sz w:val="28"/>
          <w:szCs w:val="28"/>
        </w:rPr>
      </w:pPr>
      <w:r w:rsidRPr="009C3767">
        <w:rPr>
          <w:rFonts w:cs="Times New Roman"/>
          <w:sz w:val="28"/>
          <w:szCs w:val="28"/>
        </w:rPr>
        <w:t xml:space="preserve">Tên </w:t>
      </w:r>
      <w:r w:rsidR="00BA0AE2" w:rsidRPr="009C3767">
        <w:rPr>
          <w:rFonts w:cs="Times New Roman"/>
          <w:sz w:val="28"/>
          <w:szCs w:val="28"/>
        </w:rPr>
        <w:t>tổ dân phố</w:t>
      </w:r>
      <w:r w:rsidRPr="009C3767">
        <w:rPr>
          <w:rFonts w:cs="Times New Roman"/>
          <w:sz w:val="28"/>
          <w:szCs w:val="28"/>
        </w:rPr>
        <w:t xml:space="preserve"> lấy ý kiến: …</w:t>
      </w:r>
    </w:p>
    <w:p w14:paraId="58E48BAB" w14:textId="77777777" w:rsidR="00BA0AE2" w:rsidRPr="009C3767" w:rsidRDefault="00723C88" w:rsidP="00BA0AE2">
      <w:pPr>
        <w:spacing w:after="0" w:line="288" w:lineRule="auto"/>
        <w:rPr>
          <w:rFonts w:cs="Times New Roman"/>
          <w:sz w:val="28"/>
          <w:szCs w:val="28"/>
        </w:rPr>
      </w:pPr>
      <w:r w:rsidRPr="009C3767">
        <w:rPr>
          <w:rFonts w:cs="Times New Roman"/>
          <w:sz w:val="28"/>
          <w:szCs w:val="28"/>
        </w:rPr>
        <w:t xml:space="preserve">Nội dung lấy ý kiến: </w:t>
      </w:r>
      <w:r w:rsidR="00BA0AE2" w:rsidRPr="009C3767">
        <w:rPr>
          <w:rFonts w:cs="Times New Roman"/>
          <w:sz w:val="28"/>
          <w:szCs w:val="28"/>
        </w:rPr>
        <w:t>Phương án sắp xếp tổ dân phố trên địa bàn phường Yên Sở theo Đề án của UBND phường Yên Sở</w:t>
      </w:r>
    </w:p>
    <w:p w14:paraId="1DDB2796" w14:textId="52CF02B3" w:rsidR="00102E8F" w:rsidRPr="009C3767" w:rsidRDefault="00102E8F" w:rsidP="00BA0AE2">
      <w:pPr>
        <w:spacing w:after="0" w:line="288" w:lineRule="auto"/>
        <w:rPr>
          <w:rFonts w:cs="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8"/>
        <w:gridCol w:w="2349"/>
        <w:gridCol w:w="2349"/>
        <w:gridCol w:w="2349"/>
      </w:tblGrid>
      <w:tr w:rsidR="00102E8F" w:rsidRPr="009C3767" w14:paraId="0A00758E" w14:textId="77777777">
        <w:trPr>
          <w:tblHeader/>
          <w:jc w:val="center"/>
        </w:trPr>
        <w:tc>
          <w:tcPr>
            <w:tcW w:w="2351" w:type="dxa"/>
            <w:shd w:val="clear" w:color="auto" w:fill="E6E6E6"/>
            <w:tcMar>
              <w:top w:w="80" w:type="dxa"/>
              <w:left w:w="80" w:type="dxa"/>
              <w:bottom w:w="80" w:type="dxa"/>
              <w:right w:w="80" w:type="dxa"/>
            </w:tcMar>
          </w:tcPr>
          <w:p w14:paraId="7B8A706B"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STT</w:t>
            </w:r>
          </w:p>
        </w:tc>
        <w:tc>
          <w:tcPr>
            <w:tcW w:w="2351" w:type="dxa"/>
            <w:shd w:val="clear" w:color="auto" w:fill="E6E6E6"/>
            <w:tcMar>
              <w:top w:w="80" w:type="dxa"/>
              <w:left w:w="80" w:type="dxa"/>
              <w:bottom w:w="80" w:type="dxa"/>
              <w:right w:w="80" w:type="dxa"/>
            </w:tcMar>
          </w:tcPr>
          <w:p w14:paraId="0907AB4A"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Nội dung</w:t>
            </w:r>
          </w:p>
        </w:tc>
        <w:tc>
          <w:tcPr>
            <w:tcW w:w="2351" w:type="dxa"/>
            <w:shd w:val="clear" w:color="auto" w:fill="E6E6E6"/>
            <w:tcMar>
              <w:top w:w="80" w:type="dxa"/>
              <w:left w:w="80" w:type="dxa"/>
              <w:bottom w:w="80" w:type="dxa"/>
              <w:right w:w="80" w:type="dxa"/>
            </w:tcMar>
          </w:tcPr>
          <w:p w14:paraId="0642F773"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Số lượng</w:t>
            </w:r>
          </w:p>
        </w:tc>
        <w:tc>
          <w:tcPr>
            <w:tcW w:w="2351" w:type="dxa"/>
            <w:shd w:val="clear" w:color="auto" w:fill="E6E6E6"/>
            <w:tcMar>
              <w:top w:w="80" w:type="dxa"/>
              <w:left w:w="80" w:type="dxa"/>
              <w:bottom w:w="80" w:type="dxa"/>
              <w:right w:w="80" w:type="dxa"/>
            </w:tcMar>
          </w:tcPr>
          <w:p w14:paraId="521BA7C8" w14:textId="77777777" w:rsidR="00102E8F" w:rsidRPr="009C3767" w:rsidRDefault="00723C88" w:rsidP="00BA0AE2">
            <w:pPr>
              <w:spacing w:after="0" w:line="288" w:lineRule="auto"/>
              <w:jc w:val="center"/>
              <w:rPr>
                <w:rFonts w:cs="Times New Roman"/>
                <w:sz w:val="28"/>
                <w:szCs w:val="28"/>
              </w:rPr>
            </w:pPr>
            <w:r w:rsidRPr="009C3767">
              <w:rPr>
                <w:rFonts w:cs="Times New Roman"/>
                <w:b/>
                <w:sz w:val="28"/>
                <w:szCs w:val="28"/>
              </w:rPr>
              <w:t>Tỷ lệ</w:t>
            </w:r>
          </w:p>
        </w:tc>
      </w:tr>
      <w:tr w:rsidR="00102E8F" w:rsidRPr="009C3767" w14:paraId="0CF3BF1D" w14:textId="77777777">
        <w:trPr>
          <w:jc w:val="center"/>
        </w:trPr>
        <w:tc>
          <w:tcPr>
            <w:tcW w:w="2351" w:type="dxa"/>
            <w:tcMar>
              <w:top w:w="80" w:type="dxa"/>
              <w:left w:w="80" w:type="dxa"/>
              <w:bottom w:w="80" w:type="dxa"/>
              <w:right w:w="80" w:type="dxa"/>
            </w:tcMar>
          </w:tcPr>
          <w:p w14:paraId="4EAA9084" w14:textId="77777777" w:rsidR="00102E8F" w:rsidRPr="009C3767" w:rsidRDefault="00723C88" w:rsidP="00BA0AE2">
            <w:pPr>
              <w:spacing w:after="0" w:line="288" w:lineRule="auto"/>
              <w:jc w:val="center"/>
              <w:rPr>
                <w:rFonts w:cs="Times New Roman"/>
                <w:szCs w:val="26"/>
              </w:rPr>
            </w:pPr>
            <w:r w:rsidRPr="009C3767">
              <w:rPr>
                <w:rFonts w:cs="Times New Roman"/>
                <w:szCs w:val="26"/>
              </w:rPr>
              <w:t>1</w:t>
            </w:r>
          </w:p>
        </w:tc>
        <w:tc>
          <w:tcPr>
            <w:tcW w:w="2351" w:type="dxa"/>
            <w:tcMar>
              <w:top w:w="80" w:type="dxa"/>
              <w:left w:w="80" w:type="dxa"/>
              <w:bottom w:w="80" w:type="dxa"/>
              <w:right w:w="80" w:type="dxa"/>
            </w:tcMar>
          </w:tcPr>
          <w:p w14:paraId="0077002F" w14:textId="77777777" w:rsidR="00102E8F" w:rsidRPr="009C3767" w:rsidRDefault="00723C88" w:rsidP="00BA0AE2">
            <w:pPr>
              <w:spacing w:after="0" w:line="288" w:lineRule="auto"/>
              <w:rPr>
                <w:rFonts w:cs="Times New Roman"/>
                <w:szCs w:val="26"/>
              </w:rPr>
            </w:pPr>
            <w:r w:rsidRPr="009C3767">
              <w:rPr>
                <w:rFonts w:cs="Times New Roman"/>
                <w:szCs w:val="26"/>
              </w:rPr>
              <w:t>Tổng số hộ thuộc diện lấy ý kiến</w:t>
            </w:r>
          </w:p>
        </w:tc>
        <w:tc>
          <w:tcPr>
            <w:tcW w:w="2351" w:type="dxa"/>
            <w:tcMar>
              <w:top w:w="80" w:type="dxa"/>
              <w:left w:w="80" w:type="dxa"/>
              <w:bottom w:w="80" w:type="dxa"/>
              <w:right w:w="80" w:type="dxa"/>
            </w:tcMar>
          </w:tcPr>
          <w:p w14:paraId="704EB196"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2351" w:type="dxa"/>
            <w:tcMar>
              <w:top w:w="80" w:type="dxa"/>
              <w:left w:w="80" w:type="dxa"/>
              <w:bottom w:w="80" w:type="dxa"/>
              <w:right w:w="80" w:type="dxa"/>
            </w:tcMar>
          </w:tcPr>
          <w:p w14:paraId="15FFAF46" w14:textId="77777777" w:rsidR="00102E8F" w:rsidRPr="009C3767" w:rsidRDefault="00723C88" w:rsidP="00BA0AE2">
            <w:pPr>
              <w:spacing w:after="0" w:line="288" w:lineRule="auto"/>
              <w:rPr>
                <w:rFonts w:cs="Times New Roman"/>
                <w:szCs w:val="26"/>
              </w:rPr>
            </w:pPr>
            <w:r w:rsidRPr="009C3767">
              <w:rPr>
                <w:rFonts w:cs="Times New Roman"/>
                <w:szCs w:val="26"/>
              </w:rPr>
              <w:t>100%</w:t>
            </w:r>
          </w:p>
        </w:tc>
      </w:tr>
      <w:tr w:rsidR="00102E8F" w:rsidRPr="009C3767" w14:paraId="434C62AA" w14:textId="77777777">
        <w:trPr>
          <w:jc w:val="center"/>
        </w:trPr>
        <w:tc>
          <w:tcPr>
            <w:tcW w:w="2351" w:type="dxa"/>
            <w:tcMar>
              <w:top w:w="80" w:type="dxa"/>
              <w:left w:w="80" w:type="dxa"/>
              <w:bottom w:w="80" w:type="dxa"/>
              <w:right w:w="80" w:type="dxa"/>
            </w:tcMar>
          </w:tcPr>
          <w:p w14:paraId="7DF7753A" w14:textId="77777777" w:rsidR="00102E8F" w:rsidRPr="009C3767" w:rsidRDefault="00723C88" w:rsidP="00BA0AE2">
            <w:pPr>
              <w:spacing w:after="0" w:line="288" w:lineRule="auto"/>
              <w:jc w:val="center"/>
              <w:rPr>
                <w:rFonts w:cs="Times New Roman"/>
                <w:szCs w:val="26"/>
              </w:rPr>
            </w:pPr>
            <w:r w:rsidRPr="009C3767">
              <w:rPr>
                <w:rFonts w:cs="Times New Roman"/>
                <w:szCs w:val="26"/>
              </w:rPr>
              <w:t>2</w:t>
            </w:r>
          </w:p>
        </w:tc>
        <w:tc>
          <w:tcPr>
            <w:tcW w:w="2351" w:type="dxa"/>
            <w:tcMar>
              <w:top w:w="80" w:type="dxa"/>
              <w:left w:w="80" w:type="dxa"/>
              <w:bottom w:w="80" w:type="dxa"/>
              <w:right w:w="80" w:type="dxa"/>
            </w:tcMar>
          </w:tcPr>
          <w:p w14:paraId="19592D08" w14:textId="77777777" w:rsidR="00102E8F" w:rsidRPr="009C3767" w:rsidRDefault="00723C88" w:rsidP="00BA0AE2">
            <w:pPr>
              <w:spacing w:after="0" w:line="288" w:lineRule="auto"/>
              <w:rPr>
                <w:rFonts w:cs="Times New Roman"/>
                <w:szCs w:val="26"/>
              </w:rPr>
            </w:pPr>
            <w:r w:rsidRPr="009C3767">
              <w:rPr>
                <w:rFonts w:cs="Times New Roman"/>
                <w:szCs w:val="26"/>
              </w:rPr>
              <w:t>Số hộ tham gia ý kiến</w:t>
            </w:r>
          </w:p>
        </w:tc>
        <w:tc>
          <w:tcPr>
            <w:tcW w:w="2351" w:type="dxa"/>
            <w:tcMar>
              <w:top w:w="80" w:type="dxa"/>
              <w:left w:w="80" w:type="dxa"/>
              <w:bottom w:w="80" w:type="dxa"/>
              <w:right w:w="80" w:type="dxa"/>
            </w:tcMar>
          </w:tcPr>
          <w:p w14:paraId="0D21423C"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2351" w:type="dxa"/>
            <w:tcMar>
              <w:top w:w="80" w:type="dxa"/>
              <w:left w:w="80" w:type="dxa"/>
              <w:bottom w:w="80" w:type="dxa"/>
              <w:right w:w="80" w:type="dxa"/>
            </w:tcMar>
          </w:tcPr>
          <w:p w14:paraId="4FF69F5C" w14:textId="77777777" w:rsidR="00102E8F" w:rsidRPr="009C3767" w:rsidRDefault="00723C88" w:rsidP="00BA0AE2">
            <w:pPr>
              <w:spacing w:after="0" w:line="288" w:lineRule="auto"/>
              <w:rPr>
                <w:rFonts w:cs="Times New Roman"/>
                <w:szCs w:val="26"/>
              </w:rPr>
            </w:pPr>
            <w:r w:rsidRPr="009C3767">
              <w:rPr>
                <w:rFonts w:cs="Times New Roman"/>
                <w:szCs w:val="26"/>
              </w:rPr>
              <w:t>…%</w:t>
            </w:r>
          </w:p>
        </w:tc>
      </w:tr>
      <w:tr w:rsidR="00102E8F" w:rsidRPr="009C3767" w14:paraId="378D6087" w14:textId="77777777">
        <w:trPr>
          <w:jc w:val="center"/>
        </w:trPr>
        <w:tc>
          <w:tcPr>
            <w:tcW w:w="2351" w:type="dxa"/>
            <w:tcMar>
              <w:top w:w="80" w:type="dxa"/>
              <w:left w:w="80" w:type="dxa"/>
              <w:bottom w:w="80" w:type="dxa"/>
              <w:right w:w="80" w:type="dxa"/>
            </w:tcMar>
          </w:tcPr>
          <w:p w14:paraId="6471F038" w14:textId="77777777" w:rsidR="00102E8F" w:rsidRPr="009C3767" w:rsidRDefault="00723C88" w:rsidP="00BA0AE2">
            <w:pPr>
              <w:spacing w:after="0" w:line="288" w:lineRule="auto"/>
              <w:jc w:val="center"/>
              <w:rPr>
                <w:rFonts w:cs="Times New Roman"/>
                <w:szCs w:val="26"/>
              </w:rPr>
            </w:pPr>
            <w:r w:rsidRPr="009C3767">
              <w:rPr>
                <w:rFonts w:cs="Times New Roman"/>
                <w:szCs w:val="26"/>
              </w:rPr>
              <w:t>3</w:t>
            </w:r>
          </w:p>
        </w:tc>
        <w:tc>
          <w:tcPr>
            <w:tcW w:w="2351" w:type="dxa"/>
            <w:tcMar>
              <w:top w:w="80" w:type="dxa"/>
              <w:left w:w="80" w:type="dxa"/>
              <w:bottom w:w="80" w:type="dxa"/>
              <w:right w:w="80" w:type="dxa"/>
            </w:tcMar>
          </w:tcPr>
          <w:p w14:paraId="021973BB" w14:textId="77777777" w:rsidR="00102E8F" w:rsidRPr="009C3767" w:rsidRDefault="00723C88" w:rsidP="00BA0AE2">
            <w:pPr>
              <w:spacing w:after="0" w:line="288" w:lineRule="auto"/>
              <w:rPr>
                <w:rFonts w:cs="Times New Roman"/>
                <w:szCs w:val="26"/>
              </w:rPr>
            </w:pPr>
            <w:r w:rsidRPr="009C3767">
              <w:rPr>
                <w:rFonts w:cs="Times New Roman"/>
                <w:szCs w:val="26"/>
              </w:rPr>
              <w:t>Số hộ đồng ý</w:t>
            </w:r>
          </w:p>
        </w:tc>
        <w:tc>
          <w:tcPr>
            <w:tcW w:w="2351" w:type="dxa"/>
            <w:tcMar>
              <w:top w:w="80" w:type="dxa"/>
              <w:left w:w="80" w:type="dxa"/>
              <w:bottom w:w="80" w:type="dxa"/>
              <w:right w:w="80" w:type="dxa"/>
            </w:tcMar>
          </w:tcPr>
          <w:p w14:paraId="2579892E"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2351" w:type="dxa"/>
            <w:tcMar>
              <w:top w:w="80" w:type="dxa"/>
              <w:left w:w="80" w:type="dxa"/>
              <w:bottom w:w="80" w:type="dxa"/>
              <w:right w:w="80" w:type="dxa"/>
            </w:tcMar>
          </w:tcPr>
          <w:p w14:paraId="42905EB0" w14:textId="77777777" w:rsidR="00102E8F" w:rsidRPr="009C3767" w:rsidRDefault="00723C88" w:rsidP="00BA0AE2">
            <w:pPr>
              <w:spacing w:after="0" w:line="288" w:lineRule="auto"/>
              <w:rPr>
                <w:rFonts w:cs="Times New Roman"/>
                <w:szCs w:val="26"/>
              </w:rPr>
            </w:pPr>
            <w:r w:rsidRPr="009C3767">
              <w:rPr>
                <w:rFonts w:cs="Times New Roman"/>
                <w:szCs w:val="26"/>
              </w:rPr>
              <w:t>…%</w:t>
            </w:r>
          </w:p>
        </w:tc>
      </w:tr>
      <w:tr w:rsidR="00102E8F" w:rsidRPr="009C3767" w14:paraId="11DA210B" w14:textId="77777777">
        <w:trPr>
          <w:jc w:val="center"/>
        </w:trPr>
        <w:tc>
          <w:tcPr>
            <w:tcW w:w="2351" w:type="dxa"/>
            <w:tcMar>
              <w:top w:w="80" w:type="dxa"/>
              <w:left w:w="80" w:type="dxa"/>
              <w:bottom w:w="80" w:type="dxa"/>
              <w:right w:w="80" w:type="dxa"/>
            </w:tcMar>
          </w:tcPr>
          <w:p w14:paraId="45BCE5AC" w14:textId="77777777" w:rsidR="00102E8F" w:rsidRPr="009C3767" w:rsidRDefault="00723C88" w:rsidP="00BA0AE2">
            <w:pPr>
              <w:spacing w:after="0" w:line="288" w:lineRule="auto"/>
              <w:jc w:val="center"/>
              <w:rPr>
                <w:rFonts w:cs="Times New Roman"/>
                <w:szCs w:val="26"/>
              </w:rPr>
            </w:pPr>
            <w:r w:rsidRPr="009C3767">
              <w:rPr>
                <w:rFonts w:cs="Times New Roman"/>
                <w:szCs w:val="26"/>
              </w:rPr>
              <w:t>4</w:t>
            </w:r>
          </w:p>
        </w:tc>
        <w:tc>
          <w:tcPr>
            <w:tcW w:w="2351" w:type="dxa"/>
            <w:tcMar>
              <w:top w:w="80" w:type="dxa"/>
              <w:left w:w="80" w:type="dxa"/>
              <w:bottom w:w="80" w:type="dxa"/>
              <w:right w:w="80" w:type="dxa"/>
            </w:tcMar>
          </w:tcPr>
          <w:p w14:paraId="7AC3CE06" w14:textId="77777777" w:rsidR="00102E8F" w:rsidRPr="009C3767" w:rsidRDefault="00723C88" w:rsidP="00BA0AE2">
            <w:pPr>
              <w:spacing w:after="0" w:line="288" w:lineRule="auto"/>
              <w:rPr>
                <w:rFonts w:cs="Times New Roman"/>
                <w:szCs w:val="26"/>
              </w:rPr>
            </w:pPr>
            <w:r w:rsidRPr="009C3767">
              <w:rPr>
                <w:rFonts w:cs="Times New Roman"/>
                <w:szCs w:val="26"/>
              </w:rPr>
              <w:t>Số hộ không đồng ý</w:t>
            </w:r>
          </w:p>
        </w:tc>
        <w:tc>
          <w:tcPr>
            <w:tcW w:w="2351" w:type="dxa"/>
            <w:tcMar>
              <w:top w:w="80" w:type="dxa"/>
              <w:left w:w="80" w:type="dxa"/>
              <w:bottom w:w="80" w:type="dxa"/>
              <w:right w:w="80" w:type="dxa"/>
            </w:tcMar>
          </w:tcPr>
          <w:p w14:paraId="44C3B484"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2351" w:type="dxa"/>
            <w:tcMar>
              <w:top w:w="80" w:type="dxa"/>
              <w:left w:w="80" w:type="dxa"/>
              <w:bottom w:w="80" w:type="dxa"/>
              <w:right w:w="80" w:type="dxa"/>
            </w:tcMar>
          </w:tcPr>
          <w:p w14:paraId="22F0FB01" w14:textId="77777777" w:rsidR="00102E8F" w:rsidRPr="009C3767" w:rsidRDefault="00723C88" w:rsidP="00BA0AE2">
            <w:pPr>
              <w:spacing w:after="0" w:line="288" w:lineRule="auto"/>
              <w:rPr>
                <w:rFonts w:cs="Times New Roman"/>
                <w:szCs w:val="26"/>
              </w:rPr>
            </w:pPr>
            <w:r w:rsidRPr="009C3767">
              <w:rPr>
                <w:rFonts w:cs="Times New Roman"/>
                <w:szCs w:val="26"/>
              </w:rPr>
              <w:t>…%</w:t>
            </w:r>
          </w:p>
        </w:tc>
      </w:tr>
      <w:tr w:rsidR="00102E8F" w:rsidRPr="009C3767" w14:paraId="74DC72D3" w14:textId="77777777">
        <w:trPr>
          <w:jc w:val="center"/>
        </w:trPr>
        <w:tc>
          <w:tcPr>
            <w:tcW w:w="2351" w:type="dxa"/>
            <w:tcMar>
              <w:top w:w="80" w:type="dxa"/>
              <w:left w:w="80" w:type="dxa"/>
              <w:bottom w:w="80" w:type="dxa"/>
              <w:right w:w="80" w:type="dxa"/>
            </w:tcMar>
          </w:tcPr>
          <w:p w14:paraId="78326800" w14:textId="77777777" w:rsidR="00102E8F" w:rsidRPr="009C3767" w:rsidRDefault="00723C88" w:rsidP="00BA0AE2">
            <w:pPr>
              <w:spacing w:after="0" w:line="288" w:lineRule="auto"/>
              <w:jc w:val="center"/>
              <w:rPr>
                <w:rFonts w:cs="Times New Roman"/>
                <w:szCs w:val="26"/>
              </w:rPr>
            </w:pPr>
            <w:r w:rsidRPr="009C3767">
              <w:rPr>
                <w:rFonts w:cs="Times New Roman"/>
                <w:szCs w:val="26"/>
              </w:rPr>
              <w:t>5</w:t>
            </w:r>
          </w:p>
        </w:tc>
        <w:tc>
          <w:tcPr>
            <w:tcW w:w="2351" w:type="dxa"/>
            <w:tcMar>
              <w:top w:w="80" w:type="dxa"/>
              <w:left w:w="80" w:type="dxa"/>
              <w:bottom w:w="80" w:type="dxa"/>
              <w:right w:w="80" w:type="dxa"/>
            </w:tcMar>
          </w:tcPr>
          <w:p w14:paraId="40CCD35E" w14:textId="77777777" w:rsidR="00102E8F" w:rsidRPr="009C3767" w:rsidRDefault="00723C88" w:rsidP="00BA0AE2">
            <w:pPr>
              <w:spacing w:after="0" w:line="288" w:lineRule="auto"/>
              <w:rPr>
                <w:rFonts w:cs="Times New Roman"/>
                <w:szCs w:val="26"/>
              </w:rPr>
            </w:pPr>
            <w:r w:rsidRPr="009C3767">
              <w:rPr>
                <w:rFonts w:cs="Times New Roman"/>
                <w:szCs w:val="26"/>
              </w:rPr>
              <w:t>Số phiếu/ý kiến không hợp lệ hoặc ý kiến khác</w:t>
            </w:r>
          </w:p>
        </w:tc>
        <w:tc>
          <w:tcPr>
            <w:tcW w:w="2351" w:type="dxa"/>
            <w:tcMar>
              <w:top w:w="80" w:type="dxa"/>
              <w:left w:w="80" w:type="dxa"/>
              <w:bottom w:w="80" w:type="dxa"/>
              <w:right w:w="80" w:type="dxa"/>
            </w:tcMar>
          </w:tcPr>
          <w:p w14:paraId="0CD5914C"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2351" w:type="dxa"/>
            <w:tcMar>
              <w:top w:w="80" w:type="dxa"/>
              <w:left w:w="80" w:type="dxa"/>
              <w:bottom w:w="80" w:type="dxa"/>
              <w:right w:w="80" w:type="dxa"/>
            </w:tcMar>
          </w:tcPr>
          <w:p w14:paraId="7833C368" w14:textId="77777777" w:rsidR="00102E8F" w:rsidRPr="009C3767" w:rsidRDefault="00723C88" w:rsidP="00BA0AE2">
            <w:pPr>
              <w:spacing w:after="0" w:line="288" w:lineRule="auto"/>
              <w:rPr>
                <w:rFonts w:cs="Times New Roman"/>
                <w:szCs w:val="26"/>
              </w:rPr>
            </w:pPr>
            <w:r w:rsidRPr="009C3767">
              <w:rPr>
                <w:rFonts w:cs="Times New Roman"/>
                <w:szCs w:val="26"/>
              </w:rPr>
              <w:t>…%</w:t>
            </w:r>
          </w:p>
        </w:tc>
      </w:tr>
    </w:tbl>
    <w:p w14:paraId="482E0735" w14:textId="77777777" w:rsidR="00102E8F" w:rsidRPr="009C3767" w:rsidRDefault="00102E8F" w:rsidP="00BA0AE2">
      <w:pPr>
        <w:spacing w:after="0" w:line="288" w:lineRule="auto"/>
        <w:rPr>
          <w:rFonts w:cs="Times New Roman"/>
          <w:sz w:val="28"/>
          <w:szCs w:val="28"/>
        </w:rPr>
      </w:pPr>
    </w:p>
    <w:p w14:paraId="28D74E27" w14:textId="77777777" w:rsidR="00102E8F" w:rsidRPr="009C3767" w:rsidRDefault="00723C88" w:rsidP="00BA0AE2">
      <w:pPr>
        <w:spacing w:after="0" w:line="288" w:lineRule="auto"/>
        <w:rPr>
          <w:rFonts w:cs="Times New Roman"/>
          <w:sz w:val="28"/>
          <w:szCs w:val="28"/>
        </w:rPr>
      </w:pPr>
      <w:r w:rsidRPr="009C3767">
        <w:rPr>
          <w:rFonts w:cs="Times New Roman"/>
          <w:sz w:val="28"/>
          <w:szCs w:val="28"/>
        </w:rPr>
        <w:t>Đại diện hộ gia đình ký, ghi rõ họ tên: …</w:t>
      </w:r>
    </w:p>
    <w:p w14:paraId="66DDF619" w14:textId="77777777" w:rsidR="00102E8F" w:rsidRPr="009C3767" w:rsidRDefault="00723C88" w:rsidP="00CC23C0">
      <w:pPr>
        <w:spacing w:after="0" w:line="240" w:lineRule="auto"/>
        <w:rPr>
          <w:rFonts w:cs="Times New Roman"/>
          <w:szCs w:val="26"/>
        </w:rPr>
      </w:pPr>
      <w:r w:rsidRPr="009C3767">
        <w:rPr>
          <w:rFonts w:cs="Times New Roman"/>
          <w:szCs w:val="26"/>
        </w:rPr>
        <w:br w:type="page"/>
      </w:r>
    </w:p>
    <w:p w14:paraId="6C37054E" w14:textId="6AA77639" w:rsidR="00102E8F" w:rsidRPr="009C3767" w:rsidRDefault="00723C88" w:rsidP="00BA0AE2">
      <w:pPr>
        <w:spacing w:after="0" w:line="288" w:lineRule="auto"/>
        <w:jc w:val="center"/>
        <w:rPr>
          <w:rFonts w:cs="Times New Roman"/>
          <w:b/>
          <w:szCs w:val="26"/>
        </w:rPr>
      </w:pPr>
      <w:r w:rsidRPr="009C3767">
        <w:rPr>
          <w:rFonts w:cs="Times New Roman"/>
          <w:b/>
          <w:szCs w:val="26"/>
        </w:rPr>
        <w:lastRenderedPageBreak/>
        <w:t>PHỤ LỤC 5. BÁO CÁO TIẾP THU, GIẢI TRÌNH Ý KIẾN NHÂN DÂN</w:t>
      </w:r>
    </w:p>
    <w:p w14:paraId="356F69CF" w14:textId="77777777" w:rsidR="00BA0AE2" w:rsidRPr="009C3767" w:rsidRDefault="00BA0AE2" w:rsidP="00BA0AE2">
      <w:pPr>
        <w:spacing w:after="0" w:line="288" w:lineRule="auto"/>
        <w:jc w:val="center"/>
        <w:rPr>
          <w:rFonts w:cs="Times New Roman"/>
          <w:szCs w:val="2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7"/>
        <w:gridCol w:w="1880"/>
        <w:gridCol w:w="1879"/>
        <w:gridCol w:w="1879"/>
        <w:gridCol w:w="1880"/>
      </w:tblGrid>
      <w:tr w:rsidR="00102E8F" w:rsidRPr="009C3767" w14:paraId="77CE6556" w14:textId="77777777">
        <w:trPr>
          <w:tblHeader/>
          <w:jc w:val="center"/>
        </w:trPr>
        <w:tc>
          <w:tcPr>
            <w:tcW w:w="1881" w:type="dxa"/>
            <w:shd w:val="clear" w:color="auto" w:fill="E6E6E6"/>
            <w:tcMar>
              <w:top w:w="80" w:type="dxa"/>
              <w:left w:w="80" w:type="dxa"/>
              <w:bottom w:w="80" w:type="dxa"/>
              <w:right w:w="80" w:type="dxa"/>
            </w:tcMar>
          </w:tcPr>
          <w:p w14:paraId="15D37494" w14:textId="77777777" w:rsidR="00102E8F" w:rsidRPr="009C3767" w:rsidRDefault="00723C88" w:rsidP="00BA0AE2">
            <w:pPr>
              <w:spacing w:after="0" w:line="288" w:lineRule="auto"/>
              <w:jc w:val="center"/>
              <w:rPr>
                <w:rFonts w:cs="Times New Roman"/>
                <w:szCs w:val="26"/>
              </w:rPr>
            </w:pPr>
            <w:r w:rsidRPr="009C3767">
              <w:rPr>
                <w:rFonts w:cs="Times New Roman"/>
                <w:b/>
                <w:szCs w:val="26"/>
              </w:rPr>
              <w:t>STT</w:t>
            </w:r>
          </w:p>
        </w:tc>
        <w:tc>
          <w:tcPr>
            <w:tcW w:w="1881" w:type="dxa"/>
            <w:shd w:val="clear" w:color="auto" w:fill="E6E6E6"/>
            <w:tcMar>
              <w:top w:w="80" w:type="dxa"/>
              <w:left w:w="80" w:type="dxa"/>
              <w:bottom w:w="80" w:type="dxa"/>
              <w:right w:w="80" w:type="dxa"/>
            </w:tcMar>
          </w:tcPr>
          <w:p w14:paraId="6C2C1353" w14:textId="77777777" w:rsidR="00102E8F" w:rsidRPr="009C3767" w:rsidRDefault="00723C88" w:rsidP="00BA0AE2">
            <w:pPr>
              <w:spacing w:after="0" w:line="288" w:lineRule="auto"/>
              <w:jc w:val="center"/>
              <w:rPr>
                <w:rFonts w:cs="Times New Roman"/>
                <w:szCs w:val="26"/>
              </w:rPr>
            </w:pPr>
            <w:r w:rsidRPr="009C3767">
              <w:rPr>
                <w:rFonts w:cs="Times New Roman"/>
                <w:b/>
                <w:szCs w:val="26"/>
              </w:rPr>
              <w:t>Ý kiến/kiến nghị</w:t>
            </w:r>
          </w:p>
        </w:tc>
        <w:tc>
          <w:tcPr>
            <w:tcW w:w="1881" w:type="dxa"/>
            <w:shd w:val="clear" w:color="auto" w:fill="E6E6E6"/>
            <w:tcMar>
              <w:top w:w="80" w:type="dxa"/>
              <w:left w:w="80" w:type="dxa"/>
              <w:bottom w:w="80" w:type="dxa"/>
              <w:right w:w="80" w:type="dxa"/>
            </w:tcMar>
          </w:tcPr>
          <w:p w14:paraId="614883BD" w14:textId="77777777" w:rsidR="00B45AF9" w:rsidRPr="009C3767" w:rsidRDefault="00723C88" w:rsidP="00BA0AE2">
            <w:pPr>
              <w:spacing w:after="0" w:line="288" w:lineRule="auto"/>
              <w:jc w:val="center"/>
              <w:rPr>
                <w:rFonts w:cs="Times New Roman"/>
                <w:b/>
                <w:szCs w:val="26"/>
              </w:rPr>
            </w:pPr>
            <w:r w:rsidRPr="009C3767">
              <w:rPr>
                <w:rFonts w:cs="Times New Roman"/>
                <w:b/>
                <w:szCs w:val="26"/>
              </w:rPr>
              <w:t>Số lượng hộ/</w:t>
            </w:r>
          </w:p>
          <w:p w14:paraId="71EE54E1" w14:textId="55F6347D" w:rsidR="00102E8F" w:rsidRPr="009C3767" w:rsidRDefault="00723C88" w:rsidP="00BA0AE2">
            <w:pPr>
              <w:spacing w:after="0" w:line="288" w:lineRule="auto"/>
              <w:jc w:val="center"/>
              <w:rPr>
                <w:rFonts w:cs="Times New Roman"/>
                <w:szCs w:val="26"/>
              </w:rPr>
            </w:pPr>
            <w:r w:rsidRPr="009C3767">
              <w:rPr>
                <w:rFonts w:cs="Times New Roman"/>
                <w:b/>
                <w:szCs w:val="26"/>
              </w:rPr>
              <w:t>ý kiến</w:t>
            </w:r>
          </w:p>
        </w:tc>
        <w:tc>
          <w:tcPr>
            <w:tcW w:w="1881" w:type="dxa"/>
            <w:shd w:val="clear" w:color="auto" w:fill="E6E6E6"/>
            <w:tcMar>
              <w:top w:w="80" w:type="dxa"/>
              <w:left w:w="80" w:type="dxa"/>
              <w:bottom w:w="80" w:type="dxa"/>
              <w:right w:w="80" w:type="dxa"/>
            </w:tcMar>
          </w:tcPr>
          <w:p w14:paraId="5F3B3425" w14:textId="77777777" w:rsidR="00102E8F" w:rsidRPr="009C3767" w:rsidRDefault="00723C88" w:rsidP="00BA0AE2">
            <w:pPr>
              <w:spacing w:after="0" w:line="288" w:lineRule="auto"/>
              <w:jc w:val="center"/>
              <w:rPr>
                <w:rFonts w:cs="Times New Roman"/>
                <w:szCs w:val="26"/>
              </w:rPr>
            </w:pPr>
            <w:r w:rsidRPr="009C3767">
              <w:rPr>
                <w:rFonts w:cs="Times New Roman"/>
                <w:b/>
                <w:szCs w:val="26"/>
              </w:rPr>
              <w:t>Nội dung tiếp thu, giải trình</w:t>
            </w:r>
          </w:p>
        </w:tc>
        <w:tc>
          <w:tcPr>
            <w:tcW w:w="1881" w:type="dxa"/>
            <w:shd w:val="clear" w:color="auto" w:fill="E6E6E6"/>
            <w:tcMar>
              <w:top w:w="80" w:type="dxa"/>
              <w:left w:w="80" w:type="dxa"/>
              <w:bottom w:w="80" w:type="dxa"/>
              <w:right w:w="80" w:type="dxa"/>
            </w:tcMar>
          </w:tcPr>
          <w:p w14:paraId="7D4C6BBE" w14:textId="77777777" w:rsidR="00102E8F" w:rsidRPr="009C3767" w:rsidRDefault="00723C88" w:rsidP="00BA0AE2">
            <w:pPr>
              <w:spacing w:after="0" w:line="288" w:lineRule="auto"/>
              <w:jc w:val="center"/>
              <w:rPr>
                <w:rFonts w:cs="Times New Roman"/>
                <w:szCs w:val="26"/>
              </w:rPr>
            </w:pPr>
            <w:r w:rsidRPr="009C3767">
              <w:rPr>
                <w:rFonts w:cs="Times New Roman"/>
                <w:b/>
                <w:szCs w:val="26"/>
              </w:rPr>
              <w:t>Điều chỉnh trong Đề án</w:t>
            </w:r>
          </w:p>
        </w:tc>
      </w:tr>
      <w:tr w:rsidR="00102E8F" w:rsidRPr="009C3767" w14:paraId="4F6A5DFE" w14:textId="77777777">
        <w:trPr>
          <w:jc w:val="center"/>
        </w:trPr>
        <w:tc>
          <w:tcPr>
            <w:tcW w:w="1881" w:type="dxa"/>
            <w:tcMar>
              <w:top w:w="80" w:type="dxa"/>
              <w:left w:w="80" w:type="dxa"/>
              <w:bottom w:w="80" w:type="dxa"/>
              <w:right w:w="80" w:type="dxa"/>
            </w:tcMar>
          </w:tcPr>
          <w:p w14:paraId="44128443" w14:textId="77777777" w:rsidR="00102E8F" w:rsidRPr="009C3767" w:rsidRDefault="00723C88" w:rsidP="00BA0AE2">
            <w:pPr>
              <w:spacing w:after="0" w:line="288" w:lineRule="auto"/>
              <w:jc w:val="center"/>
              <w:rPr>
                <w:rFonts w:cs="Times New Roman"/>
                <w:szCs w:val="26"/>
              </w:rPr>
            </w:pPr>
            <w:r w:rsidRPr="009C3767">
              <w:rPr>
                <w:rFonts w:cs="Times New Roman"/>
                <w:szCs w:val="26"/>
              </w:rPr>
              <w:t>1</w:t>
            </w:r>
          </w:p>
        </w:tc>
        <w:tc>
          <w:tcPr>
            <w:tcW w:w="1881" w:type="dxa"/>
            <w:tcMar>
              <w:top w:w="80" w:type="dxa"/>
              <w:left w:w="80" w:type="dxa"/>
              <w:bottom w:w="80" w:type="dxa"/>
              <w:right w:w="80" w:type="dxa"/>
            </w:tcMar>
          </w:tcPr>
          <w:p w14:paraId="1568C719"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6FAACBDE"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065BEFEC"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100FF659" w14:textId="77777777" w:rsidR="00102E8F" w:rsidRPr="009C3767" w:rsidRDefault="00723C88" w:rsidP="00BA0AE2">
            <w:pPr>
              <w:spacing w:after="0" w:line="288" w:lineRule="auto"/>
              <w:rPr>
                <w:rFonts w:cs="Times New Roman"/>
                <w:szCs w:val="26"/>
              </w:rPr>
            </w:pPr>
            <w:r w:rsidRPr="009C3767">
              <w:rPr>
                <w:rFonts w:cs="Times New Roman"/>
                <w:szCs w:val="26"/>
              </w:rPr>
              <w:t>Có/Không</w:t>
            </w:r>
          </w:p>
        </w:tc>
      </w:tr>
      <w:tr w:rsidR="00102E8F" w:rsidRPr="009C3767" w14:paraId="487C073A" w14:textId="77777777">
        <w:trPr>
          <w:jc w:val="center"/>
        </w:trPr>
        <w:tc>
          <w:tcPr>
            <w:tcW w:w="1881" w:type="dxa"/>
            <w:tcMar>
              <w:top w:w="80" w:type="dxa"/>
              <w:left w:w="80" w:type="dxa"/>
              <w:bottom w:w="80" w:type="dxa"/>
              <w:right w:w="80" w:type="dxa"/>
            </w:tcMar>
          </w:tcPr>
          <w:p w14:paraId="3EA4B2D0" w14:textId="77777777" w:rsidR="00102E8F" w:rsidRPr="009C3767" w:rsidRDefault="00723C88" w:rsidP="00BA0AE2">
            <w:pPr>
              <w:spacing w:after="0" w:line="288" w:lineRule="auto"/>
              <w:jc w:val="center"/>
              <w:rPr>
                <w:rFonts w:cs="Times New Roman"/>
                <w:szCs w:val="26"/>
              </w:rPr>
            </w:pPr>
            <w:r w:rsidRPr="009C3767">
              <w:rPr>
                <w:rFonts w:cs="Times New Roman"/>
                <w:szCs w:val="26"/>
              </w:rPr>
              <w:t>2</w:t>
            </w:r>
          </w:p>
        </w:tc>
        <w:tc>
          <w:tcPr>
            <w:tcW w:w="1881" w:type="dxa"/>
            <w:tcMar>
              <w:top w:w="80" w:type="dxa"/>
              <w:left w:w="80" w:type="dxa"/>
              <w:bottom w:w="80" w:type="dxa"/>
              <w:right w:w="80" w:type="dxa"/>
            </w:tcMar>
          </w:tcPr>
          <w:p w14:paraId="4F6CB1B9"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17EAF015"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2B09225B" w14:textId="77777777" w:rsidR="00102E8F" w:rsidRPr="009C3767" w:rsidRDefault="00723C88" w:rsidP="00BA0AE2">
            <w:pPr>
              <w:spacing w:after="0" w:line="288" w:lineRule="auto"/>
              <w:rPr>
                <w:rFonts w:cs="Times New Roman"/>
                <w:szCs w:val="26"/>
              </w:rPr>
            </w:pPr>
            <w:r w:rsidRPr="009C3767">
              <w:rPr>
                <w:rFonts w:cs="Times New Roman"/>
                <w:szCs w:val="26"/>
              </w:rPr>
              <w:t>…</w:t>
            </w:r>
          </w:p>
        </w:tc>
        <w:tc>
          <w:tcPr>
            <w:tcW w:w="1881" w:type="dxa"/>
            <w:tcMar>
              <w:top w:w="80" w:type="dxa"/>
              <w:left w:w="80" w:type="dxa"/>
              <w:bottom w:w="80" w:type="dxa"/>
              <w:right w:w="80" w:type="dxa"/>
            </w:tcMar>
          </w:tcPr>
          <w:p w14:paraId="1877D6E6" w14:textId="77777777" w:rsidR="00102E8F" w:rsidRPr="009C3767" w:rsidRDefault="00723C88" w:rsidP="00BA0AE2">
            <w:pPr>
              <w:spacing w:after="0" w:line="288" w:lineRule="auto"/>
              <w:rPr>
                <w:rFonts w:cs="Times New Roman"/>
                <w:szCs w:val="26"/>
              </w:rPr>
            </w:pPr>
            <w:r w:rsidRPr="009C3767">
              <w:rPr>
                <w:rFonts w:cs="Times New Roman"/>
                <w:szCs w:val="26"/>
              </w:rPr>
              <w:t>…</w:t>
            </w:r>
          </w:p>
        </w:tc>
      </w:tr>
    </w:tbl>
    <w:p w14:paraId="592E1575" w14:textId="77777777" w:rsidR="00102E8F" w:rsidRPr="009C3767" w:rsidRDefault="00102E8F" w:rsidP="00BA0AE2">
      <w:pPr>
        <w:spacing w:after="0" w:line="288" w:lineRule="auto"/>
        <w:rPr>
          <w:rFonts w:cs="Times New Roman"/>
          <w:szCs w:val="26"/>
        </w:rPr>
      </w:pPr>
    </w:p>
    <w:p w14:paraId="57FA1E17" w14:textId="77777777" w:rsidR="00102E8F" w:rsidRPr="009C3767" w:rsidRDefault="00723C88" w:rsidP="00BA0AE2">
      <w:pPr>
        <w:spacing w:after="0" w:line="288" w:lineRule="auto"/>
        <w:rPr>
          <w:rFonts w:cs="Times New Roman"/>
          <w:szCs w:val="26"/>
        </w:rPr>
      </w:pPr>
      <w:r w:rsidRPr="009C3767">
        <w:rPr>
          <w:rFonts w:cs="Times New Roman"/>
          <w:szCs w:val="26"/>
        </w:rPr>
        <w:br w:type="page"/>
      </w:r>
    </w:p>
    <w:p w14:paraId="31614A79" w14:textId="35F2CBD1" w:rsidR="00102E8F" w:rsidRPr="009C3767" w:rsidRDefault="00723C88" w:rsidP="00CC23C0">
      <w:pPr>
        <w:spacing w:after="0" w:line="240" w:lineRule="auto"/>
        <w:jc w:val="center"/>
        <w:rPr>
          <w:rFonts w:cs="Times New Roman"/>
          <w:b/>
          <w:szCs w:val="26"/>
        </w:rPr>
      </w:pPr>
      <w:r w:rsidRPr="009C3767">
        <w:rPr>
          <w:rFonts w:cs="Times New Roman"/>
          <w:b/>
          <w:szCs w:val="26"/>
        </w:rPr>
        <w:lastRenderedPageBreak/>
        <w:t>PHỤ LỤC 6. PHỤ LỤC RANH GIỚI/BẢN ĐỒ THÔN, TỔ DÂN PHỐ</w:t>
      </w:r>
    </w:p>
    <w:p w14:paraId="3E81E8D1" w14:textId="77777777" w:rsidR="00B45AF9" w:rsidRPr="009C3767" w:rsidRDefault="00B45AF9" w:rsidP="00CC23C0">
      <w:pPr>
        <w:spacing w:after="0" w:line="240" w:lineRule="auto"/>
        <w:jc w:val="center"/>
        <w:rPr>
          <w:rFonts w:cs="Times New Roman"/>
          <w:szCs w:val="2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79"/>
        <w:gridCol w:w="1538"/>
        <w:gridCol w:w="1966"/>
        <w:gridCol w:w="1460"/>
        <w:gridCol w:w="1478"/>
        <w:gridCol w:w="1474"/>
      </w:tblGrid>
      <w:tr w:rsidR="00102E8F" w:rsidRPr="009C3767" w14:paraId="06E14BD6" w14:textId="77777777">
        <w:trPr>
          <w:tblHeader/>
          <w:jc w:val="center"/>
        </w:trPr>
        <w:tc>
          <w:tcPr>
            <w:tcW w:w="1567" w:type="dxa"/>
            <w:shd w:val="clear" w:color="auto" w:fill="E6E6E6"/>
            <w:tcMar>
              <w:top w:w="80" w:type="dxa"/>
              <w:left w:w="80" w:type="dxa"/>
              <w:bottom w:w="80" w:type="dxa"/>
              <w:right w:w="80" w:type="dxa"/>
            </w:tcMar>
          </w:tcPr>
          <w:p w14:paraId="7C72CFEE" w14:textId="77777777" w:rsidR="00102E8F" w:rsidRPr="009C3767" w:rsidRDefault="00723C88" w:rsidP="00CC23C0">
            <w:pPr>
              <w:spacing w:after="0" w:line="240" w:lineRule="auto"/>
              <w:jc w:val="center"/>
              <w:rPr>
                <w:rFonts w:cs="Times New Roman"/>
                <w:szCs w:val="26"/>
              </w:rPr>
            </w:pPr>
            <w:r w:rsidRPr="009C3767">
              <w:rPr>
                <w:rFonts w:cs="Times New Roman"/>
                <w:b/>
                <w:szCs w:val="26"/>
              </w:rPr>
              <w:t>STT</w:t>
            </w:r>
          </w:p>
        </w:tc>
        <w:tc>
          <w:tcPr>
            <w:tcW w:w="1567" w:type="dxa"/>
            <w:shd w:val="clear" w:color="auto" w:fill="E6E6E6"/>
            <w:tcMar>
              <w:top w:w="80" w:type="dxa"/>
              <w:left w:w="80" w:type="dxa"/>
              <w:bottom w:w="80" w:type="dxa"/>
              <w:right w:w="80" w:type="dxa"/>
            </w:tcMar>
          </w:tcPr>
          <w:p w14:paraId="5B9FE4B5" w14:textId="77777777" w:rsidR="00102E8F" w:rsidRPr="009C3767" w:rsidRDefault="00723C88" w:rsidP="00CC23C0">
            <w:pPr>
              <w:spacing w:after="0" w:line="240" w:lineRule="auto"/>
              <w:jc w:val="center"/>
              <w:rPr>
                <w:rFonts w:cs="Times New Roman"/>
                <w:szCs w:val="26"/>
              </w:rPr>
            </w:pPr>
            <w:r w:rsidRPr="009C3767">
              <w:rPr>
                <w:rFonts w:cs="Times New Roman"/>
                <w:b/>
                <w:szCs w:val="26"/>
              </w:rPr>
              <w:t>Tên thôn/TDP sau sắp xếp</w:t>
            </w:r>
          </w:p>
        </w:tc>
        <w:tc>
          <w:tcPr>
            <w:tcW w:w="1567" w:type="dxa"/>
            <w:shd w:val="clear" w:color="auto" w:fill="E6E6E6"/>
            <w:tcMar>
              <w:top w:w="80" w:type="dxa"/>
              <w:left w:w="80" w:type="dxa"/>
              <w:bottom w:w="80" w:type="dxa"/>
              <w:right w:w="80" w:type="dxa"/>
            </w:tcMar>
          </w:tcPr>
          <w:p w14:paraId="2015C85A" w14:textId="77777777" w:rsidR="00102E8F" w:rsidRPr="009C3767" w:rsidRDefault="00723C88" w:rsidP="00CC23C0">
            <w:pPr>
              <w:spacing w:after="0" w:line="240" w:lineRule="auto"/>
              <w:jc w:val="center"/>
              <w:rPr>
                <w:rFonts w:cs="Times New Roman"/>
                <w:szCs w:val="26"/>
              </w:rPr>
            </w:pPr>
            <w:r w:rsidRPr="009C3767">
              <w:rPr>
                <w:rFonts w:cs="Times New Roman"/>
                <w:b/>
                <w:szCs w:val="26"/>
              </w:rPr>
              <w:t>Tuyến ranh giới/mốc nhận diện</w:t>
            </w:r>
          </w:p>
        </w:tc>
        <w:tc>
          <w:tcPr>
            <w:tcW w:w="1567" w:type="dxa"/>
            <w:shd w:val="clear" w:color="auto" w:fill="E6E6E6"/>
            <w:tcMar>
              <w:top w:w="80" w:type="dxa"/>
              <w:left w:w="80" w:type="dxa"/>
              <w:bottom w:w="80" w:type="dxa"/>
              <w:right w:w="80" w:type="dxa"/>
            </w:tcMar>
          </w:tcPr>
          <w:p w14:paraId="7EB3DAF1" w14:textId="77777777" w:rsidR="00102E8F" w:rsidRPr="009C3767" w:rsidRDefault="00723C88" w:rsidP="00CC23C0">
            <w:pPr>
              <w:spacing w:after="0" w:line="240" w:lineRule="auto"/>
              <w:jc w:val="center"/>
              <w:rPr>
                <w:rFonts w:cs="Times New Roman"/>
                <w:szCs w:val="26"/>
              </w:rPr>
            </w:pPr>
            <w:r w:rsidRPr="009C3767">
              <w:rPr>
                <w:rFonts w:cs="Times New Roman"/>
                <w:b/>
                <w:szCs w:val="26"/>
              </w:rPr>
              <w:t>Số hộ</w:t>
            </w:r>
          </w:p>
        </w:tc>
        <w:tc>
          <w:tcPr>
            <w:tcW w:w="1567" w:type="dxa"/>
            <w:shd w:val="clear" w:color="auto" w:fill="E6E6E6"/>
            <w:tcMar>
              <w:top w:w="80" w:type="dxa"/>
              <w:left w:w="80" w:type="dxa"/>
              <w:bottom w:w="80" w:type="dxa"/>
              <w:right w:w="80" w:type="dxa"/>
            </w:tcMar>
          </w:tcPr>
          <w:p w14:paraId="54E33CDF" w14:textId="77777777" w:rsidR="00102E8F" w:rsidRPr="009C3767" w:rsidRDefault="00723C88" w:rsidP="00CC23C0">
            <w:pPr>
              <w:spacing w:after="0" w:line="240" w:lineRule="auto"/>
              <w:jc w:val="center"/>
              <w:rPr>
                <w:rFonts w:cs="Times New Roman"/>
                <w:szCs w:val="26"/>
              </w:rPr>
            </w:pPr>
            <w:r w:rsidRPr="009C3767">
              <w:rPr>
                <w:rFonts w:cs="Times New Roman"/>
                <w:b/>
                <w:szCs w:val="26"/>
              </w:rPr>
              <w:t>Dân số</w:t>
            </w:r>
          </w:p>
        </w:tc>
        <w:tc>
          <w:tcPr>
            <w:tcW w:w="1567" w:type="dxa"/>
            <w:shd w:val="clear" w:color="auto" w:fill="E6E6E6"/>
            <w:tcMar>
              <w:top w:w="80" w:type="dxa"/>
              <w:left w:w="80" w:type="dxa"/>
              <w:bottom w:w="80" w:type="dxa"/>
              <w:right w:w="80" w:type="dxa"/>
            </w:tcMar>
          </w:tcPr>
          <w:p w14:paraId="2CA31174" w14:textId="77777777" w:rsidR="00102E8F" w:rsidRPr="009C3767" w:rsidRDefault="00723C88" w:rsidP="00CC23C0">
            <w:pPr>
              <w:spacing w:after="0" w:line="240" w:lineRule="auto"/>
              <w:jc w:val="center"/>
              <w:rPr>
                <w:rFonts w:cs="Times New Roman"/>
                <w:szCs w:val="26"/>
              </w:rPr>
            </w:pPr>
            <w:r w:rsidRPr="009C3767">
              <w:rPr>
                <w:rFonts w:cs="Times New Roman"/>
                <w:b/>
                <w:szCs w:val="26"/>
              </w:rPr>
              <w:t>Ghi chú</w:t>
            </w:r>
          </w:p>
        </w:tc>
      </w:tr>
      <w:tr w:rsidR="00102E8F" w:rsidRPr="009C3767" w14:paraId="1B8192EA" w14:textId="77777777">
        <w:trPr>
          <w:jc w:val="center"/>
        </w:trPr>
        <w:tc>
          <w:tcPr>
            <w:tcW w:w="1567" w:type="dxa"/>
            <w:tcMar>
              <w:top w:w="80" w:type="dxa"/>
              <w:left w:w="80" w:type="dxa"/>
              <w:bottom w:w="80" w:type="dxa"/>
              <w:right w:w="80" w:type="dxa"/>
            </w:tcMar>
          </w:tcPr>
          <w:p w14:paraId="0C27092B" w14:textId="77777777" w:rsidR="00102E8F" w:rsidRPr="009C3767" w:rsidRDefault="00723C88" w:rsidP="00CC23C0">
            <w:pPr>
              <w:spacing w:after="0" w:line="240" w:lineRule="auto"/>
              <w:jc w:val="center"/>
              <w:rPr>
                <w:rFonts w:cs="Times New Roman"/>
                <w:szCs w:val="26"/>
              </w:rPr>
            </w:pPr>
            <w:r w:rsidRPr="009C3767">
              <w:rPr>
                <w:rFonts w:cs="Times New Roman"/>
                <w:szCs w:val="26"/>
              </w:rPr>
              <w:t>1</w:t>
            </w:r>
          </w:p>
        </w:tc>
        <w:tc>
          <w:tcPr>
            <w:tcW w:w="1567" w:type="dxa"/>
            <w:tcMar>
              <w:top w:w="80" w:type="dxa"/>
              <w:left w:w="80" w:type="dxa"/>
              <w:bottom w:w="80" w:type="dxa"/>
              <w:right w:w="80" w:type="dxa"/>
            </w:tcMar>
          </w:tcPr>
          <w:p w14:paraId="5097617B"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5A8381A0" w14:textId="77777777" w:rsidR="00102E8F" w:rsidRPr="009C3767" w:rsidRDefault="00723C88" w:rsidP="00CC23C0">
            <w:pPr>
              <w:spacing w:after="0" w:line="240" w:lineRule="auto"/>
              <w:rPr>
                <w:rFonts w:cs="Times New Roman"/>
                <w:szCs w:val="26"/>
              </w:rPr>
            </w:pPr>
            <w:r w:rsidRPr="009C3767">
              <w:rPr>
                <w:rFonts w:cs="Times New Roman"/>
                <w:szCs w:val="26"/>
              </w:rPr>
              <w:t>Đường/ngõ/tòa nhà/sông/hồ/ranh giới tự nhiên …</w:t>
            </w:r>
          </w:p>
        </w:tc>
        <w:tc>
          <w:tcPr>
            <w:tcW w:w="1567" w:type="dxa"/>
            <w:tcMar>
              <w:top w:w="80" w:type="dxa"/>
              <w:left w:w="80" w:type="dxa"/>
              <w:bottom w:w="80" w:type="dxa"/>
              <w:right w:w="80" w:type="dxa"/>
            </w:tcMar>
          </w:tcPr>
          <w:p w14:paraId="0210BE15"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5758CEC5"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05013CAE" w14:textId="77777777" w:rsidR="00102E8F" w:rsidRPr="009C3767" w:rsidRDefault="00723C88" w:rsidP="00CC23C0">
            <w:pPr>
              <w:spacing w:after="0" w:line="240" w:lineRule="auto"/>
              <w:rPr>
                <w:rFonts w:cs="Times New Roman"/>
                <w:szCs w:val="26"/>
              </w:rPr>
            </w:pPr>
            <w:r w:rsidRPr="009C3767">
              <w:rPr>
                <w:rFonts w:cs="Times New Roman"/>
                <w:szCs w:val="26"/>
              </w:rPr>
              <w:t>…</w:t>
            </w:r>
          </w:p>
        </w:tc>
      </w:tr>
      <w:tr w:rsidR="00102E8F" w:rsidRPr="009C3767" w14:paraId="01076C7D" w14:textId="77777777">
        <w:trPr>
          <w:jc w:val="center"/>
        </w:trPr>
        <w:tc>
          <w:tcPr>
            <w:tcW w:w="1567" w:type="dxa"/>
            <w:tcMar>
              <w:top w:w="80" w:type="dxa"/>
              <w:left w:w="80" w:type="dxa"/>
              <w:bottom w:w="80" w:type="dxa"/>
              <w:right w:w="80" w:type="dxa"/>
            </w:tcMar>
          </w:tcPr>
          <w:p w14:paraId="54EDDB38" w14:textId="77777777" w:rsidR="00102E8F" w:rsidRPr="009C3767" w:rsidRDefault="00723C88" w:rsidP="00CC23C0">
            <w:pPr>
              <w:spacing w:after="0" w:line="240" w:lineRule="auto"/>
              <w:jc w:val="center"/>
              <w:rPr>
                <w:rFonts w:cs="Times New Roman"/>
                <w:szCs w:val="26"/>
              </w:rPr>
            </w:pPr>
            <w:r w:rsidRPr="009C3767">
              <w:rPr>
                <w:rFonts w:cs="Times New Roman"/>
                <w:szCs w:val="26"/>
              </w:rPr>
              <w:t>2</w:t>
            </w:r>
          </w:p>
        </w:tc>
        <w:tc>
          <w:tcPr>
            <w:tcW w:w="1567" w:type="dxa"/>
            <w:tcMar>
              <w:top w:w="80" w:type="dxa"/>
              <w:left w:w="80" w:type="dxa"/>
              <w:bottom w:w="80" w:type="dxa"/>
              <w:right w:w="80" w:type="dxa"/>
            </w:tcMar>
          </w:tcPr>
          <w:p w14:paraId="43FFE6BC"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4B4389A5"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7904667D"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38DCCAAA"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567" w:type="dxa"/>
            <w:tcMar>
              <w:top w:w="80" w:type="dxa"/>
              <w:left w:w="80" w:type="dxa"/>
              <w:bottom w:w="80" w:type="dxa"/>
              <w:right w:w="80" w:type="dxa"/>
            </w:tcMar>
          </w:tcPr>
          <w:p w14:paraId="09579BFA" w14:textId="77777777" w:rsidR="00102E8F" w:rsidRPr="009C3767" w:rsidRDefault="00723C88" w:rsidP="00CC23C0">
            <w:pPr>
              <w:spacing w:after="0" w:line="240" w:lineRule="auto"/>
              <w:rPr>
                <w:rFonts w:cs="Times New Roman"/>
                <w:szCs w:val="26"/>
              </w:rPr>
            </w:pPr>
            <w:r w:rsidRPr="009C3767">
              <w:rPr>
                <w:rFonts w:cs="Times New Roman"/>
                <w:szCs w:val="26"/>
              </w:rPr>
              <w:t>…</w:t>
            </w:r>
          </w:p>
        </w:tc>
      </w:tr>
    </w:tbl>
    <w:p w14:paraId="14D9A066" w14:textId="77777777" w:rsidR="00102E8F" w:rsidRPr="009C3767" w:rsidRDefault="00102E8F" w:rsidP="00CC23C0">
      <w:pPr>
        <w:spacing w:after="0" w:line="240" w:lineRule="auto"/>
        <w:rPr>
          <w:rFonts w:cs="Times New Roman"/>
          <w:szCs w:val="26"/>
        </w:rPr>
      </w:pPr>
    </w:p>
    <w:p w14:paraId="7BEB2A3D" w14:textId="77777777" w:rsidR="00102E8F" w:rsidRPr="009C3767" w:rsidRDefault="00723C88" w:rsidP="00CC23C0">
      <w:pPr>
        <w:spacing w:after="0" w:line="240" w:lineRule="auto"/>
        <w:rPr>
          <w:rFonts w:cs="Times New Roman"/>
          <w:szCs w:val="26"/>
        </w:rPr>
      </w:pPr>
      <w:r w:rsidRPr="009C3767">
        <w:rPr>
          <w:rFonts w:cs="Times New Roman"/>
          <w:szCs w:val="26"/>
        </w:rPr>
        <w:br w:type="page"/>
      </w:r>
    </w:p>
    <w:p w14:paraId="07C072EB" w14:textId="18CD763D" w:rsidR="00102E8F" w:rsidRPr="009C3767" w:rsidRDefault="00723C88" w:rsidP="00CC23C0">
      <w:pPr>
        <w:spacing w:after="0" w:line="240" w:lineRule="auto"/>
        <w:jc w:val="center"/>
        <w:rPr>
          <w:rFonts w:cs="Times New Roman"/>
          <w:b/>
          <w:szCs w:val="26"/>
        </w:rPr>
      </w:pPr>
      <w:r w:rsidRPr="009C3767">
        <w:rPr>
          <w:rFonts w:cs="Times New Roman"/>
          <w:b/>
          <w:szCs w:val="26"/>
        </w:rPr>
        <w:lastRenderedPageBreak/>
        <w:t>PHỤ LỤC 7. PHƯƠNG ÁN BỐ TRÍ NGƯỜI HOẠT ĐỘNG KHÔNG CHUYÊN TRÁCH SAU SẮP XẾP</w:t>
      </w:r>
    </w:p>
    <w:p w14:paraId="1D3DD39C" w14:textId="77777777" w:rsidR="00B45AF9" w:rsidRPr="009C3767" w:rsidRDefault="00B45AF9" w:rsidP="00CC23C0">
      <w:pPr>
        <w:spacing w:after="0" w:line="240" w:lineRule="auto"/>
        <w:jc w:val="center"/>
        <w:rPr>
          <w:rFonts w:cs="Times New Roman"/>
          <w:szCs w:val="2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1"/>
        <w:gridCol w:w="1345"/>
        <w:gridCol w:w="1344"/>
        <w:gridCol w:w="1341"/>
        <w:gridCol w:w="1341"/>
        <w:gridCol w:w="1343"/>
        <w:gridCol w:w="1340"/>
      </w:tblGrid>
      <w:tr w:rsidR="00102E8F" w:rsidRPr="009C3767" w14:paraId="1F1E7B83" w14:textId="77777777">
        <w:trPr>
          <w:tblHeader/>
          <w:jc w:val="center"/>
        </w:trPr>
        <w:tc>
          <w:tcPr>
            <w:tcW w:w="1344" w:type="dxa"/>
            <w:shd w:val="clear" w:color="auto" w:fill="E6E6E6"/>
            <w:tcMar>
              <w:top w:w="80" w:type="dxa"/>
              <w:left w:w="80" w:type="dxa"/>
              <w:bottom w:w="80" w:type="dxa"/>
              <w:right w:w="80" w:type="dxa"/>
            </w:tcMar>
          </w:tcPr>
          <w:p w14:paraId="7D0549E7" w14:textId="77777777" w:rsidR="00102E8F" w:rsidRPr="009C3767" w:rsidRDefault="00723C88" w:rsidP="00CC23C0">
            <w:pPr>
              <w:spacing w:after="0" w:line="240" w:lineRule="auto"/>
              <w:jc w:val="center"/>
              <w:rPr>
                <w:rFonts w:cs="Times New Roman"/>
                <w:szCs w:val="26"/>
              </w:rPr>
            </w:pPr>
            <w:r w:rsidRPr="009C3767">
              <w:rPr>
                <w:rFonts w:cs="Times New Roman"/>
                <w:b/>
                <w:szCs w:val="26"/>
              </w:rPr>
              <w:t>STT</w:t>
            </w:r>
          </w:p>
        </w:tc>
        <w:tc>
          <w:tcPr>
            <w:tcW w:w="1344" w:type="dxa"/>
            <w:shd w:val="clear" w:color="auto" w:fill="E6E6E6"/>
            <w:tcMar>
              <w:top w:w="80" w:type="dxa"/>
              <w:left w:w="80" w:type="dxa"/>
              <w:bottom w:w="80" w:type="dxa"/>
              <w:right w:w="80" w:type="dxa"/>
            </w:tcMar>
          </w:tcPr>
          <w:p w14:paraId="4EF12D63" w14:textId="77777777" w:rsidR="00102E8F" w:rsidRPr="009C3767" w:rsidRDefault="00723C88" w:rsidP="00CC23C0">
            <w:pPr>
              <w:spacing w:after="0" w:line="240" w:lineRule="auto"/>
              <w:jc w:val="center"/>
              <w:rPr>
                <w:rFonts w:cs="Times New Roman"/>
                <w:szCs w:val="26"/>
              </w:rPr>
            </w:pPr>
            <w:r w:rsidRPr="009C3767">
              <w:rPr>
                <w:rFonts w:cs="Times New Roman"/>
                <w:b/>
                <w:szCs w:val="26"/>
              </w:rPr>
              <w:t>Thôn/TDP sau sắp xếp</w:t>
            </w:r>
          </w:p>
        </w:tc>
        <w:tc>
          <w:tcPr>
            <w:tcW w:w="1344" w:type="dxa"/>
            <w:shd w:val="clear" w:color="auto" w:fill="E6E6E6"/>
            <w:tcMar>
              <w:top w:w="80" w:type="dxa"/>
              <w:left w:w="80" w:type="dxa"/>
              <w:bottom w:w="80" w:type="dxa"/>
              <w:right w:w="80" w:type="dxa"/>
            </w:tcMar>
          </w:tcPr>
          <w:p w14:paraId="1566FC38" w14:textId="77777777" w:rsidR="00102E8F" w:rsidRPr="009C3767" w:rsidRDefault="00723C88" w:rsidP="00CC23C0">
            <w:pPr>
              <w:spacing w:after="0" w:line="240" w:lineRule="auto"/>
              <w:jc w:val="center"/>
              <w:rPr>
                <w:rFonts w:cs="Times New Roman"/>
                <w:szCs w:val="26"/>
              </w:rPr>
            </w:pPr>
            <w:r w:rsidRPr="009C3767">
              <w:rPr>
                <w:rFonts w:cs="Times New Roman"/>
                <w:b/>
                <w:szCs w:val="26"/>
              </w:rPr>
              <w:t>Chức danh</w:t>
            </w:r>
          </w:p>
        </w:tc>
        <w:tc>
          <w:tcPr>
            <w:tcW w:w="1344" w:type="dxa"/>
            <w:shd w:val="clear" w:color="auto" w:fill="E6E6E6"/>
            <w:tcMar>
              <w:top w:w="80" w:type="dxa"/>
              <w:left w:w="80" w:type="dxa"/>
              <w:bottom w:w="80" w:type="dxa"/>
              <w:right w:w="80" w:type="dxa"/>
            </w:tcMar>
          </w:tcPr>
          <w:p w14:paraId="2AE6AE3C" w14:textId="77777777" w:rsidR="00102E8F" w:rsidRPr="009C3767" w:rsidRDefault="00723C88" w:rsidP="00CC23C0">
            <w:pPr>
              <w:spacing w:after="0" w:line="240" w:lineRule="auto"/>
              <w:jc w:val="center"/>
              <w:rPr>
                <w:rFonts w:cs="Times New Roman"/>
                <w:szCs w:val="26"/>
              </w:rPr>
            </w:pPr>
            <w:r w:rsidRPr="009C3767">
              <w:rPr>
                <w:rFonts w:cs="Times New Roman"/>
                <w:b/>
                <w:szCs w:val="26"/>
              </w:rPr>
              <w:t>Số lượng</w:t>
            </w:r>
          </w:p>
        </w:tc>
        <w:tc>
          <w:tcPr>
            <w:tcW w:w="1344" w:type="dxa"/>
            <w:shd w:val="clear" w:color="auto" w:fill="E6E6E6"/>
            <w:tcMar>
              <w:top w:w="80" w:type="dxa"/>
              <w:left w:w="80" w:type="dxa"/>
              <w:bottom w:w="80" w:type="dxa"/>
              <w:right w:w="80" w:type="dxa"/>
            </w:tcMar>
          </w:tcPr>
          <w:p w14:paraId="6EB70EFB" w14:textId="77777777" w:rsidR="00102E8F" w:rsidRPr="009C3767" w:rsidRDefault="00723C88" w:rsidP="00CC23C0">
            <w:pPr>
              <w:spacing w:after="0" w:line="240" w:lineRule="auto"/>
              <w:jc w:val="center"/>
              <w:rPr>
                <w:rFonts w:cs="Times New Roman"/>
                <w:szCs w:val="26"/>
              </w:rPr>
            </w:pPr>
            <w:r w:rsidRPr="009C3767">
              <w:rPr>
                <w:rFonts w:cs="Times New Roman"/>
                <w:b/>
                <w:szCs w:val="26"/>
              </w:rPr>
              <w:t>Nhân sự dự kiến</w:t>
            </w:r>
          </w:p>
        </w:tc>
        <w:tc>
          <w:tcPr>
            <w:tcW w:w="1344" w:type="dxa"/>
            <w:shd w:val="clear" w:color="auto" w:fill="E6E6E6"/>
            <w:tcMar>
              <w:top w:w="80" w:type="dxa"/>
              <w:left w:w="80" w:type="dxa"/>
              <w:bottom w:w="80" w:type="dxa"/>
              <w:right w:w="80" w:type="dxa"/>
            </w:tcMar>
          </w:tcPr>
          <w:p w14:paraId="7FC6B58E" w14:textId="77777777" w:rsidR="00102E8F" w:rsidRPr="009C3767" w:rsidRDefault="00723C88" w:rsidP="00CC23C0">
            <w:pPr>
              <w:spacing w:after="0" w:line="240" w:lineRule="auto"/>
              <w:jc w:val="center"/>
              <w:rPr>
                <w:rFonts w:cs="Times New Roman"/>
                <w:szCs w:val="26"/>
              </w:rPr>
            </w:pPr>
            <w:r w:rsidRPr="009C3767">
              <w:rPr>
                <w:rFonts w:cs="Times New Roman"/>
                <w:b/>
                <w:szCs w:val="26"/>
              </w:rPr>
              <w:t>Nhóm xử lý</w:t>
            </w:r>
          </w:p>
        </w:tc>
        <w:tc>
          <w:tcPr>
            <w:tcW w:w="1344" w:type="dxa"/>
            <w:shd w:val="clear" w:color="auto" w:fill="E6E6E6"/>
            <w:tcMar>
              <w:top w:w="80" w:type="dxa"/>
              <w:left w:w="80" w:type="dxa"/>
              <w:bottom w:w="80" w:type="dxa"/>
              <w:right w:w="80" w:type="dxa"/>
            </w:tcMar>
          </w:tcPr>
          <w:p w14:paraId="05300AE4" w14:textId="77777777" w:rsidR="00102E8F" w:rsidRPr="009C3767" w:rsidRDefault="00723C88" w:rsidP="00CC23C0">
            <w:pPr>
              <w:spacing w:after="0" w:line="240" w:lineRule="auto"/>
              <w:jc w:val="center"/>
              <w:rPr>
                <w:rFonts w:cs="Times New Roman"/>
                <w:szCs w:val="26"/>
              </w:rPr>
            </w:pPr>
            <w:r w:rsidRPr="009C3767">
              <w:rPr>
                <w:rFonts w:cs="Times New Roman"/>
                <w:b/>
                <w:szCs w:val="26"/>
              </w:rPr>
              <w:t>Ghi chú</w:t>
            </w:r>
          </w:p>
        </w:tc>
      </w:tr>
      <w:tr w:rsidR="00102E8F" w:rsidRPr="009C3767" w14:paraId="0166ECD9" w14:textId="77777777">
        <w:trPr>
          <w:jc w:val="center"/>
        </w:trPr>
        <w:tc>
          <w:tcPr>
            <w:tcW w:w="1344" w:type="dxa"/>
            <w:tcMar>
              <w:top w:w="80" w:type="dxa"/>
              <w:left w:w="80" w:type="dxa"/>
              <w:bottom w:w="80" w:type="dxa"/>
              <w:right w:w="80" w:type="dxa"/>
            </w:tcMar>
          </w:tcPr>
          <w:p w14:paraId="6F750A48" w14:textId="77777777" w:rsidR="00102E8F" w:rsidRPr="009C3767" w:rsidRDefault="00723C88" w:rsidP="00CC23C0">
            <w:pPr>
              <w:spacing w:after="0" w:line="240" w:lineRule="auto"/>
              <w:jc w:val="center"/>
              <w:rPr>
                <w:rFonts w:cs="Times New Roman"/>
                <w:szCs w:val="26"/>
              </w:rPr>
            </w:pPr>
            <w:r w:rsidRPr="009C3767">
              <w:rPr>
                <w:rFonts w:cs="Times New Roman"/>
                <w:szCs w:val="26"/>
              </w:rPr>
              <w:t>1</w:t>
            </w:r>
          </w:p>
        </w:tc>
        <w:tc>
          <w:tcPr>
            <w:tcW w:w="1344" w:type="dxa"/>
            <w:tcMar>
              <w:top w:w="80" w:type="dxa"/>
              <w:left w:w="80" w:type="dxa"/>
              <w:bottom w:w="80" w:type="dxa"/>
              <w:right w:w="80" w:type="dxa"/>
            </w:tcMar>
          </w:tcPr>
          <w:p w14:paraId="7818671C"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344" w:type="dxa"/>
            <w:tcMar>
              <w:top w:w="80" w:type="dxa"/>
              <w:left w:w="80" w:type="dxa"/>
              <w:bottom w:w="80" w:type="dxa"/>
              <w:right w:w="80" w:type="dxa"/>
            </w:tcMar>
          </w:tcPr>
          <w:p w14:paraId="5B38A038" w14:textId="77777777" w:rsidR="00102E8F" w:rsidRPr="009C3767" w:rsidRDefault="00723C88" w:rsidP="00CC23C0">
            <w:pPr>
              <w:spacing w:after="0" w:line="240" w:lineRule="auto"/>
              <w:rPr>
                <w:rFonts w:cs="Times New Roman"/>
                <w:szCs w:val="26"/>
              </w:rPr>
            </w:pPr>
            <w:r w:rsidRPr="009C3767">
              <w:rPr>
                <w:rFonts w:cs="Times New Roman"/>
                <w:szCs w:val="26"/>
              </w:rPr>
              <w:t>Trưởng thôn/Tổ trưởng TDP</w:t>
            </w:r>
          </w:p>
        </w:tc>
        <w:tc>
          <w:tcPr>
            <w:tcW w:w="1344" w:type="dxa"/>
            <w:tcMar>
              <w:top w:w="80" w:type="dxa"/>
              <w:left w:w="80" w:type="dxa"/>
              <w:bottom w:w="80" w:type="dxa"/>
              <w:right w:w="80" w:type="dxa"/>
            </w:tcMar>
          </w:tcPr>
          <w:p w14:paraId="266778B6" w14:textId="77777777" w:rsidR="00102E8F" w:rsidRPr="009C3767" w:rsidRDefault="00723C88" w:rsidP="00CC23C0">
            <w:pPr>
              <w:spacing w:after="0" w:line="240" w:lineRule="auto"/>
              <w:rPr>
                <w:rFonts w:cs="Times New Roman"/>
                <w:szCs w:val="26"/>
              </w:rPr>
            </w:pPr>
            <w:r w:rsidRPr="009C3767">
              <w:rPr>
                <w:rFonts w:cs="Times New Roman"/>
                <w:szCs w:val="26"/>
              </w:rPr>
              <w:t>01</w:t>
            </w:r>
          </w:p>
        </w:tc>
        <w:tc>
          <w:tcPr>
            <w:tcW w:w="1344" w:type="dxa"/>
            <w:tcMar>
              <w:top w:w="80" w:type="dxa"/>
              <w:left w:w="80" w:type="dxa"/>
              <w:bottom w:w="80" w:type="dxa"/>
              <w:right w:w="80" w:type="dxa"/>
            </w:tcMar>
          </w:tcPr>
          <w:p w14:paraId="6A8E94F6"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344" w:type="dxa"/>
            <w:tcMar>
              <w:top w:w="80" w:type="dxa"/>
              <w:left w:w="80" w:type="dxa"/>
              <w:bottom w:w="80" w:type="dxa"/>
              <w:right w:w="80" w:type="dxa"/>
            </w:tcMar>
          </w:tcPr>
          <w:p w14:paraId="7AF5A011" w14:textId="77777777" w:rsidR="00102E8F" w:rsidRPr="009C3767" w:rsidRDefault="00723C88" w:rsidP="00CC23C0">
            <w:pPr>
              <w:spacing w:after="0" w:line="240" w:lineRule="auto"/>
              <w:rPr>
                <w:rFonts w:cs="Times New Roman"/>
                <w:szCs w:val="26"/>
              </w:rPr>
            </w:pPr>
            <w:r w:rsidRPr="009C3767">
              <w:rPr>
                <w:rFonts w:cs="Times New Roman"/>
                <w:szCs w:val="26"/>
              </w:rPr>
              <w:t>Tiếp tục bố trí</w:t>
            </w:r>
          </w:p>
        </w:tc>
        <w:tc>
          <w:tcPr>
            <w:tcW w:w="1344" w:type="dxa"/>
            <w:tcMar>
              <w:top w:w="80" w:type="dxa"/>
              <w:left w:w="80" w:type="dxa"/>
              <w:bottom w:w="80" w:type="dxa"/>
              <w:right w:w="80" w:type="dxa"/>
            </w:tcMar>
          </w:tcPr>
          <w:p w14:paraId="3C0AB24C" w14:textId="77777777" w:rsidR="00102E8F" w:rsidRPr="009C3767" w:rsidRDefault="00723C88" w:rsidP="00CC23C0">
            <w:pPr>
              <w:spacing w:after="0" w:line="240" w:lineRule="auto"/>
              <w:rPr>
                <w:rFonts w:cs="Times New Roman"/>
                <w:szCs w:val="26"/>
              </w:rPr>
            </w:pPr>
            <w:r w:rsidRPr="009C3767">
              <w:rPr>
                <w:rFonts w:cs="Times New Roman"/>
                <w:szCs w:val="26"/>
              </w:rPr>
              <w:t>…</w:t>
            </w:r>
          </w:p>
        </w:tc>
      </w:tr>
      <w:tr w:rsidR="00102E8F" w:rsidRPr="009C3767" w14:paraId="148B63C5" w14:textId="77777777">
        <w:trPr>
          <w:jc w:val="center"/>
        </w:trPr>
        <w:tc>
          <w:tcPr>
            <w:tcW w:w="1344" w:type="dxa"/>
            <w:tcMar>
              <w:top w:w="80" w:type="dxa"/>
              <w:left w:w="80" w:type="dxa"/>
              <w:bottom w:w="80" w:type="dxa"/>
              <w:right w:w="80" w:type="dxa"/>
            </w:tcMar>
          </w:tcPr>
          <w:p w14:paraId="6498EF23" w14:textId="77777777" w:rsidR="00102E8F" w:rsidRPr="009C3767" w:rsidRDefault="00723C88" w:rsidP="00CC23C0">
            <w:pPr>
              <w:spacing w:after="0" w:line="240" w:lineRule="auto"/>
              <w:jc w:val="center"/>
              <w:rPr>
                <w:rFonts w:cs="Times New Roman"/>
                <w:szCs w:val="26"/>
              </w:rPr>
            </w:pPr>
            <w:r w:rsidRPr="009C3767">
              <w:rPr>
                <w:rFonts w:cs="Times New Roman"/>
                <w:szCs w:val="26"/>
              </w:rPr>
              <w:t>2</w:t>
            </w:r>
          </w:p>
        </w:tc>
        <w:tc>
          <w:tcPr>
            <w:tcW w:w="1344" w:type="dxa"/>
            <w:tcMar>
              <w:top w:w="80" w:type="dxa"/>
              <w:left w:w="80" w:type="dxa"/>
              <w:bottom w:w="80" w:type="dxa"/>
              <w:right w:w="80" w:type="dxa"/>
            </w:tcMar>
          </w:tcPr>
          <w:p w14:paraId="5A1AF54B"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344" w:type="dxa"/>
            <w:tcMar>
              <w:top w:w="80" w:type="dxa"/>
              <w:left w:w="80" w:type="dxa"/>
              <w:bottom w:w="80" w:type="dxa"/>
              <w:right w:w="80" w:type="dxa"/>
            </w:tcMar>
          </w:tcPr>
          <w:p w14:paraId="574132E9" w14:textId="77777777" w:rsidR="00102E8F" w:rsidRPr="009C3767" w:rsidRDefault="00723C88" w:rsidP="00CC23C0">
            <w:pPr>
              <w:spacing w:after="0" w:line="240" w:lineRule="auto"/>
              <w:rPr>
                <w:rFonts w:cs="Times New Roman"/>
                <w:szCs w:val="26"/>
              </w:rPr>
            </w:pPr>
            <w:r w:rsidRPr="009C3767">
              <w:rPr>
                <w:rFonts w:cs="Times New Roman"/>
                <w:szCs w:val="26"/>
              </w:rPr>
              <w:t>Bí thư chi bộ/Trưởng ban công tác Mặt trận hoặc chức danh khác theo quy định</w:t>
            </w:r>
          </w:p>
        </w:tc>
        <w:tc>
          <w:tcPr>
            <w:tcW w:w="1344" w:type="dxa"/>
            <w:tcMar>
              <w:top w:w="80" w:type="dxa"/>
              <w:left w:w="80" w:type="dxa"/>
              <w:bottom w:w="80" w:type="dxa"/>
              <w:right w:w="80" w:type="dxa"/>
            </w:tcMar>
          </w:tcPr>
          <w:p w14:paraId="7B4AE75D"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344" w:type="dxa"/>
            <w:tcMar>
              <w:top w:w="80" w:type="dxa"/>
              <w:left w:w="80" w:type="dxa"/>
              <w:bottom w:w="80" w:type="dxa"/>
              <w:right w:w="80" w:type="dxa"/>
            </w:tcMar>
          </w:tcPr>
          <w:p w14:paraId="039AC902" w14:textId="77777777" w:rsidR="00102E8F" w:rsidRPr="009C3767" w:rsidRDefault="00723C88" w:rsidP="00CC23C0">
            <w:pPr>
              <w:spacing w:after="0" w:line="240" w:lineRule="auto"/>
              <w:rPr>
                <w:rFonts w:cs="Times New Roman"/>
                <w:szCs w:val="26"/>
              </w:rPr>
            </w:pPr>
            <w:r w:rsidRPr="009C3767">
              <w:rPr>
                <w:rFonts w:cs="Times New Roman"/>
                <w:szCs w:val="26"/>
              </w:rPr>
              <w:t>…</w:t>
            </w:r>
          </w:p>
        </w:tc>
        <w:tc>
          <w:tcPr>
            <w:tcW w:w="1344" w:type="dxa"/>
            <w:tcMar>
              <w:top w:w="80" w:type="dxa"/>
              <w:left w:w="80" w:type="dxa"/>
              <w:bottom w:w="80" w:type="dxa"/>
              <w:right w:w="80" w:type="dxa"/>
            </w:tcMar>
          </w:tcPr>
          <w:p w14:paraId="641E0CB1" w14:textId="77777777" w:rsidR="00102E8F" w:rsidRPr="009C3767" w:rsidRDefault="00723C88" w:rsidP="00CC23C0">
            <w:pPr>
              <w:spacing w:after="0" w:line="240" w:lineRule="auto"/>
              <w:rPr>
                <w:rFonts w:cs="Times New Roman"/>
                <w:szCs w:val="26"/>
              </w:rPr>
            </w:pPr>
            <w:r w:rsidRPr="009C3767">
              <w:rPr>
                <w:rFonts w:cs="Times New Roman"/>
                <w:szCs w:val="26"/>
              </w:rPr>
              <w:t>Thôi tham gia/Chưa bố trí</w:t>
            </w:r>
          </w:p>
        </w:tc>
        <w:tc>
          <w:tcPr>
            <w:tcW w:w="1344" w:type="dxa"/>
            <w:tcMar>
              <w:top w:w="80" w:type="dxa"/>
              <w:left w:w="80" w:type="dxa"/>
              <w:bottom w:w="80" w:type="dxa"/>
              <w:right w:w="80" w:type="dxa"/>
            </w:tcMar>
          </w:tcPr>
          <w:p w14:paraId="6FD9E0A1" w14:textId="77777777" w:rsidR="00102E8F" w:rsidRPr="009C3767" w:rsidRDefault="00723C88" w:rsidP="00CC23C0">
            <w:pPr>
              <w:spacing w:after="0" w:line="240" w:lineRule="auto"/>
              <w:rPr>
                <w:rFonts w:cs="Times New Roman"/>
                <w:szCs w:val="26"/>
              </w:rPr>
            </w:pPr>
            <w:r w:rsidRPr="009C3767">
              <w:rPr>
                <w:rFonts w:cs="Times New Roman"/>
                <w:szCs w:val="26"/>
              </w:rPr>
              <w:t>…</w:t>
            </w:r>
          </w:p>
        </w:tc>
      </w:tr>
    </w:tbl>
    <w:p w14:paraId="427F49F8" w14:textId="77777777" w:rsidR="00102E8F" w:rsidRPr="009C3767" w:rsidRDefault="00102E8F" w:rsidP="00CC23C0">
      <w:pPr>
        <w:spacing w:after="0" w:line="240" w:lineRule="auto"/>
        <w:rPr>
          <w:rFonts w:cs="Times New Roman"/>
          <w:szCs w:val="26"/>
        </w:rPr>
      </w:pPr>
    </w:p>
    <w:sectPr w:rsidR="00102E8F" w:rsidRPr="009C3767" w:rsidSect="00701E6D">
      <w:headerReference w:type="default" r:id="rId8"/>
      <w:pgSz w:w="12240" w:h="15840"/>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CEC56" w14:textId="77777777" w:rsidR="008C45BB" w:rsidRDefault="008C45BB" w:rsidP="004E44C9">
      <w:pPr>
        <w:spacing w:after="0" w:line="240" w:lineRule="auto"/>
      </w:pPr>
      <w:r>
        <w:separator/>
      </w:r>
    </w:p>
  </w:endnote>
  <w:endnote w:type="continuationSeparator" w:id="0">
    <w:p w14:paraId="3348B57A" w14:textId="77777777" w:rsidR="008C45BB" w:rsidRDefault="008C45BB" w:rsidP="004E44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Times New Roman Bold">
    <w:panose1 w:val="02020803070505020304"/>
    <w:charset w:val="00"/>
    <w:family w:val="auto"/>
    <w:pitch w:val="variable"/>
    <w:sig w:usb0="E0002AEF" w:usb1="C0007841"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1CECAF" w14:textId="77777777" w:rsidR="008C45BB" w:rsidRDefault="008C45BB" w:rsidP="004E44C9">
      <w:pPr>
        <w:spacing w:after="0" w:line="240" w:lineRule="auto"/>
      </w:pPr>
      <w:r>
        <w:separator/>
      </w:r>
    </w:p>
  </w:footnote>
  <w:footnote w:type="continuationSeparator" w:id="0">
    <w:p w14:paraId="1D2E235C" w14:textId="77777777" w:rsidR="008C45BB" w:rsidRDefault="008C45BB" w:rsidP="004E44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2038504"/>
      <w:docPartObj>
        <w:docPartGallery w:val="Page Numbers (Top of Page)"/>
        <w:docPartUnique/>
      </w:docPartObj>
    </w:sdtPr>
    <w:sdtEndPr>
      <w:rPr>
        <w:noProof/>
      </w:rPr>
    </w:sdtEndPr>
    <w:sdtContent>
      <w:p w14:paraId="49985607" w14:textId="75F24BA6" w:rsidR="004E44C9" w:rsidRDefault="004E44C9">
        <w:pPr>
          <w:pStyle w:val="Header"/>
          <w:jc w:val="center"/>
        </w:pPr>
        <w:r>
          <w:fldChar w:fldCharType="begin"/>
        </w:r>
        <w:r>
          <w:instrText xml:space="preserve"> PAGE   \* MERGEFORMAT </w:instrText>
        </w:r>
        <w:r>
          <w:fldChar w:fldCharType="separate"/>
        </w:r>
        <w:r w:rsidR="00067E90">
          <w:rPr>
            <w:noProof/>
          </w:rPr>
          <w:t>2</w:t>
        </w:r>
        <w:r>
          <w:rPr>
            <w:noProof/>
          </w:rPr>
          <w:fldChar w:fldCharType="end"/>
        </w:r>
      </w:p>
    </w:sdtContent>
  </w:sdt>
  <w:p w14:paraId="59C8FADF" w14:textId="77777777" w:rsidR="004E44C9" w:rsidRDefault="004E44C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466CA"/>
    <w:rsid w:val="00047411"/>
    <w:rsid w:val="0006063C"/>
    <w:rsid w:val="00066597"/>
    <w:rsid w:val="00067E90"/>
    <w:rsid w:val="00070F87"/>
    <w:rsid w:val="000A3BCB"/>
    <w:rsid w:val="000B17F7"/>
    <w:rsid w:val="000D7895"/>
    <w:rsid w:val="00102E8F"/>
    <w:rsid w:val="0011007A"/>
    <w:rsid w:val="00113395"/>
    <w:rsid w:val="00140DE4"/>
    <w:rsid w:val="0015074B"/>
    <w:rsid w:val="00175D94"/>
    <w:rsid w:val="001A00BC"/>
    <w:rsid w:val="001A6BEE"/>
    <w:rsid w:val="001E7216"/>
    <w:rsid w:val="001F7F79"/>
    <w:rsid w:val="0021293F"/>
    <w:rsid w:val="0025066F"/>
    <w:rsid w:val="00255FB8"/>
    <w:rsid w:val="00261ECA"/>
    <w:rsid w:val="00266788"/>
    <w:rsid w:val="00285E61"/>
    <w:rsid w:val="0029238F"/>
    <w:rsid w:val="0029639D"/>
    <w:rsid w:val="002966C8"/>
    <w:rsid w:val="002A2E1D"/>
    <w:rsid w:val="002A42AC"/>
    <w:rsid w:val="002A4307"/>
    <w:rsid w:val="002B122D"/>
    <w:rsid w:val="002E1A89"/>
    <w:rsid w:val="002F1E76"/>
    <w:rsid w:val="00303633"/>
    <w:rsid w:val="00316B1F"/>
    <w:rsid w:val="00326F90"/>
    <w:rsid w:val="0033048A"/>
    <w:rsid w:val="003462BD"/>
    <w:rsid w:val="00367E8B"/>
    <w:rsid w:val="00390438"/>
    <w:rsid w:val="003A0896"/>
    <w:rsid w:val="003A1541"/>
    <w:rsid w:val="003A3478"/>
    <w:rsid w:val="003B07E5"/>
    <w:rsid w:val="003C71B7"/>
    <w:rsid w:val="003E3308"/>
    <w:rsid w:val="003E6C10"/>
    <w:rsid w:val="003F1589"/>
    <w:rsid w:val="00407A22"/>
    <w:rsid w:val="004338BD"/>
    <w:rsid w:val="00434063"/>
    <w:rsid w:val="00436192"/>
    <w:rsid w:val="0045062A"/>
    <w:rsid w:val="00461FCF"/>
    <w:rsid w:val="00467736"/>
    <w:rsid w:val="00490641"/>
    <w:rsid w:val="004A4C43"/>
    <w:rsid w:val="004C1F5D"/>
    <w:rsid w:val="004D2851"/>
    <w:rsid w:val="004E44C9"/>
    <w:rsid w:val="004F2A68"/>
    <w:rsid w:val="004F4F6C"/>
    <w:rsid w:val="00526446"/>
    <w:rsid w:val="00573172"/>
    <w:rsid w:val="005A50EA"/>
    <w:rsid w:val="005B4199"/>
    <w:rsid w:val="005D11A5"/>
    <w:rsid w:val="005F0195"/>
    <w:rsid w:val="005F1FFB"/>
    <w:rsid w:val="005F3C6C"/>
    <w:rsid w:val="00602ACA"/>
    <w:rsid w:val="0061533C"/>
    <w:rsid w:val="00641271"/>
    <w:rsid w:val="006525C9"/>
    <w:rsid w:val="00673710"/>
    <w:rsid w:val="00683DB2"/>
    <w:rsid w:val="006857DA"/>
    <w:rsid w:val="006930A9"/>
    <w:rsid w:val="006B463D"/>
    <w:rsid w:val="006B76C3"/>
    <w:rsid w:val="006D29F3"/>
    <w:rsid w:val="00701E6D"/>
    <w:rsid w:val="00705C99"/>
    <w:rsid w:val="00711724"/>
    <w:rsid w:val="00723C88"/>
    <w:rsid w:val="007336E0"/>
    <w:rsid w:val="00772D8E"/>
    <w:rsid w:val="00783BB1"/>
    <w:rsid w:val="00793877"/>
    <w:rsid w:val="00800AD5"/>
    <w:rsid w:val="008477E5"/>
    <w:rsid w:val="00853CDF"/>
    <w:rsid w:val="00870516"/>
    <w:rsid w:val="00894C33"/>
    <w:rsid w:val="008B1FB4"/>
    <w:rsid w:val="008C45BB"/>
    <w:rsid w:val="008F6FF3"/>
    <w:rsid w:val="00902855"/>
    <w:rsid w:val="009043DC"/>
    <w:rsid w:val="00914C31"/>
    <w:rsid w:val="0092364E"/>
    <w:rsid w:val="00931EFB"/>
    <w:rsid w:val="00936669"/>
    <w:rsid w:val="0097556B"/>
    <w:rsid w:val="0097623D"/>
    <w:rsid w:val="00982411"/>
    <w:rsid w:val="0099489F"/>
    <w:rsid w:val="009B3F57"/>
    <w:rsid w:val="009B4864"/>
    <w:rsid w:val="009C3767"/>
    <w:rsid w:val="009E0487"/>
    <w:rsid w:val="009E26F8"/>
    <w:rsid w:val="00A15D4C"/>
    <w:rsid w:val="00A730A0"/>
    <w:rsid w:val="00A91E1E"/>
    <w:rsid w:val="00AA1D8D"/>
    <w:rsid w:val="00AF3906"/>
    <w:rsid w:val="00B07C32"/>
    <w:rsid w:val="00B11E36"/>
    <w:rsid w:val="00B45AF9"/>
    <w:rsid w:val="00B47730"/>
    <w:rsid w:val="00B574D2"/>
    <w:rsid w:val="00B63DBE"/>
    <w:rsid w:val="00BA01C2"/>
    <w:rsid w:val="00BA0AE2"/>
    <w:rsid w:val="00BA1AA4"/>
    <w:rsid w:val="00BD5E4E"/>
    <w:rsid w:val="00BD70CC"/>
    <w:rsid w:val="00BD7C80"/>
    <w:rsid w:val="00C05898"/>
    <w:rsid w:val="00C73BF9"/>
    <w:rsid w:val="00C7543F"/>
    <w:rsid w:val="00C84951"/>
    <w:rsid w:val="00C9112A"/>
    <w:rsid w:val="00C921F4"/>
    <w:rsid w:val="00CB0664"/>
    <w:rsid w:val="00CC23C0"/>
    <w:rsid w:val="00CE5436"/>
    <w:rsid w:val="00D22723"/>
    <w:rsid w:val="00D33F49"/>
    <w:rsid w:val="00D56BD6"/>
    <w:rsid w:val="00D74789"/>
    <w:rsid w:val="00D87ECF"/>
    <w:rsid w:val="00D9576E"/>
    <w:rsid w:val="00D96255"/>
    <w:rsid w:val="00DA7258"/>
    <w:rsid w:val="00DC0871"/>
    <w:rsid w:val="00DF42C5"/>
    <w:rsid w:val="00DF4969"/>
    <w:rsid w:val="00DF56D8"/>
    <w:rsid w:val="00E37A93"/>
    <w:rsid w:val="00E42E79"/>
    <w:rsid w:val="00E52276"/>
    <w:rsid w:val="00E73FFA"/>
    <w:rsid w:val="00EF58E5"/>
    <w:rsid w:val="00F009A4"/>
    <w:rsid w:val="00F00CFE"/>
    <w:rsid w:val="00F22122"/>
    <w:rsid w:val="00F25D34"/>
    <w:rsid w:val="00F3180D"/>
    <w:rsid w:val="00F327B1"/>
    <w:rsid w:val="00F353C0"/>
    <w:rsid w:val="00F46961"/>
    <w:rsid w:val="00F7616F"/>
    <w:rsid w:val="00FC3BAF"/>
    <w:rsid w:val="00FC693F"/>
    <w:rsid w:val="00FC6BFA"/>
    <w:rsid w:val="00FE6774"/>
    <w:rsid w:val="00FF3F12"/>
    <w:rsid w:val="00FF61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AC20A5A"/>
  <w14:defaultImageDpi w14:val="300"/>
  <w15:docId w15:val="{85E85BC1-F36D-4E22-B0BC-C3E474922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rPr>
      <w:rFonts w:ascii="Times New Roman" w:eastAsia="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76CEF3-0743-478D-994A-CC0287E5B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6648</Words>
  <Characters>37900</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Đề án mẫu sắp xếp thôn, tổ dân phố Hà Nội</vt:lpstr>
    </vt:vector>
  </TitlesOfParts>
  <Manager/>
  <Company/>
  <LinksUpToDate>false</LinksUpToDate>
  <CharactersWithSpaces>44460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Đề án mẫu sắp xếp thôn, tổ dân phố Hà Nội</dc:title>
  <dc:subject/>
  <dc:creator>python-docx</dc:creator>
  <cp:keywords/>
  <dc:description>generated by python-docx</dc:description>
  <cp:lastModifiedBy>Admin</cp:lastModifiedBy>
  <cp:revision>3</cp:revision>
  <cp:lastPrinted>2026-06-09T07:54:00Z</cp:lastPrinted>
  <dcterms:created xsi:type="dcterms:W3CDTF">2026-06-11T02:53:00Z</dcterms:created>
  <dcterms:modified xsi:type="dcterms:W3CDTF">2026-06-11T02:53:00Z</dcterms:modified>
  <cp:category/>
</cp:coreProperties>
</file>