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4"/>
        <w:gridCol w:w="4664"/>
      </w:tblGrid>
      <w:tr w:rsidR="00FF2F21" w:rsidRPr="00FF2F21" w:rsidTr="003A52D6">
        <w:trPr>
          <w:trHeight w:val="1133"/>
          <w:jc w:val="center"/>
        </w:trPr>
        <w:tc>
          <w:tcPr>
            <w:tcW w:w="4664" w:type="dxa"/>
          </w:tcPr>
          <w:p w:rsidR="003A52D6" w:rsidRPr="00FF2F21" w:rsidRDefault="00E71966" w:rsidP="00163E15">
            <w:pPr>
              <w:jc w:val="center"/>
              <w:rPr>
                <w:rFonts w:cs="Times New Roman"/>
                <w:bCs/>
                <w:sz w:val="28"/>
                <w:szCs w:val="28"/>
              </w:rPr>
            </w:pPr>
            <w:r w:rsidRPr="00FF2F21">
              <w:rPr>
                <w:rFonts w:cs="Times New Roman"/>
                <w:bCs/>
                <w:sz w:val="28"/>
                <w:szCs w:val="28"/>
              </w:rPr>
              <w:t>ĐẢNG BỘ THÀNH PHỐ</w:t>
            </w:r>
            <w:r w:rsidR="003A52D6" w:rsidRPr="00FF2F21">
              <w:rPr>
                <w:rFonts w:cs="Times New Roman"/>
                <w:bCs/>
                <w:sz w:val="28"/>
                <w:szCs w:val="28"/>
              </w:rPr>
              <w:t xml:space="preserve"> HÀ NỘI</w:t>
            </w:r>
          </w:p>
          <w:p w:rsidR="00E71966" w:rsidRPr="00FF2F21" w:rsidRDefault="00E71966" w:rsidP="00163E15">
            <w:pPr>
              <w:jc w:val="center"/>
              <w:rPr>
                <w:rFonts w:cs="Times New Roman"/>
                <w:b/>
                <w:bCs/>
                <w:sz w:val="28"/>
                <w:szCs w:val="28"/>
              </w:rPr>
            </w:pPr>
            <w:r w:rsidRPr="00FF2F21">
              <w:rPr>
                <w:rFonts w:cs="Times New Roman"/>
                <w:b/>
                <w:bCs/>
                <w:sz w:val="28"/>
                <w:szCs w:val="28"/>
              </w:rPr>
              <w:t>ĐẢNG ỦY XÃ HÒA XÁ</w:t>
            </w:r>
          </w:p>
          <w:p w:rsidR="003A52D6" w:rsidRPr="00FF2F21" w:rsidRDefault="003A52D6" w:rsidP="00163E15">
            <w:pPr>
              <w:jc w:val="center"/>
              <w:rPr>
                <w:rFonts w:cs="Times New Roman"/>
                <w:b/>
                <w:bCs/>
                <w:sz w:val="28"/>
                <w:szCs w:val="28"/>
              </w:rPr>
            </w:pPr>
            <w:r w:rsidRPr="00FF2F21">
              <w:rPr>
                <w:rFonts w:cs="Times New Roman"/>
                <w:b/>
                <w:bCs/>
                <w:sz w:val="28"/>
                <w:szCs w:val="28"/>
              </w:rPr>
              <w:t>*</w:t>
            </w:r>
          </w:p>
          <w:p w:rsidR="003A52D6" w:rsidRPr="00FF2F21" w:rsidRDefault="003A52D6" w:rsidP="00163E15">
            <w:pPr>
              <w:jc w:val="center"/>
              <w:rPr>
                <w:rFonts w:cs="Times New Roman"/>
                <w:sz w:val="28"/>
                <w:szCs w:val="28"/>
              </w:rPr>
            </w:pPr>
            <w:r w:rsidRPr="00FF2F21">
              <w:rPr>
                <w:rFonts w:cs="Times New Roman"/>
                <w:sz w:val="28"/>
                <w:szCs w:val="28"/>
              </w:rPr>
              <w:t xml:space="preserve">Số     </w:t>
            </w:r>
            <w:r w:rsidR="0072777E" w:rsidRPr="00FF2F21">
              <w:rPr>
                <w:rFonts w:cs="Times New Roman"/>
                <w:sz w:val="28"/>
                <w:szCs w:val="28"/>
                <w:lang w:val="vi-VN"/>
              </w:rPr>
              <w:t xml:space="preserve"> </w:t>
            </w:r>
            <w:r w:rsidRPr="00FF2F21">
              <w:rPr>
                <w:rFonts w:cs="Times New Roman"/>
                <w:sz w:val="28"/>
                <w:szCs w:val="28"/>
              </w:rPr>
              <w:t xml:space="preserve"> </w:t>
            </w:r>
            <w:r w:rsidR="0072777E" w:rsidRPr="00FF2F21">
              <w:rPr>
                <w:rFonts w:cs="Times New Roman"/>
                <w:sz w:val="28"/>
                <w:szCs w:val="28"/>
                <w:lang w:val="vi-VN"/>
              </w:rPr>
              <w:t xml:space="preserve"> </w:t>
            </w:r>
            <w:r w:rsidRPr="00FF2F21">
              <w:rPr>
                <w:rFonts w:cs="Times New Roman"/>
                <w:sz w:val="28"/>
                <w:szCs w:val="28"/>
              </w:rPr>
              <w:t>-KH/</w:t>
            </w:r>
            <w:r w:rsidR="00E71966" w:rsidRPr="00FF2F21">
              <w:rPr>
                <w:rFonts w:cs="Times New Roman"/>
                <w:sz w:val="28"/>
                <w:szCs w:val="28"/>
              </w:rPr>
              <w:t>Đ</w:t>
            </w:r>
            <w:r w:rsidRPr="00FF2F21">
              <w:rPr>
                <w:rFonts w:cs="Times New Roman"/>
                <w:sz w:val="28"/>
                <w:szCs w:val="28"/>
              </w:rPr>
              <w:t>U</w:t>
            </w:r>
          </w:p>
          <w:p w:rsidR="003A52D6" w:rsidRPr="00FF2F21" w:rsidRDefault="003A52D6" w:rsidP="00163E15">
            <w:pPr>
              <w:jc w:val="center"/>
              <w:rPr>
                <w:rFonts w:cs="Times New Roman"/>
                <w:sz w:val="28"/>
                <w:szCs w:val="28"/>
              </w:rPr>
            </w:pPr>
          </w:p>
        </w:tc>
        <w:tc>
          <w:tcPr>
            <w:tcW w:w="4664" w:type="dxa"/>
          </w:tcPr>
          <w:p w:rsidR="003A52D6" w:rsidRPr="00FF2F21" w:rsidRDefault="00163E15" w:rsidP="00163E15">
            <w:pPr>
              <w:jc w:val="center"/>
              <w:rPr>
                <w:rFonts w:cs="Times New Roman"/>
                <w:b/>
                <w:bCs/>
                <w:sz w:val="28"/>
                <w:szCs w:val="28"/>
              </w:rPr>
            </w:pPr>
            <w:r w:rsidRPr="00FF2F21">
              <w:rPr>
                <w:rFonts w:cs="Times New Roman"/>
                <w:b/>
                <w:bCs/>
                <w:noProof/>
                <w:sz w:val="28"/>
                <w:szCs w:val="28"/>
              </w:rPr>
              <mc:AlternateContent>
                <mc:Choice Requires="wps">
                  <w:drawing>
                    <wp:anchor distT="0" distB="0" distL="114300" distR="114300" simplePos="0" relativeHeight="251660288" behindDoc="0" locked="0" layoutInCell="1" allowOverlap="1">
                      <wp:simplePos x="0" y="0"/>
                      <wp:positionH relativeFrom="column">
                        <wp:posOffset>239394</wp:posOffset>
                      </wp:positionH>
                      <wp:positionV relativeFrom="paragraph">
                        <wp:posOffset>184785</wp:posOffset>
                      </wp:positionV>
                      <wp:extent cx="2390775" cy="9525"/>
                      <wp:effectExtent l="0" t="0" r="28575" b="28575"/>
                      <wp:wrapNone/>
                      <wp:docPr id="1" name="Straight Connector 1"/>
                      <wp:cNvGraphicFramePr/>
                      <a:graphic xmlns:a="http://schemas.openxmlformats.org/drawingml/2006/main">
                        <a:graphicData uri="http://schemas.microsoft.com/office/word/2010/wordprocessingShape">
                          <wps:wsp>
                            <wps:cNvCnPr/>
                            <wps:spPr>
                              <a:xfrm>
                                <a:off x="0" y="0"/>
                                <a:ext cx="23907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5C3F37C"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85pt,14.55pt" to="207.1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" strokecolor="black [3040]"/>
                  </w:pict>
                </mc:Fallback>
              </mc:AlternateContent>
            </w:r>
            <w:r w:rsidR="003A52D6" w:rsidRPr="00FF2F21">
              <w:rPr>
                <w:rFonts w:cs="Times New Roman"/>
                <w:b/>
                <w:bCs/>
                <w:sz w:val="28"/>
                <w:szCs w:val="28"/>
              </w:rPr>
              <w:t>ĐẢNG CỘNG SẢN VIỆT NAM</w:t>
            </w:r>
          </w:p>
          <w:p w:rsidR="003A52D6" w:rsidRPr="00FF2F21" w:rsidRDefault="003A52D6" w:rsidP="00163E15">
            <w:pPr>
              <w:rPr>
                <w:rFonts w:cs="Times New Roman"/>
                <w:b/>
                <w:bCs/>
                <w:sz w:val="28"/>
                <w:szCs w:val="28"/>
              </w:rPr>
            </w:pPr>
          </w:p>
          <w:p w:rsidR="003A52D6" w:rsidRPr="00FF2F21" w:rsidRDefault="00832966" w:rsidP="00412ACE">
            <w:pPr>
              <w:jc w:val="right"/>
              <w:rPr>
                <w:rFonts w:cs="Times New Roman"/>
                <w:i/>
                <w:iCs/>
                <w:sz w:val="28"/>
                <w:szCs w:val="28"/>
              </w:rPr>
            </w:pPr>
            <w:r w:rsidRPr="00FF2F21">
              <w:rPr>
                <w:rFonts w:cs="Times New Roman"/>
                <w:i/>
                <w:iCs/>
                <w:sz w:val="28"/>
                <w:szCs w:val="28"/>
              </w:rPr>
              <w:t xml:space="preserve">Hòa Xá, </w:t>
            </w:r>
            <w:r w:rsidR="00163E15" w:rsidRPr="00FF2F21">
              <w:rPr>
                <w:rFonts w:cs="Times New Roman"/>
                <w:i/>
                <w:iCs/>
                <w:sz w:val="28"/>
                <w:szCs w:val="28"/>
              </w:rPr>
              <w:t xml:space="preserve"> ngày </w:t>
            </w:r>
            <w:r w:rsidR="00412ACE">
              <w:rPr>
                <w:rFonts w:cs="Times New Roman"/>
                <w:i/>
                <w:iCs/>
                <w:sz w:val="28"/>
                <w:szCs w:val="28"/>
              </w:rPr>
              <w:t>14</w:t>
            </w:r>
            <w:bookmarkStart w:id="0" w:name="_GoBack"/>
            <w:bookmarkEnd w:id="0"/>
            <w:r w:rsidR="003A52D6" w:rsidRPr="00FF2F21">
              <w:rPr>
                <w:rFonts w:cs="Times New Roman"/>
                <w:i/>
                <w:iCs/>
                <w:sz w:val="28"/>
                <w:szCs w:val="28"/>
              </w:rPr>
              <w:t xml:space="preserve"> tháng </w:t>
            </w:r>
            <w:r w:rsidR="00E71966" w:rsidRPr="00FF2F21">
              <w:rPr>
                <w:rFonts w:cs="Times New Roman"/>
                <w:i/>
                <w:iCs/>
                <w:sz w:val="28"/>
                <w:szCs w:val="28"/>
              </w:rPr>
              <w:t>5</w:t>
            </w:r>
            <w:r w:rsidR="003A52D6" w:rsidRPr="00FF2F21">
              <w:rPr>
                <w:rFonts w:cs="Times New Roman"/>
                <w:i/>
                <w:iCs/>
                <w:sz w:val="28"/>
                <w:szCs w:val="28"/>
              </w:rPr>
              <w:t xml:space="preserve"> năm 2026</w:t>
            </w:r>
          </w:p>
        </w:tc>
      </w:tr>
    </w:tbl>
    <w:p w:rsidR="004C214D" w:rsidRPr="00FF2F21" w:rsidRDefault="003D04E0" w:rsidP="004D7A24">
      <w:pPr>
        <w:spacing w:after="0" w:line="240" w:lineRule="auto"/>
        <w:jc w:val="center"/>
        <w:rPr>
          <w:sz w:val="28"/>
          <w:szCs w:val="28"/>
        </w:rPr>
      </w:pPr>
      <w:r w:rsidRPr="00FF2F21">
        <w:rPr>
          <w:b/>
          <w:sz w:val="28"/>
          <w:szCs w:val="28"/>
        </w:rPr>
        <w:t>KẾ HOẠCH</w:t>
      </w:r>
    </w:p>
    <w:p w:rsidR="003A52D6" w:rsidRPr="00FF2F21" w:rsidRDefault="003A52D6" w:rsidP="004D7A24">
      <w:pPr>
        <w:spacing w:after="0" w:line="240" w:lineRule="auto"/>
        <w:jc w:val="center"/>
        <w:rPr>
          <w:rFonts w:cs="Times New Roman"/>
          <w:b/>
          <w:bCs/>
          <w:sz w:val="28"/>
          <w:szCs w:val="28"/>
          <w:lang w:eastAsia="vi-VN"/>
        </w:rPr>
      </w:pPr>
      <w:r w:rsidRPr="00FF2F21">
        <w:rPr>
          <w:rFonts w:cs="Times New Roman"/>
          <w:b/>
          <w:bCs/>
          <w:sz w:val="28"/>
          <w:szCs w:val="28"/>
          <w:lang w:eastAsia="vi-VN"/>
        </w:rPr>
        <w:t>Xây dựng mô hình</w:t>
      </w:r>
      <w:r w:rsidR="002B3A5B" w:rsidRPr="00FF2F21">
        <w:rPr>
          <w:rFonts w:cs="Times New Roman"/>
          <w:b/>
          <w:bCs/>
          <w:sz w:val="28"/>
          <w:szCs w:val="28"/>
          <w:lang w:eastAsia="vi-VN"/>
        </w:rPr>
        <w:t xml:space="preserve"> thí điểm </w:t>
      </w:r>
      <w:r w:rsidRPr="00FF2F21">
        <w:rPr>
          <w:rFonts w:cs="Times New Roman"/>
          <w:b/>
          <w:bCs/>
          <w:sz w:val="28"/>
          <w:szCs w:val="28"/>
          <w:lang w:eastAsia="vi-VN"/>
        </w:rPr>
        <w:t>“Đảng viên số, Chi bộ số” hướng tới xây dựng</w:t>
      </w:r>
    </w:p>
    <w:p w:rsidR="003A52D6" w:rsidRPr="00FF2F21" w:rsidRDefault="003A52D6" w:rsidP="004D7A24">
      <w:pPr>
        <w:spacing w:after="0" w:line="240" w:lineRule="auto"/>
        <w:jc w:val="center"/>
        <w:rPr>
          <w:rFonts w:cs="Times New Roman"/>
          <w:b/>
          <w:bCs/>
          <w:sz w:val="28"/>
          <w:szCs w:val="28"/>
          <w:lang w:eastAsia="vi-VN"/>
        </w:rPr>
      </w:pPr>
      <w:r w:rsidRPr="00FF2F21">
        <w:rPr>
          <w:rFonts w:cs="Times New Roman"/>
          <w:b/>
          <w:bCs/>
          <w:sz w:val="28"/>
          <w:szCs w:val="28"/>
          <w:lang w:eastAsia="vi-VN"/>
        </w:rPr>
        <w:t xml:space="preserve"> “Đảng bộ số” tại </w:t>
      </w:r>
      <w:r w:rsidR="00163E15" w:rsidRPr="00FF2F21">
        <w:rPr>
          <w:rFonts w:cs="Times New Roman"/>
          <w:b/>
          <w:bCs/>
          <w:sz w:val="28"/>
          <w:szCs w:val="28"/>
          <w:lang w:eastAsia="vi-VN"/>
        </w:rPr>
        <w:t>Đ</w:t>
      </w:r>
      <w:r w:rsidRPr="00FF2F21">
        <w:rPr>
          <w:rFonts w:cs="Times New Roman"/>
          <w:b/>
          <w:bCs/>
          <w:sz w:val="28"/>
          <w:szCs w:val="28"/>
          <w:lang w:eastAsia="vi-VN"/>
        </w:rPr>
        <w:t xml:space="preserve">ảng bộ </w:t>
      </w:r>
      <w:r w:rsidR="00E71966" w:rsidRPr="00FF2F21">
        <w:rPr>
          <w:rFonts w:cs="Times New Roman"/>
          <w:b/>
          <w:bCs/>
          <w:sz w:val="28"/>
          <w:szCs w:val="28"/>
          <w:lang w:eastAsia="vi-VN"/>
        </w:rPr>
        <w:t>xã Hòa Xá</w:t>
      </w:r>
      <w:r w:rsidRPr="00FF2F21">
        <w:rPr>
          <w:rFonts w:cs="Times New Roman"/>
          <w:b/>
          <w:bCs/>
          <w:sz w:val="28"/>
          <w:szCs w:val="28"/>
          <w:lang w:eastAsia="vi-VN"/>
        </w:rPr>
        <w:t>, giai đoạn 2026</w:t>
      </w:r>
      <w:r w:rsidR="00163E15" w:rsidRPr="00FF2F21">
        <w:rPr>
          <w:rFonts w:cs="Times New Roman"/>
          <w:b/>
          <w:bCs/>
          <w:sz w:val="28"/>
          <w:szCs w:val="28"/>
          <w:lang w:eastAsia="vi-VN"/>
        </w:rPr>
        <w:t>-</w:t>
      </w:r>
      <w:r w:rsidRPr="00FF2F21">
        <w:rPr>
          <w:rFonts w:cs="Times New Roman"/>
          <w:b/>
          <w:bCs/>
          <w:sz w:val="28"/>
          <w:szCs w:val="28"/>
          <w:lang w:eastAsia="vi-VN"/>
        </w:rPr>
        <w:t>2030</w:t>
      </w:r>
    </w:p>
    <w:p w:rsidR="003A52D6" w:rsidRPr="00FF2F21" w:rsidRDefault="00416864" w:rsidP="004D7A24">
      <w:pPr>
        <w:spacing w:after="0" w:line="240" w:lineRule="auto"/>
        <w:jc w:val="center"/>
        <w:rPr>
          <w:rFonts w:cs="Times New Roman"/>
          <w:sz w:val="28"/>
          <w:szCs w:val="28"/>
          <w:lang w:eastAsia="vi-VN"/>
        </w:rPr>
      </w:pPr>
      <w:r w:rsidRPr="00FF2F21">
        <w:rPr>
          <w:rFonts w:cs="Times New Roman"/>
          <w:b/>
          <w:bCs/>
          <w:sz w:val="28"/>
          <w:szCs w:val="28"/>
          <w:lang w:eastAsia="vi-VN"/>
        </w:rPr>
        <w:t>-----</w:t>
      </w:r>
    </w:p>
    <w:p w:rsidR="00D90870" w:rsidRPr="00FF2F21" w:rsidRDefault="00B47E4C" w:rsidP="004D7A24">
      <w:pPr>
        <w:shd w:val="clear" w:color="auto" w:fill="FFFFFF"/>
        <w:spacing w:before="40" w:after="0" w:line="240" w:lineRule="auto"/>
        <w:jc w:val="both"/>
        <w:rPr>
          <w:rFonts w:cs="Times New Roman"/>
          <w:sz w:val="28"/>
          <w:szCs w:val="28"/>
        </w:rPr>
      </w:pPr>
      <w:r w:rsidRPr="00FF2F21">
        <w:rPr>
          <w:spacing w:val="-4"/>
          <w:sz w:val="28"/>
          <w:szCs w:val="28"/>
        </w:rPr>
        <w:tab/>
      </w:r>
      <w:r w:rsidR="003D04E0" w:rsidRPr="00FF2F21">
        <w:rPr>
          <w:spacing w:val="-4"/>
          <w:sz w:val="28"/>
          <w:szCs w:val="28"/>
        </w:rPr>
        <w:t>T</w:t>
      </w:r>
      <w:r w:rsidR="003D04E0" w:rsidRPr="00FF2F21">
        <w:rPr>
          <w:rFonts w:cs="Times New Roman"/>
          <w:spacing w:val="-4"/>
          <w:sz w:val="28"/>
          <w:szCs w:val="28"/>
        </w:rPr>
        <w:t>hực hiện Nghị quyết Đại hội đại biểu toàn quốc lần thứ XIV của Đảng; Nghị quyết Đại hội đại biểu Đảng bộ Thành phố Hà N</w:t>
      </w:r>
      <w:r w:rsidR="00163E15" w:rsidRPr="00FF2F21">
        <w:rPr>
          <w:rFonts w:cs="Times New Roman"/>
          <w:spacing w:val="-4"/>
          <w:sz w:val="28"/>
          <w:szCs w:val="28"/>
        </w:rPr>
        <w:t>ội lần thứ XVIII; Nghị quyết Đại hội đại biểu Đảng bộ xã Hòa Xá lần thứ I,</w:t>
      </w:r>
      <w:r w:rsidR="006800B6" w:rsidRPr="00FF2F21">
        <w:rPr>
          <w:rFonts w:cs="Times New Roman"/>
          <w:spacing w:val="-4"/>
          <w:sz w:val="28"/>
          <w:szCs w:val="28"/>
        </w:rPr>
        <w:t xml:space="preserve"> nhiệm kỳ 2025 - </w:t>
      </w:r>
      <w:r w:rsidR="003D04E0" w:rsidRPr="00FF2F21">
        <w:rPr>
          <w:rFonts w:cs="Times New Roman"/>
          <w:spacing w:val="-4"/>
          <w:sz w:val="28"/>
          <w:szCs w:val="28"/>
        </w:rPr>
        <w:t>2030;</w:t>
      </w:r>
      <w:r w:rsidR="003D04E0" w:rsidRPr="00FF2F21">
        <w:rPr>
          <w:rFonts w:cs="Times New Roman"/>
          <w:sz w:val="28"/>
          <w:szCs w:val="28"/>
        </w:rPr>
        <w:t xml:space="preserve"> </w:t>
      </w:r>
      <w:r w:rsidRPr="00FF2F21">
        <w:rPr>
          <w:rFonts w:cs="Times New Roman"/>
          <w:spacing w:val="-2"/>
          <w:sz w:val="28"/>
          <w:szCs w:val="28"/>
        </w:rPr>
        <w:t xml:space="preserve">Chương trình hành động số 07-CTr/TU ngày 15/02/2026 của Thành ủy Hà Nội về thực hiện Nghị quyết Đại hội đại biểu toàn quốc lần thứ XIV của Đảng; Nghị quyết số 02-NQ/TW ngày 17/3/2026 của Bộ Chính trị về xây dựng và phát triển Thủ đô Hà Nội trong kỷ nguyên mới; Nghị quyết số 57-NQ/TW ngày 22/12/2024 của Bộ Chính trị về phát triển khoa học, công nghệ, đổi mới sáng tạo và chuyển đổi số quốc gia; </w:t>
      </w:r>
      <w:r w:rsidR="00D97750" w:rsidRPr="00FF2F21">
        <w:rPr>
          <w:sz w:val="28"/>
          <w:szCs w:val="28"/>
        </w:rPr>
        <w:t>Kế hoạch 05-KH/ĐU, ngày 17/7/2025 của Ban Thường vụ Đảng ủy về thực hiện Nghị quyết số 57-NQ/TW ngày 22/12/2024 của Bộ chính trị “</w:t>
      </w:r>
      <w:r w:rsidR="00D97750" w:rsidRPr="00FF2F21">
        <w:rPr>
          <w:i/>
          <w:sz w:val="28"/>
          <w:szCs w:val="28"/>
        </w:rPr>
        <w:t>về đột phá phát triển khoa học công nghệ, đổi mới sáng tạo và chuyển đổi số quốc gia</w:t>
      </w:r>
      <w:r w:rsidR="00D97750" w:rsidRPr="00FF2F21">
        <w:rPr>
          <w:sz w:val="28"/>
          <w:szCs w:val="28"/>
        </w:rPr>
        <w:t>” trên địa bàn xã Hòa Xá; Kế hoạch số 07-KH/ĐU, ngày 17/7/2025 của Ban Thường vụ Đảng ủy về việc đẩy mạnh cải cách hành chính trong cơ quan Đảng xã Hòa Xá giai đoạn 2025</w:t>
      </w:r>
      <w:r w:rsidRPr="00FF2F21">
        <w:rPr>
          <w:sz w:val="28"/>
          <w:szCs w:val="28"/>
        </w:rPr>
        <w:t>-</w:t>
      </w:r>
      <w:r w:rsidR="00D97750" w:rsidRPr="00FF2F21">
        <w:rPr>
          <w:sz w:val="28"/>
          <w:szCs w:val="28"/>
        </w:rPr>
        <w:t>2030</w:t>
      </w:r>
      <w:r w:rsidRPr="00FF2F21">
        <w:rPr>
          <w:sz w:val="28"/>
          <w:szCs w:val="28"/>
        </w:rPr>
        <w:t xml:space="preserve">; </w:t>
      </w:r>
      <w:r w:rsidRPr="00FF2F21">
        <w:rPr>
          <w:rFonts w:cs="Times New Roman"/>
          <w:sz w:val="28"/>
          <w:szCs w:val="28"/>
        </w:rPr>
        <w:t>C</w:t>
      </w:r>
      <w:r w:rsidRPr="00FF2F21">
        <w:rPr>
          <w:rFonts w:cs="Times New Roman"/>
          <w:spacing w:val="-2"/>
          <w:sz w:val="28"/>
          <w:szCs w:val="28"/>
        </w:rPr>
        <w:t xml:space="preserve">hương trình hành động số 10-CTr/ĐU, ngày 05/3/2026 của Ban Thường vụ Đảng ủy về thực hiện </w:t>
      </w:r>
      <w:r w:rsidRPr="00FF2F21">
        <w:rPr>
          <w:sz w:val="28"/>
          <w:szCs w:val="28"/>
        </w:rPr>
        <w:t>Nghị quyết Đại hội đại biểu toàn quốc lần thứ XIV của Đảng; Nghị quyết Đại hội đại biểu thành phố Hà Nội lần thứ XVIII và Nghị quyết Đại hội đại biểu Đảng bộ xã Hòa Xá lần thứ I nhiệm kỳ 2025-2030</w:t>
      </w:r>
      <w:r w:rsidR="00344474" w:rsidRPr="00FF2F21">
        <w:rPr>
          <w:rFonts w:cs="Times New Roman"/>
          <w:spacing w:val="-2"/>
          <w:sz w:val="28"/>
          <w:szCs w:val="28"/>
        </w:rPr>
        <w:t>; Kế hoạch số 82-KH/ĐU, ngày 22/4/2026 của Ban Thường vụ Đảng ủy về t</w:t>
      </w:r>
      <w:r w:rsidR="00344474" w:rsidRPr="00FF2F21">
        <w:rPr>
          <w:rStyle w:val="text"/>
          <w:spacing w:val="3"/>
          <w:sz w:val="28"/>
          <w:szCs w:val="28"/>
        </w:rPr>
        <w:t>hực hiện Đề án số 05-ĐA/TU, ngày 01/4/2026 của Thành ủy về “</w:t>
      </w:r>
      <w:r w:rsidR="00344474" w:rsidRPr="00FF2F21">
        <w:rPr>
          <w:rStyle w:val="text"/>
          <w:i/>
          <w:spacing w:val="3"/>
          <w:sz w:val="28"/>
          <w:szCs w:val="28"/>
        </w:rPr>
        <w:t>Nâng cao năng lực lãnh đạo, sức chiến đấu của các cấp ủy đảng; phát huy vai trò tiên phong, gương mẫu, trách nhiệm của cán bộ, đảng viên, nhất là người đứng đầu trong kỷ nguyên mới</w:t>
      </w:r>
      <w:r w:rsidR="00344474" w:rsidRPr="00FF2F21">
        <w:rPr>
          <w:rStyle w:val="text"/>
          <w:spacing w:val="3"/>
          <w:sz w:val="28"/>
          <w:szCs w:val="28"/>
        </w:rPr>
        <w:t xml:space="preserve">”, </w:t>
      </w:r>
      <w:r w:rsidR="00D90870" w:rsidRPr="00FF2F21">
        <w:rPr>
          <w:rFonts w:cs="Times New Roman"/>
          <w:spacing w:val="-2"/>
          <w:sz w:val="28"/>
          <w:szCs w:val="28"/>
        </w:rPr>
        <w:t xml:space="preserve">Ban Thường vụ </w:t>
      </w:r>
      <w:r w:rsidR="000C65D6" w:rsidRPr="00FF2F21">
        <w:rPr>
          <w:rFonts w:cs="Times New Roman"/>
          <w:spacing w:val="-2"/>
          <w:sz w:val="28"/>
          <w:szCs w:val="28"/>
        </w:rPr>
        <w:t>Đảng</w:t>
      </w:r>
      <w:r w:rsidR="00D90870" w:rsidRPr="00FF2F21">
        <w:rPr>
          <w:rFonts w:cs="Times New Roman"/>
          <w:spacing w:val="-2"/>
          <w:sz w:val="28"/>
          <w:szCs w:val="28"/>
        </w:rPr>
        <w:t xml:space="preserve"> ủy </w:t>
      </w:r>
      <w:r w:rsidR="000C65D6" w:rsidRPr="00FF2F21">
        <w:rPr>
          <w:rFonts w:cs="Times New Roman"/>
          <w:spacing w:val="-2"/>
          <w:sz w:val="28"/>
          <w:szCs w:val="28"/>
        </w:rPr>
        <w:t xml:space="preserve">xã Hòa Xá </w:t>
      </w:r>
      <w:r w:rsidR="00D90870" w:rsidRPr="00FF2F21">
        <w:rPr>
          <w:rFonts w:cs="Times New Roman"/>
          <w:spacing w:val="-2"/>
          <w:sz w:val="28"/>
          <w:szCs w:val="28"/>
        </w:rPr>
        <w:t>ban hành Kế hoạch xây dựng mô hình</w:t>
      </w:r>
      <w:r w:rsidR="002B3A5B" w:rsidRPr="00FF2F21">
        <w:rPr>
          <w:rFonts w:cs="Times New Roman"/>
          <w:spacing w:val="-2"/>
          <w:sz w:val="28"/>
          <w:szCs w:val="28"/>
        </w:rPr>
        <w:t xml:space="preserve"> thí điểm</w:t>
      </w:r>
      <w:r w:rsidR="00D90870" w:rsidRPr="00FF2F21">
        <w:rPr>
          <w:rFonts w:cs="Times New Roman"/>
          <w:spacing w:val="-2"/>
          <w:sz w:val="28"/>
          <w:szCs w:val="28"/>
        </w:rPr>
        <w:t xml:space="preserve"> “Đảng viên số, Chi bộ số” hướng tới xây dựng “Đảng bộ số” tại </w:t>
      </w:r>
      <w:r w:rsidRPr="00FF2F21">
        <w:rPr>
          <w:rFonts w:cs="Times New Roman"/>
          <w:spacing w:val="-2"/>
          <w:sz w:val="28"/>
          <w:szCs w:val="28"/>
        </w:rPr>
        <w:t>Đ</w:t>
      </w:r>
      <w:r w:rsidR="00D90870" w:rsidRPr="00FF2F21">
        <w:rPr>
          <w:rFonts w:cs="Times New Roman"/>
          <w:spacing w:val="-2"/>
          <w:sz w:val="28"/>
          <w:szCs w:val="28"/>
        </w:rPr>
        <w:t xml:space="preserve">ảng bộ </w:t>
      </w:r>
      <w:r w:rsidR="000C65D6" w:rsidRPr="00FF2F21">
        <w:rPr>
          <w:rFonts w:cs="Times New Roman"/>
          <w:spacing w:val="-2"/>
          <w:sz w:val="28"/>
          <w:szCs w:val="28"/>
        </w:rPr>
        <w:t>xã Hòa Xá</w:t>
      </w:r>
      <w:r w:rsidR="00D90870" w:rsidRPr="00FF2F21">
        <w:rPr>
          <w:rFonts w:cs="Times New Roman"/>
          <w:spacing w:val="-2"/>
          <w:sz w:val="28"/>
          <w:szCs w:val="28"/>
        </w:rPr>
        <w:t>, giai đoạn 2026</w:t>
      </w:r>
      <w:r w:rsidR="00141978" w:rsidRPr="00FF2F21">
        <w:rPr>
          <w:rFonts w:cs="Times New Roman"/>
          <w:spacing w:val="-2"/>
          <w:sz w:val="28"/>
          <w:szCs w:val="28"/>
        </w:rPr>
        <w:t>-</w:t>
      </w:r>
      <w:r w:rsidR="00D90870" w:rsidRPr="00FF2F21">
        <w:rPr>
          <w:rFonts w:cs="Times New Roman"/>
          <w:spacing w:val="-2"/>
          <w:sz w:val="28"/>
          <w:szCs w:val="28"/>
        </w:rPr>
        <w:t>2030, cụ thể như sau:</w:t>
      </w:r>
    </w:p>
    <w:p w:rsidR="004C214D" w:rsidRPr="00FF2F21" w:rsidRDefault="003D04E0" w:rsidP="004D7A24">
      <w:pPr>
        <w:spacing w:before="40" w:after="0" w:line="240" w:lineRule="auto"/>
        <w:ind w:firstLine="567"/>
        <w:jc w:val="both"/>
        <w:rPr>
          <w:rFonts w:cs="Times New Roman"/>
          <w:sz w:val="28"/>
          <w:szCs w:val="28"/>
        </w:rPr>
      </w:pPr>
      <w:r w:rsidRPr="00FF2F21">
        <w:rPr>
          <w:rFonts w:cs="Times New Roman"/>
          <w:b/>
          <w:sz w:val="28"/>
          <w:szCs w:val="28"/>
        </w:rPr>
        <w:t>I. MỤC ĐÍCH, YÊU CẦU</w:t>
      </w:r>
    </w:p>
    <w:p w:rsidR="004C214D" w:rsidRPr="00FF2F21" w:rsidRDefault="003D04E0" w:rsidP="004D7A24">
      <w:pPr>
        <w:spacing w:before="40" w:after="0" w:line="240" w:lineRule="auto"/>
        <w:ind w:firstLine="567"/>
        <w:rPr>
          <w:rFonts w:cs="Times New Roman"/>
          <w:sz w:val="28"/>
          <w:szCs w:val="28"/>
        </w:rPr>
      </w:pPr>
      <w:r w:rsidRPr="00FF2F21">
        <w:rPr>
          <w:rFonts w:cs="Times New Roman"/>
          <w:b/>
          <w:sz w:val="28"/>
          <w:szCs w:val="28"/>
        </w:rPr>
        <w:t>1. Mục đích</w:t>
      </w:r>
    </w:p>
    <w:p w:rsidR="003F0E99" w:rsidRPr="00FF2F21" w:rsidRDefault="00E71966" w:rsidP="004D7A24">
      <w:pPr>
        <w:spacing w:before="40" w:after="0" w:line="240" w:lineRule="auto"/>
        <w:ind w:firstLine="567"/>
        <w:jc w:val="both"/>
        <w:rPr>
          <w:rFonts w:cs="Times New Roman"/>
          <w:sz w:val="28"/>
          <w:szCs w:val="28"/>
        </w:rPr>
      </w:pPr>
      <w:r w:rsidRPr="00FF2F21">
        <w:rPr>
          <w:rFonts w:cs="Times New Roman"/>
          <w:sz w:val="28"/>
          <w:szCs w:val="28"/>
        </w:rPr>
        <w:t xml:space="preserve">- Cụ thể hóa chủ trương, định hướng </w:t>
      </w:r>
      <w:r w:rsidR="00A8495D" w:rsidRPr="00FF2F21">
        <w:rPr>
          <w:rFonts w:cs="Times New Roman"/>
          <w:sz w:val="28"/>
          <w:szCs w:val="28"/>
        </w:rPr>
        <w:t xml:space="preserve">lớn của Trung ương, Thành ủy và Đảng ủy </w:t>
      </w:r>
      <w:r w:rsidRPr="00FF2F21">
        <w:rPr>
          <w:rFonts w:cs="Times New Roman"/>
          <w:sz w:val="28"/>
          <w:szCs w:val="28"/>
        </w:rPr>
        <w:t xml:space="preserve">về đổi mới phương thức lãnh đạo của </w:t>
      </w:r>
      <w:r w:rsidR="00A8495D" w:rsidRPr="00FF2F21">
        <w:rPr>
          <w:rFonts w:cs="Times New Roman"/>
          <w:sz w:val="28"/>
          <w:szCs w:val="28"/>
        </w:rPr>
        <w:t xml:space="preserve">Đảng, đẩy mạnh chuyển đổi số trong các cơ quan Đảng, xây dựng </w:t>
      </w:r>
      <w:r w:rsidRPr="00FF2F21">
        <w:rPr>
          <w:rFonts w:cs="Times New Roman"/>
          <w:sz w:val="28"/>
          <w:szCs w:val="28"/>
        </w:rPr>
        <w:t xml:space="preserve">tổ chức đảng </w:t>
      </w:r>
      <w:r w:rsidR="00A8495D" w:rsidRPr="00FF2F21">
        <w:rPr>
          <w:rFonts w:cs="Times New Roman"/>
          <w:sz w:val="28"/>
          <w:szCs w:val="28"/>
        </w:rPr>
        <w:t>và đội ngũ đảng viên đáp ứng yêu cầu quản trị hiện đại, điều hành theo mục tiêu, dữ liệu và kết quả.</w:t>
      </w:r>
    </w:p>
    <w:p w:rsidR="003F0E99" w:rsidRPr="00FF2F21" w:rsidRDefault="003F0E99" w:rsidP="004D7A24">
      <w:pPr>
        <w:spacing w:before="40" w:after="0" w:line="240" w:lineRule="auto"/>
        <w:ind w:firstLine="567"/>
        <w:jc w:val="both"/>
        <w:rPr>
          <w:sz w:val="28"/>
          <w:szCs w:val="28"/>
          <w:lang w:val="vi-VN" w:eastAsia="vi-VN" w:bidi="vi-VN"/>
        </w:rPr>
      </w:pPr>
      <w:r w:rsidRPr="00FF2F21">
        <w:rPr>
          <w:sz w:val="28"/>
          <w:szCs w:val="28"/>
          <w:lang w:eastAsia="vi-VN" w:bidi="vi-VN"/>
        </w:rPr>
        <w:t xml:space="preserve">- </w:t>
      </w:r>
      <w:r w:rsidRPr="00FF2F21">
        <w:rPr>
          <w:sz w:val="28"/>
          <w:szCs w:val="28"/>
          <w:lang w:val="vi-VN" w:eastAsia="vi-VN" w:bidi="vi-VN"/>
        </w:rPr>
        <w:t>Xây dựng mô hình thí điểm đồng bộ từ đảng viên số, chi bộ số hướng đến đảng bộ số; tạo chuyển biến thực chất trong tổ chức thực hiện nghị quyết, quản lý đảng viên, sinh hoạt chi bộ, công tác kiểm tra, giám sát, đánh giá cán bộ, theo dõi k</w:t>
      </w:r>
      <w:r w:rsidRPr="00FF2F21">
        <w:rPr>
          <w:sz w:val="28"/>
          <w:szCs w:val="28"/>
          <w:lang w:eastAsia="vi-VN" w:bidi="vi-VN"/>
        </w:rPr>
        <w:t>ế</w:t>
      </w:r>
      <w:r w:rsidRPr="00FF2F21">
        <w:rPr>
          <w:sz w:val="28"/>
          <w:szCs w:val="28"/>
          <w:lang w:val="vi-VN" w:eastAsia="vi-VN" w:bidi="vi-VN"/>
        </w:rPr>
        <w:t>t quả thực hiện nhiệm vụ và phục vụ công tác lãnh đạo, chỉ đạo của cấp ủy các cấp.</w:t>
      </w:r>
    </w:p>
    <w:p w:rsidR="003F0E99" w:rsidRPr="00FF2F21" w:rsidRDefault="003F0E99" w:rsidP="004D7A24">
      <w:pPr>
        <w:spacing w:before="40" w:after="0" w:line="240" w:lineRule="auto"/>
        <w:ind w:firstLine="567"/>
        <w:jc w:val="both"/>
        <w:rPr>
          <w:spacing w:val="-2"/>
          <w:sz w:val="28"/>
          <w:szCs w:val="28"/>
          <w:lang w:val="vi-VN" w:eastAsia="vi-VN" w:bidi="vi-VN"/>
        </w:rPr>
      </w:pPr>
      <w:r w:rsidRPr="00FF2F21">
        <w:rPr>
          <w:spacing w:val="-2"/>
          <w:sz w:val="28"/>
          <w:szCs w:val="28"/>
          <w:lang w:eastAsia="vi-VN" w:bidi="vi-VN"/>
        </w:rPr>
        <w:lastRenderedPageBreak/>
        <w:t xml:space="preserve">- </w:t>
      </w:r>
      <w:r w:rsidRPr="00FF2F21">
        <w:rPr>
          <w:spacing w:val="-2"/>
          <w:sz w:val="28"/>
          <w:szCs w:val="28"/>
          <w:lang w:val="vi-VN" w:eastAsia="vi-VN" w:bidi="vi-VN"/>
        </w:rPr>
        <w:t>Tạo nền tảng dữ liệu số thống nhất phục vụ công tác xây dựng Đảng của Thành phố</w:t>
      </w:r>
      <w:r w:rsidRPr="00FF2F21">
        <w:rPr>
          <w:spacing w:val="-2"/>
          <w:sz w:val="28"/>
          <w:szCs w:val="28"/>
          <w:lang w:eastAsia="vi-VN" w:bidi="vi-VN"/>
        </w:rPr>
        <w:t xml:space="preserve"> và của xã</w:t>
      </w:r>
      <w:r w:rsidRPr="00FF2F21">
        <w:rPr>
          <w:spacing w:val="-2"/>
          <w:sz w:val="28"/>
          <w:szCs w:val="28"/>
          <w:lang w:val="vi-VN" w:eastAsia="vi-VN" w:bidi="vi-VN"/>
        </w:rPr>
        <w:t xml:space="preserve">; từng bước chuyển từ phương thức lãnh đạo dựa trên dữ liệu số, chỉ số đo lường, hệ thống điều hành theo thời gian thực và các công cụ hỗ </w:t>
      </w:r>
      <w:r w:rsidRPr="00FF2F21">
        <w:rPr>
          <w:spacing w:val="-2"/>
          <w:sz w:val="28"/>
          <w:szCs w:val="28"/>
          <w:lang w:eastAsia="vi-VN" w:bidi="vi-VN"/>
        </w:rPr>
        <w:t>tr</w:t>
      </w:r>
      <w:r w:rsidRPr="00FF2F21">
        <w:rPr>
          <w:spacing w:val="-2"/>
          <w:sz w:val="28"/>
          <w:szCs w:val="28"/>
          <w:lang w:val="vi-VN" w:eastAsia="vi-VN" w:bidi="vi-VN"/>
        </w:rPr>
        <w:t>ợ phân tích, dự báo.</w:t>
      </w:r>
    </w:p>
    <w:p w:rsidR="003F0E99" w:rsidRPr="00FF2F21" w:rsidRDefault="003F0E99" w:rsidP="004D7A24">
      <w:pPr>
        <w:spacing w:before="40" w:after="0" w:line="240" w:lineRule="auto"/>
        <w:ind w:firstLine="567"/>
        <w:jc w:val="both"/>
        <w:rPr>
          <w:sz w:val="28"/>
          <w:szCs w:val="28"/>
        </w:rPr>
      </w:pPr>
      <w:r w:rsidRPr="00FF2F21">
        <w:rPr>
          <w:sz w:val="28"/>
          <w:szCs w:val="28"/>
          <w:lang w:eastAsia="vi-VN" w:bidi="vi-VN"/>
        </w:rPr>
        <w:t xml:space="preserve">- </w:t>
      </w:r>
      <w:r w:rsidRPr="00FF2F21">
        <w:rPr>
          <w:sz w:val="28"/>
          <w:szCs w:val="28"/>
          <w:lang w:val="vi-VN" w:eastAsia="vi-VN" w:bidi="vi-VN"/>
        </w:rPr>
        <w:t>Xây dựng cơ sở thực tiễn đ</w:t>
      </w:r>
      <w:r w:rsidRPr="00FF2F21">
        <w:rPr>
          <w:sz w:val="28"/>
          <w:szCs w:val="28"/>
          <w:lang w:eastAsia="vi-VN" w:bidi="vi-VN"/>
        </w:rPr>
        <w:t>ể</w:t>
      </w:r>
      <w:r w:rsidRPr="00FF2F21">
        <w:rPr>
          <w:sz w:val="28"/>
          <w:szCs w:val="28"/>
          <w:lang w:val="vi-VN" w:eastAsia="vi-VN" w:bidi="vi-VN"/>
        </w:rPr>
        <w:t xml:space="preserve"> tổng kết, hoàn thiện mô hình, cơ chế, quy trình, tiêu chuẩn kỹ thuật, bộ chỉ số đánh giá</w:t>
      </w:r>
      <w:r w:rsidRPr="00FF2F21">
        <w:rPr>
          <w:sz w:val="28"/>
          <w:szCs w:val="28"/>
          <w:lang w:eastAsia="vi-VN" w:bidi="vi-VN"/>
        </w:rPr>
        <w:t xml:space="preserve"> của Thành phố</w:t>
      </w:r>
      <w:r w:rsidRPr="00FF2F21">
        <w:rPr>
          <w:sz w:val="28"/>
          <w:szCs w:val="28"/>
          <w:lang w:val="vi-VN" w:eastAsia="vi-VN" w:bidi="vi-VN"/>
        </w:rPr>
        <w:t xml:space="preserve">; làm tiền đề nhân rộng toàn Đảng bộ </w:t>
      </w:r>
      <w:r w:rsidRPr="00FF2F21">
        <w:rPr>
          <w:sz w:val="28"/>
          <w:szCs w:val="28"/>
          <w:lang w:eastAsia="vi-VN" w:bidi="vi-VN"/>
        </w:rPr>
        <w:t>xã</w:t>
      </w:r>
      <w:r w:rsidRPr="00FF2F21">
        <w:rPr>
          <w:sz w:val="28"/>
          <w:szCs w:val="28"/>
          <w:lang w:val="vi-VN" w:eastAsia="vi-VN" w:bidi="vi-VN"/>
        </w:rPr>
        <w:t>, tiến tới hình thành “Đảng bộ số” đồng bộ, hiện đại, hiệu quả.</w:t>
      </w:r>
    </w:p>
    <w:p w:rsidR="003F0E99" w:rsidRPr="00FF2F21" w:rsidRDefault="003D04E0" w:rsidP="004D7A24">
      <w:pPr>
        <w:spacing w:before="40" w:after="0" w:line="240" w:lineRule="auto"/>
        <w:ind w:firstLine="567"/>
        <w:rPr>
          <w:rFonts w:cs="Times New Roman"/>
          <w:b/>
          <w:sz w:val="28"/>
          <w:szCs w:val="28"/>
        </w:rPr>
      </w:pPr>
      <w:r w:rsidRPr="00FF2F21">
        <w:rPr>
          <w:rFonts w:cs="Times New Roman"/>
          <w:b/>
          <w:sz w:val="28"/>
          <w:szCs w:val="28"/>
        </w:rPr>
        <w:t>2. Yêu cầu</w:t>
      </w:r>
    </w:p>
    <w:p w:rsidR="003F0E99" w:rsidRPr="00FF2F21" w:rsidRDefault="003F0E99" w:rsidP="004D7A24">
      <w:pPr>
        <w:spacing w:before="40" w:after="0" w:line="240" w:lineRule="auto"/>
        <w:ind w:firstLine="567"/>
        <w:jc w:val="both"/>
        <w:rPr>
          <w:sz w:val="28"/>
          <w:szCs w:val="28"/>
          <w:lang w:val="vi-VN" w:eastAsia="vi-VN" w:bidi="vi-VN"/>
        </w:rPr>
      </w:pPr>
      <w:r w:rsidRPr="00FF2F21">
        <w:rPr>
          <w:sz w:val="28"/>
          <w:szCs w:val="28"/>
          <w:lang w:eastAsia="vi-VN" w:bidi="vi-VN"/>
        </w:rPr>
        <w:t xml:space="preserve">- </w:t>
      </w:r>
      <w:r w:rsidRPr="00FF2F21">
        <w:rPr>
          <w:sz w:val="28"/>
          <w:szCs w:val="28"/>
          <w:lang w:val="vi-VN" w:eastAsia="vi-VN" w:bidi="vi-VN"/>
        </w:rPr>
        <w:t>Bám sát các quan điểm, mục tiêu, nhiệm vụ, giải pháp nêu trong Nghị quyết Đại hội XIV của Đảng, Nghị quyết Đại hội XVIII Đảng bộ Thành phố, Nghị quyết số 02-NQ/TW, Nghị quyết số 57-NQ/TW</w:t>
      </w:r>
      <w:r w:rsidRPr="00FF2F21">
        <w:rPr>
          <w:sz w:val="28"/>
          <w:szCs w:val="28"/>
          <w:lang w:eastAsia="vi-VN" w:bidi="vi-VN"/>
        </w:rPr>
        <w:t>, Đề</w:t>
      </w:r>
      <w:r w:rsidRPr="00FF2F21">
        <w:rPr>
          <w:sz w:val="28"/>
          <w:szCs w:val="28"/>
          <w:lang w:val="vi-VN" w:eastAsia="vi-VN" w:bidi="vi-VN"/>
        </w:rPr>
        <w:t xml:space="preserve"> án số 05-ĐA/T</w:t>
      </w:r>
      <w:r w:rsidRPr="00FF2F21">
        <w:rPr>
          <w:sz w:val="28"/>
          <w:szCs w:val="28"/>
          <w:lang w:eastAsia="vi-VN" w:bidi="vi-VN"/>
        </w:rPr>
        <w:t>U</w:t>
      </w:r>
      <w:r w:rsidRPr="00FF2F21">
        <w:rPr>
          <w:sz w:val="28"/>
          <w:szCs w:val="28"/>
          <w:lang w:val="vi-VN" w:eastAsia="vi-VN" w:bidi="vi-VN"/>
        </w:rPr>
        <w:t xml:space="preserve"> của Thành ủy Hà Nội</w:t>
      </w:r>
      <w:r w:rsidRPr="00FF2F21">
        <w:rPr>
          <w:sz w:val="28"/>
          <w:szCs w:val="28"/>
          <w:lang w:eastAsia="vi-VN" w:bidi="vi-VN"/>
        </w:rPr>
        <w:t xml:space="preserve"> và các chương trình, kế hoạch thực hiện của Đảng ủy nhằm thực hiện các văn bản chỉ đạo của Trung ương, của Thành ủy</w:t>
      </w:r>
      <w:r w:rsidRPr="00FF2F21">
        <w:rPr>
          <w:sz w:val="28"/>
          <w:szCs w:val="28"/>
          <w:lang w:val="vi-VN" w:eastAsia="vi-VN" w:bidi="vi-VN"/>
        </w:rPr>
        <w:t>.</w:t>
      </w:r>
    </w:p>
    <w:p w:rsidR="003F0E99" w:rsidRPr="00FF2F21" w:rsidRDefault="003F0E99" w:rsidP="004D7A24">
      <w:pPr>
        <w:spacing w:before="40" w:after="0" w:line="240" w:lineRule="auto"/>
        <w:ind w:firstLine="567"/>
        <w:jc w:val="both"/>
        <w:rPr>
          <w:sz w:val="28"/>
          <w:szCs w:val="28"/>
          <w:lang w:val="vi-VN" w:eastAsia="vi-VN" w:bidi="vi-VN"/>
        </w:rPr>
      </w:pPr>
      <w:r w:rsidRPr="00FF2F21">
        <w:rPr>
          <w:sz w:val="28"/>
          <w:szCs w:val="28"/>
          <w:lang w:eastAsia="vi-VN" w:bidi="vi-VN"/>
        </w:rPr>
        <w:t xml:space="preserve">- </w:t>
      </w:r>
      <w:r w:rsidRPr="00FF2F21">
        <w:rPr>
          <w:sz w:val="28"/>
          <w:szCs w:val="28"/>
          <w:lang w:val="vi-VN" w:eastAsia="vi-VN" w:bidi="vi-VN"/>
        </w:rPr>
        <w:t>Việc xây dựng thí điểm phải bảo đảm tính tổng th</w:t>
      </w:r>
      <w:r w:rsidRPr="00FF2F21">
        <w:rPr>
          <w:sz w:val="28"/>
          <w:szCs w:val="28"/>
          <w:lang w:eastAsia="vi-VN" w:bidi="vi-VN"/>
        </w:rPr>
        <w:t>ể</w:t>
      </w:r>
      <w:r w:rsidRPr="00FF2F21">
        <w:rPr>
          <w:sz w:val="28"/>
          <w:szCs w:val="28"/>
          <w:lang w:val="vi-VN" w:eastAsia="vi-VN" w:bidi="vi-VN"/>
        </w:rPr>
        <w:t>, liên thông, đồng bộ; bảo đảm thiết thực, khả thi, an toàn, bảo mật dữ liệu; không gây cản trở hoạt động thường xuyên của tổ chức đảng, cơ quan, đơn vị; lấy hiệu quả phục vụ công tác lãnh đạo, chỉ đạo và nâng cao chất lượng tổ chức đảng, đảng viên làm thước đo chủ yếu.</w:t>
      </w:r>
    </w:p>
    <w:p w:rsidR="003F0E99" w:rsidRPr="00FF2F21" w:rsidRDefault="003F0E99" w:rsidP="004D7A24">
      <w:pPr>
        <w:spacing w:before="40" w:after="0" w:line="240" w:lineRule="auto"/>
        <w:ind w:firstLine="567"/>
        <w:jc w:val="both"/>
        <w:rPr>
          <w:rStyle w:val="Vnbnnidung2Innghing"/>
          <w:color w:val="auto"/>
          <w:sz w:val="28"/>
          <w:szCs w:val="28"/>
        </w:rPr>
      </w:pPr>
      <w:r w:rsidRPr="00FF2F21">
        <w:rPr>
          <w:sz w:val="28"/>
          <w:szCs w:val="28"/>
          <w:lang w:eastAsia="vi-VN" w:bidi="vi-VN"/>
        </w:rPr>
        <w:t xml:space="preserve">- </w:t>
      </w:r>
      <w:r w:rsidRPr="00FF2F21">
        <w:rPr>
          <w:sz w:val="28"/>
          <w:szCs w:val="28"/>
          <w:lang w:val="vi-VN" w:eastAsia="vi-VN" w:bidi="vi-VN"/>
        </w:rPr>
        <w:t xml:space="preserve">Xác định rõ phạm vi thí điểm, lộ trình triển khai, sản phẩm đầu ra, trách nhiệm của từng cơ quan, đơn vị, người đứng đầu; bảo đảm nguyên tắc “6 rõ, 1 xuyên suốt” </w:t>
      </w:r>
      <w:r w:rsidRPr="00FF2F21">
        <w:rPr>
          <w:rStyle w:val="Vnbnnidung2Innghing"/>
          <w:color w:val="auto"/>
          <w:sz w:val="28"/>
          <w:szCs w:val="28"/>
        </w:rPr>
        <w:t>(rõ việc, rõ người, rõ trách nhiệm</w:t>
      </w:r>
      <w:r w:rsidRPr="00FF2F21">
        <w:rPr>
          <w:sz w:val="28"/>
          <w:szCs w:val="28"/>
          <w:lang w:val="vi-VN" w:eastAsia="vi-VN" w:bidi="vi-VN"/>
        </w:rPr>
        <w:t xml:space="preserve">, </w:t>
      </w:r>
      <w:r w:rsidRPr="00FF2F21">
        <w:rPr>
          <w:rStyle w:val="Vnbnnidung2Innghing"/>
          <w:color w:val="auto"/>
          <w:sz w:val="28"/>
          <w:szCs w:val="28"/>
        </w:rPr>
        <w:t>rõ quy trình, rõ thời gian, rõ sản ph</w:t>
      </w:r>
      <w:r w:rsidRPr="00FF2F21">
        <w:rPr>
          <w:rStyle w:val="Vnbnnidung2Innghing"/>
          <w:color w:val="auto"/>
          <w:sz w:val="28"/>
          <w:szCs w:val="28"/>
          <w:lang w:val="en-US"/>
        </w:rPr>
        <w:t>ẩ</w:t>
      </w:r>
      <w:r w:rsidRPr="00FF2F21">
        <w:rPr>
          <w:rStyle w:val="Vnbnnidung2Innghing"/>
          <w:color w:val="auto"/>
          <w:sz w:val="28"/>
          <w:szCs w:val="28"/>
        </w:rPr>
        <w:t>m; một việc chỉ giao một đầu mối chịu trách nhiệm xuyên suốt).</w:t>
      </w:r>
    </w:p>
    <w:p w:rsidR="003F0E99" w:rsidRPr="00FF2F21" w:rsidRDefault="003F0E99" w:rsidP="004D7A24">
      <w:pPr>
        <w:spacing w:before="40" w:after="0" w:line="240" w:lineRule="auto"/>
        <w:ind w:firstLine="567"/>
        <w:jc w:val="both"/>
        <w:rPr>
          <w:sz w:val="28"/>
          <w:szCs w:val="28"/>
        </w:rPr>
      </w:pPr>
      <w:r w:rsidRPr="00FF2F21">
        <w:rPr>
          <w:sz w:val="28"/>
          <w:szCs w:val="28"/>
          <w:lang w:eastAsia="vi-VN" w:bidi="vi-VN"/>
        </w:rPr>
        <w:t xml:space="preserve">- </w:t>
      </w:r>
      <w:r w:rsidRPr="00FF2F21">
        <w:rPr>
          <w:sz w:val="28"/>
          <w:szCs w:val="28"/>
          <w:lang w:val="vi-VN" w:eastAsia="vi-VN" w:bidi="vi-VN"/>
        </w:rPr>
        <w:t>Kết hợp chặt chẽ giữa xây dựng nền tảng công nghệ với chuẩn hóa dữ liệu, hoàn thiện quy chế, quy trình, đào tạo, bồi dưỡng kỹ năng số, thay đổi tư duy và phương thức làm việc của cán bộ, đảng viên, nhất là người đứng đầu cơ quan, đơn vị.</w:t>
      </w:r>
    </w:p>
    <w:p w:rsidR="004C214D" w:rsidRPr="00FF2F21" w:rsidRDefault="003D04E0" w:rsidP="004D7A24">
      <w:pPr>
        <w:spacing w:before="40" w:after="0" w:line="240" w:lineRule="auto"/>
        <w:ind w:firstLine="567"/>
        <w:rPr>
          <w:rFonts w:cs="Times New Roman"/>
          <w:sz w:val="28"/>
          <w:szCs w:val="28"/>
        </w:rPr>
      </w:pPr>
      <w:r w:rsidRPr="00FF2F21">
        <w:rPr>
          <w:rFonts w:cs="Times New Roman"/>
          <w:b/>
          <w:sz w:val="28"/>
          <w:szCs w:val="28"/>
        </w:rPr>
        <w:t>II. QUAN ĐIỂM, NGUYÊN TẮC TRIỂN KHAI</w:t>
      </w:r>
    </w:p>
    <w:p w:rsidR="00CD53E8" w:rsidRPr="00FF2F21" w:rsidRDefault="003D04E0" w:rsidP="004D7A24">
      <w:pPr>
        <w:spacing w:before="40" w:after="0" w:line="240" w:lineRule="auto"/>
        <w:ind w:firstLine="567"/>
        <w:jc w:val="both"/>
        <w:rPr>
          <w:rFonts w:cs="Times New Roman"/>
          <w:sz w:val="28"/>
          <w:szCs w:val="28"/>
        </w:rPr>
      </w:pPr>
      <w:r w:rsidRPr="00FF2F21">
        <w:rPr>
          <w:rFonts w:cs="Times New Roman"/>
          <w:b/>
          <w:sz w:val="28"/>
          <w:szCs w:val="28"/>
        </w:rPr>
        <w:t>1.</w:t>
      </w:r>
      <w:r w:rsidRPr="00FF2F21">
        <w:rPr>
          <w:rFonts w:cs="Times New Roman"/>
          <w:sz w:val="28"/>
          <w:szCs w:val="28"/>
        </w:rPr>
        <w:t xml:space="preserve"> Xây dựng “Đảng bộ số” là một nội dung quan trọng của đổi mới phương thức lãnh đạo, cầm quyền của Đảng trong kỷ nguyên mới; là công cụ để nâng cao năng lực lãnh đạo, sức chiến đấu, tăng tính kịp thời, chính xác, công khai, minh bạch, trách nhiệm giải trình và hiệu quả tổ chức thực hiện.</w:t>
      </w:r>
    </w:p>
    <w:p w:rsidR="00CD53E8" w:rsidRPr="00FF2F21" w:rsidRDefault="003D04E0" w:rsidP="004D7A24">
      <w:pPr>
        <w:spacing w:before="40" w:after="0" w:line="240" w:lineRule="auto"/>
        <w:ind w:firstLine="567"/>
        <w:jc w:val="both"/>
        <w:rPr>
          <w:sz w:val="28"/>
          <w:szCs w:val="28"/>
          <w:lang w:val="vi-VN" w:eastAsia="vi-VN" w:bidi="vi-VN"/>
        </w:rPr>
      </w:pPr>
      <w:r w:rsidRPr="00FF2F21">
        <w:rPr>
          <w:rFonts w:cs="Times New Roman"/>
          <w:b/>
          <w:sz w:val="28"/>
          <w:szCs w:val="28"/>
        </w:rPr>
        <w:t>2.</w:t>
      </w:r>
      <w:r w:rsidRPr="00FF2F21">
        <w:rPr>
          <w:rFonts w:cs="Times New Roman"/>
          <w:sz w:val="28"/>
          <w:szCs w:val="28"/>
        </w:rPr>
        <w:t xml:space="preserve"> “Đảng viên số” là hạt nhân của chuyển đổi số trong công tác Đảng; “Chi bộ số” là môi trường tổ chức, vận hành trực tiếp; “Đảng bộ số” là cấp độ tích hợp, điều hành, giám sát toàn diện của cấp ủy trên nền tảng dữ liệu và công nghệ số.</w:t>
      </w:r>
      <w:r w:rsidR="00CD53E8" w:rsidRPr="00FF2F21">
        <w:rPr>
          <w:rFonts w:cs="Times New Roman"/>
          <w:sz w:val="28"/>
          <w:szCs w:val="28"/>
        </w:rPr>
        <w:t xml:space="preserve"> </w:t>
      </w:r>
      <w:r w:rsidR="00CD53E8" w:rsidRPr="00FF2F21">
        <w:rPr>
          <w:sz w:val="28"/>
          <w:szCs w:val="28"/>
          <w:lang w:val="vi-VN" w:eastAsia="vi-VN" w:bidi="vi-VN"/>
        </w:rPr>
        <w:t>Xây dựng “Đảng viên số, chi bộ số” hướng tới xây dựng “Đảng bộ số” là nhiệm vụ trọng tâm, có tính đột phá trong công tác xây dựng Đảng, đổi mới phương thức lãnh đạo, cầm quyền của Đảng trong kỷ nguyên mới; gắn trực tiếp với yêu cầu phát triển khoa học, công nghệ, đổi mới sáng tạo và chuyển đổi số quốc gia.</w:t>
      </w:r>
    </w:p>
    <w:p w:rsidR="004C214D" w:rsidRPr="00FF2F21" w:rsidRDefault="003D04E0" w:rsidP="004D7A24">
      <w:pPr>
        <w:spacing w:before="40" w:after="0" w:line="240" w:lineRule="auto"/>
        <w:ind w:firstLine="567"/>
        <w:jc w:val="both"/>
        <w:rPr>
          <w:rFonts w:cs="Times New Roman"/>
          <w:sz w:val="28"/>
          <w:szCs w:val="28"/>
        </w:rPr>
      </w:pPr>
      <w:r w:rsidRPr="00FF2F21">
        <w:rPr>
          <w:rFonts w:cs="Times New Roman"/>
          <w:b/>
          <w:sz w:val="28"/>
          <w:szCs w:val="28"/>
        </w:rPr>
        <w:t>3.</w:t>
      </w:r>
      <w:r w:rsidRPr="00FF2F21">
        <w:rPr>
          <w:rFonts w:cs="Times New Roman"/>
          <w:sz w:val="28"/>
          <w:szCs w:val="28"/>
        </w:rPr>
        <w:t xml:space="preserve"> Dữ liệu là nền tảng</w:t>
      </w:r>
      <w:r w:rsidR="00026791" w:rsidRPr="00FF2F21">
        <w:rPr>
          <w:rFonts w:cs="Times New Roman"/>
          <w:sz w:val="28"/>
          <w:szCs w:val="28"/>
        </w:rPr>
        <w:t>,</w:t>
      </w:r>
      <w:r w:rsidRPr="00FF2F21">
        <w:rPr>
          <w:rFonts w:cs="Times New Roman"/>
          <w:sz w:val="28"/>
          <w:szCs w:val="28"/>
        </w:rPr>
        <w:t xml:space="preserve"> nền tảng số là công cụ; trí tuệ nhân tạo là phương tiện hỗ trợ phân tích, dự báo, nhắc việc, giám sát; </w:t>
      </w:r>
      <w:r w:rsidR="00BD2C8C" w:rsidRPr="00FF2F21">
        <w:rPr>
          <w:rFonts w:cs="Times New Roman"/>
          <w:sz w:val="28"/>
          <w:szCs w:val="28"/>
        </w:rPr>
        <w:t>cán bộ, đảng viên</w:t>
      </w:r>
      <w:r w:rsidRPr="00FF2F21">
        <w:rPr>
          <w:rFonts w:cs="Times New Roman"/>
          <w:sz w:val="28"/>
          <w:szCs w:val="28"/>
        </w:rPr>
        <w:t>, nhất là cấp ủy và người đứng đầu</w:t>
      </w:r>
      <w:r w:rsidR="00CD53E8" w:rsidRPr="00FF2F21">
        <w:rPr>
          <w:rFonts w:cs="Times New Roman"/>
          <w:sz w:val="28"/>
          <w:szCs w:val="28"/>
        </w:rPr>
        <w:t xml:space="preserve"> phát huy vai trò, thực hiện đúng chức năng, nhiệm vụ và</w:t>
      </w:r>
      <w:r w:rsidRPr="00FF2F21">
        <w:rPr>
          <w:rFonts w:cs="Times New Roman"/>
          <w:sz w:val="28"/>
          <w:szCs w:val="28"/>
        </w:rPr>
        <w:t xml:space="preserve"> là chủ thể quyết định chất lượng và hiệu quả vận hành của mô hình.</w:t>
      </w:r>
    </w:p>
    <w:p w:rsidR="004C214D" w:rsidRPr="00FF2F21" w:rsidRDefault="003D04E0" w:rsidP="004D7A24">
      <w:pPr>
        <w:widowControl w:val="0"/>
        <w:spacing w:before="40" w:after="0" w:line="240" w:lineRule="auto"/>
        <w:ind w:firstLine="567"/>
        <w:jc w:val="both"/>
        <w:rPr>
          <w:rFonts w:cs="Times New Roman"/>
          <w:spacing w:val="-2"/>
          <w:sz w:val="28"/>
          <w:szCs w:val="28"/>
        </w:rPr>
      </w:pPr>
      <w:r w:rsidRPr="00FF2F21">
        <w:rPr>
          <w:rFonts w:cs="Times New Roman"/>
          <w:b/>
          <w:spacing w:val="-2"/>
          <w:sz w:val="28"/>
          <w:szCs w:val="28"/>
        </w:rPr>
        <w:t>4.</w:t>
      </w:r>
      <w:r w:rsidRPr="00FF2F21">
        <w:rPr>
          <w:rFonts w:cs="Times New Roman"/>
          <w:spacing w:val="-2"/>
          <w:sz w:val="28"/>
          <w:szCs w:val="28"/>
        </w:rPr>
        <w:t xml:space="preserve"> Triển khai theo lộ trình thí điểm, đánh giá, hoàn thiện, nhân rộng; ưu tiên đơn vị có điều kiện bảo đảm, có quyết tâm chính trị cao, có tính đại diện cho các loại hình tổ </w:t>
      </w:r>
      <w:r w:rsidRPr="00FF2F21">
        <w:rPr>
          <w:rFonts w:cs="Times New Roman"/>
          <w:spacing w:val="-2"/>
          <w:sz w:val="28"/>
          <w:szCs w:val="28"/>
        </w:rPr>
        <w:lastRenderedPageBreak/>
        <w:t xml:space="preserve">chức đảng của </w:t>
      </w:r>
      <w:r w:rsidR="00CD53E8" w:rsidRPr="00FF2F21">
        <w:rPr>
          <w:rFonts w:cs="Times New Roman"/>
          <w:spacing w:val="-2"/>
          <w:sz w:val="28"/>
          <w:szCs w:val="28"/>
        </w:rPr>
        <w:t>xã</w:t>
      </w:r>
      <w:r w:rsidRPr="00FF2F21">
        <w:rPr>
          <w:rFonts w:cs="Times New Roman"/>
          <w:spacing w:val="-2"/>
          <w:sz w:val="28"/>
          <w:szCs w:val="28"/>
        </w:rPr>
        <w:t xml:space="preserve">; trong quá trình thực hiện phải thường xuyên </w:t>
      </w:r>
      <w:r w:rsidR="00E91E45" w:rsidRPr="00FF2F21">
        <w:rPr>
          <w:rFonts w:cs="Times New Roman"/>
          <w:spacing w:val="-2"/>
          <w:sz w:val="28"/>
          <w:szCs w:val="28"/>
        </w:rPr>
        <w:t>đánh giá,</w:t>
      </w:r>
      <w:r w:rsidRPr="00FF2F21">
        <w:rPr>
          <w:rFonts w:cs="Times New Roman"/>
          <w:spacing w:val="-2"/>
          <w:sz w:val="28"/>
          <w:szCs w:val="28"/>
        </w:rPr>
        <w:t xml:space="preserve"> rút kinh nghiệm.</w:t>
      </w:r>
    </w:p>
    <w:p w:rsidR="004C214D" w:rsidRPr="00FF2F21" w:rsidRDefault="003D04E0" w:rsidP="004D7A24">
      <w:pPr>
        <w:spacing w:before="40" w:after="0" w:line="240" w:lineRule="auto"/>
        <w:ind w:firstLine="567"/>
        <w:jc w:val="both"/>
        <w:rPr>
          <w:rFonts w:cs="Times New Roman"/>
          <w:spacing w:val="-6"/>
          <w:sz w:val="28"/>
          <w:szCs w:val="28"/>
        </w:rPr>
      </w:pPr>
      <w:r w:rsidRPr="00FF2F21">
        <w:rPr>
          <w:rFonts w:cs="Times New Roman"/>
          <w:b/>
          <w:spacing w:val="-6"/>
          <w:sz w:val="28"/>
          <w:szCs w:val="28"/>
        </w:rPr>
        <w:t>5.</w:t>
      </w:r>
      <w:r w:rsidRPr="00FF2F21">
        <w:rPr>
          <w:rFonts w:cs="Times New Roman"/>
          <w:spacing w:val="-6"/>
          <w:sz w:val="28"/>
          <w:szCs w:val="28"/>
        </w:rPr>
        <w:t xml:space="preserve"> Bảo đảm tuân thủ Điều lệ Đảng, </w:t>
      </w:r>
      <w:r w:rsidR="00E91E45" w:rsidRPr="00FF2F21">
        <w:rPr>
          <w:rFonts w:cs="Times New Roman"/>
          <w:spacing w:val="-6"/>
          <w:sz w:val="28"/>
          <w:szCs w:val="28"/>
        </w:rPr>
        <w:t xml:space="preserve">các </w:t>
      </w:r>
      <w:r w:rsidRPr="00FF2F21">
        <w:rPr>
          <w:rFonts w:cs="Times New Roman"/>
          <w:spacing w:val="-6"/>
          <w:sz w:val="28"/>
          <w:szCs w:val="28"/>
        </w:rPr>
        <w:t>quy định</w:t>
      </w:r>
      <w:r w:rsidR="00E91E45" w:rsidRPr="00FF2F21">
        <w:rPr>
          <w:rFonts w:cs="Times New Roman"/>
          <w:spacing w:val="-6"/>
          <w:sz w:val="28"/>
          <w:szCs w:val="28"/>
        </w:rPr>
        <w:t>, hướng dẫn của Trung ương</w:t>
      </w:r>
      <w:r w:rsidR="00E71966" w:rsidRPr="00FF2F21">
        <w:rPr>
          <w:rFonts w:cs="Times New Roman"/>
          <w:spacing w:val="-6"/>
          <w:sz w:val="28"/>
          <w:szCs w:val="28"/>
        </w:rPr>
        <w:t xml:space="preserve"> và Thành ủy Hà Nội</w:t>
      </w:r>
      <w:r w:rsidR="00E91E45" w:rsidRPr="00FF2F21">
        <w:rPr>
          <w:rFonts w:cs="Times New Roman"/>
          <w:spacing w:val="-6"/>
          <w:sz w:val="28"/>
          <w:szCs w:val="28"/>
        </w:rPr>
        <w:t>;</w:t>
      </w:r>
      <w:r w:rsidRPr="00FF2F21">
        <w:rPr>
          <w:rFonts w:cs="Times New Roman"/>
          <w:spacing w:val="-6"/>
          <w:sz w:val="28"/>
          <w:szCs w:val="28"/>
        </w:rPr>
        <w:t xml:space="preserve"> </w:t>
      </w:r>
      <w:r w:rsidR="00E91E45" w:rsidRPr="00FF2F21">
        <w:rPr>
          <w:rFonts w:cs="Times New Roman"/>
          <w:spacing w:val="-6"/>
          <w:sz w:val="28"/>
          <w:szCs w:val="28"/>
        </w:rPr>
        <w:t>bảo đảm</w:t>
      </w:r>
      <w:r w:rsidRPr="00FF2F21">
        <w:rPr>
          <w:rFonts w:cs="Times New Roman"/>
          <w:spacing w:val="-6"/>
          <w:sz w:val="28"/>
          <w:szCs w:val="28"/>
        </w:rPr>
        <w:t xml:space="preserve"> an toàn thông tin</w:t>
      </w:r>
      <w:r w:rsidR="00E91E45" w:rsidRPr="00FF2F21">
        <w:rPr>
          <w:rFonts w:cs="Times New Roman"/>
          <w:spacing w:val="-6"/>
          <w:sz w:val="28"/>
          <w:szCs w:val="28"/>
        </w:rPr>
        <w:t>;</w:t>
      </w:r>
      <w:r w:rsidRPr="00FF2F21">
        <w:rPr>
          <w:rFonts w:cs="Times New Roman"/>
          <w:spacing w:val="-6"/>
          <w:sz w:val="28"/>
          <w:szCs w:val="28"/>
        </w:rPr>
        <w:t xml:space="preserve"> </w:t>
      </w:r>
      <w:r w:rsidR="00F96B4C" w:rsidRPr="00FF2F21">
        <w:rPr>
          <w:rFonts w:cs="Times New Roman"/>
          <w:spacing w:val="-6"/>
          <w:sz w:val="28"/>
          <w:szCs w:val="28"/>
        </w:rPr>
        <w:t xml:space="preserve">xây dựng nguồn </w:t>
      </w:r>
      <w:r w:rsidRPr="00FF2F21">
        <w:rPr>
          <w:rFonts w:cs="Times New Roman"/>
          <w:spacing w:val="-6"/>
          <w:sz w:val="28"/>
          <w:szCs w:val="28"/>
        </w:rPr>
        <w:t xml:space="preserve">dữ </w:t>
      </w:r>
      <w:r w:rsidR="00E61985" w:rsidRPr="00FF2F21">
        <w:rPr>
          <w:rFonts w:cs="Times New Roman"/>
          <w:spacing w:val="-6"/>
          <w:sz w:val="28"/>
          <w:szCs w:val="28"/>
        </w:rPr>
        <w:t>liệu</w:t>
      </w:r>
      <w:r w:rsidR="00F96B4C" w:rsidRPr="00FF2F21">
        <w:rPr>
          <w:rFonts w:cs="Times New Roman"/>
          <w:spacing w:val="-6"/>
          <w:sz w:val="28"/>
          <w:szCs w:val="28"/>
        </w:rPr>
        <w:t xml:space="preserve"> tập trung</w:t>
      </w:r>
      <w:r w:rsidRPr="00FF2F21">
        <w:rPr>
          <w:rFonts w:cs="Times New Roman"/>
          <w:spacing w:val="-6"/>
          <w:sz w:val="28"/>
          <w:szCs w:val="28"/>
        </w:rPr>
        <w:t xml:space="preserve"> </w:t>
      </w:r>
      <w:r w:rsidR="00E91E45" w:rsidRPr="00FF2F21">
        <w:rPr>
          <w:rFonts w:cs="Times New Roman"/>
          <w:spacing w:val="-6"/>
          <w:sz w:val="28"/>
          <w:szCs w:val="28"/>
        </w:rPr>
        <w:t>“</w:t>
      </w:r>
      <w:r w:rsidR="00F96B4C" w:rsidRPr="00FF2F21">
        <w:rPr>
          <w:rFonts w:cs="Times New Roman"/>
          <w:spacing w:val="-6"/>
          <w:sz w:val="28"/>
          <w:szCs w:val="28"/>
        </w:rPr>
        <w:t xml:space="preserve">đúng, đủ, sạch, sống, </w:t>
      </w:r>
      <w:r w:rsidRPr="00FF2F21">
        <w:rPr>
          <w:rFonts w:cs="Times New Roman"/>
          <w:spacing w:val="-6"/>
          <w:sz w:val="28"/>
          <w:szCs w:val="28"/>
        </w:rPr>
        <w:t>dùng chung</w:t>
      </w:r>
      <w:r w:rsidR="00F96B4C" w:rsidRPr="00FF2F21">
        <w:rPr>
          <w:rFonts w:cs="Times New Roman"/>
          <w:spacing w:val="-6"/>
          <w:sz w:val="28"/>
          <w:szCs w:val="28"/>
        </w:rPr>
        <w:t>”</w:t>
      </w:r>
      <w:r w:rsidR="00A53566" w:rsidRPr="00FF2F21">
        <w:rPr>
          <w:rFonts w:cs="Times New Roman"/>
          <w:spacing w:val="-6"/>
          <w:sz w:val="28"/>
          <w:szCs w:val="28"/>
        </w:rPr>
        <w:t>.</w:t>
      </w:r>
    </w:p>
    <w:p w:rsidR="004C214D" w:rsidRPr="00FF2F21" w:rsidRDefault="003D04E0" w:rsidP="004D7A24">
      <w:pPr>
        <w:spacing w:before="40" w:after="0" w:line="240" w:lineRule="auto"/>
        <w:ind w:firstLine="567"/>
        <w:rPr>
          <w:rFonts w:cs="Times New Roman"/>
          <w:sz w:val="28"/>
          <w:szCs w:val="28"/>
        </w:rPr>
      </w:pPr>
      <w:r w:rsidRPr="00FF2F21">
        <w:rPr>
          <w:rFonts w:cs="Times New Roman"/>
          <w:b/>
          <w:sz w:val="28"/>
          <w:szCs w:val="28"/>
        </w:rPr>
        <w:t>III. MỤC TIÊU</w:t>
      </w:r>
    </w:p>
    <w:p w:rsidR="004C214D" w:rsidRPr="00FF2F21" w:rsidRDefault="003D04E0" w:rsidP="004D7A24">
      <w:pPr>
        <w:spacing w:before="40" w:after="0" w:line="240" w:lineRule="auto"/>
        <w:ind w:firstLine="567"/>
        <w:rPr>
          <w:rFonts w:cs="Times New Roman"/>
          <w:sz w:val="28"/>
          <w:szCs w:val="28"/>
        </w:rPr>
      </w:pPr>
      <w:r w:rsidRPr="00FF2F21">
        <w:rPr>
          <w:rFonts w:cs="Times New Roman"/>
          <w:b/>
          <w:sz w:val="28"/>
          <w:szCs w:val="28"/>
        </w:rPr>
        <w:t>1. Mục tiêu tổng quát</w:t>
      </w:r>
    </w:p>
    <w:p w:rsidR="004C214D" w:rsidRPr="00FF2F21" w:rsidRDefault="003D04E0" w:rsidP="004D7A24">
      <w:pPr>
        <w:spacing w:before="40" w:after="0" w:line="240" w:lineRule="auto"/>
        <w:ind w:firstLine="567"/>
        <w:jc w:val="both"/>
        <w:rPr>
          <w:rFonts w:cs="Times New Roman"/>
          <w:sz w:val="28"/>
          <w:szCs w:val="28"/>
        </w:rPr>
      </w:pPr>
      <w:r w:rsidRPr="00FF2F21">
        <w:rPr>
          <w:rFonts w:cs="Times New Roman"/>
          <w:sz w:val="28"/>
          <w:szCs w:val="28"/>
        </w:rPr>
        <w:t xml:space="preserve">Xây dựng và tổ chức thí điểm mô hình “Đảng viên số, Chi bộ số” tại một số </w:t>
      </w:r>
      <w:r w:rsidR="0072777E" w:rsidRPr="00FF2F21">
        <w:rPr>
          <w:rFonts w:cs="Times New Roman"/>
          <w:sz w:val="28"/>
          <w:szCs w:val="28"/>
          <w:lang w:val="vi-VN"/>
        </w:rPr>
        <w:t>đ</w:t>
      </w:r>
      <w:r w:rsidR="00CD53E8" w:rsidRPr="00FF2F21">
        <w:rPr>
          <w:rFonts w:cs="Times New Roman"/>
          <w:sz w:val="28"/>
          <w:szCs w:val="28"/>
        </w:rPr>
        <w:t xml:space="preserve">ảng bộ, </w:t>
      </w:r>
      <w:r w:rsidR="0072777E" w:rsidRPr="00FF2F21">
        <w:rPr>
          <w:rFonts w:cs="Times New Roman"/>
          <w:sz w:val="28"/>
          <w:szCs w:val="28"/>
        </w:rPr>
        <w:t>c</w:t>
      </w:r>
      <w:r w:rsidR="00E71966" w:rsidRPr="00FF2F21">
        <w:rPr>
          <w:rFonts w:cs="Times New Roman"/>
          <w:sz w:val="28"/>
          <w:szCs w:val="28"/>
        </w:rPr>
        <w:t>hi bộ trực</w:t>
      </w:r>
      <w:r w:rsidRPr="00FF2F21">
        <w:rPr>
          <w:rFonts w:cs="Times New Roman"/>
          <w:sz w:val="28"/>
          <w:szCs w:val="28"/>
        </w:rPr>
        <w:t xml:space="preserve"> thuộc Đảng bộ </w:t>
      </w:r>
      <w:r w:rsidR="00E71966" w:rsidRPr="00FF2F21">
        <w:rPr>
          <w:rFonts w:cs="Times New Roman"/>
          <w:sz w:val="28"/>
          <w:szCs w:val="28"/>
        </w:rPr>
        <w:t>xã Hòa Xá</w:t>
      </w:r>
      <w:r w:rsidR="00E9393C" w:rsidRPr="00FF2F21">
        <w:rPr>
          <w:rFonts w:cs="Times New Roman"/>
          <w:sz w:val="28"/>
          <w:szCs w:val="28"/>
        </w:rPr>
        <w:t>;</w:t>
      </w:r>
      <w:r w:rsidRPr="00FF2F21">
        <w:rPr>
          <w:rFonts w:cs="Times New Roman"/>
          <w:sz w:val="28"/>
          <w:szCs w:val="28"/>
        </w:rPr>
        <w:t xml:space="preserve"> từng bước hình thành nền tảng, cơ chế, quy trình, bộ công cụ điều hành và hệ chỉ số phục vụ xây dựng “Đảng bộ số”; góp phần nâng cao</w:t>
      </w:r>
      <w:r w:rsidR="00207E33" w:rsidRPr="00FF2F21">
        <w:rPr>
          <w:rFonts w:cs="Times New Roman"/>
          <w:sz w:val="28"/>
          <w:szCs w:val="28"/>
        </w:rPr>
        <w:t xml:space="preserve"> năng lực, sức chiến đấu của tổ chức đảng, nâng cao</w:t>
      </w:r>
      <w:r w:rsidRPr="00FF2F21">
        <w:rPr>
          <w:rFonts w:cs="Times New Roman"/>
          <w:sz w:val="28"/>
          <w:szCs w:val="28"/>
        </w:rPr>
        <w:t xml:space="preserve"> chất lượng đảng viên, chất lượng sinh hoạt chi bộ, chất lượng tổ chức thực hiện nghị quyết, hiệu lực lãnh đạo, chỉ đạo và năng lực điều hành của cấp ủy các cấp trong giai đoạn 2026-2030.</w:t>
      </w:r>
    </w:p>
    <w:p w:rsidR="004C214D" w:rsidRPr="00FF2F21" w:rsidRDefault="003D04E0" w:rsidP="004D7A24">
      <w:pPr>
        <w:spacing w:before="40" w:after="0" w:line="240" w:lineRule="auto"/>
        <w:ind w:firstLine="567"/>
        <w:rPr>
          <w:rFonts w:cs="Times New Roman"/>
          <w:sz w:val="28"/>
          <w:szCs w:val="28"/>
        </w:rPr>
      </w:pPr>
      <w:r w:rsidRPr="00FF2F21">
        <w:rPr>
          <w:rFonts w:cs="Times New Roman"/>
          <w:b/>
          <w:sz w:val="28"/>
          <w:szCs w:val="28"/>
        </w:rPr>
        <w:t>2. Mục tiêu cụ thể</w:t>
      </w:r>
    </w:p>
    <w:p w:rsidR="008C43A3" w:rsidRPr="00FF2F21" w:rsidRDefault="003D04E0" w:rsidP="004D7A24">
      <w:pPr>
        <w:spacing w:before="40" w:after="0" w:line="240" w:lineRule="auto"/>
        <w:ind w:firstLine="567"/>
        <w:jc w:val="both"/>
        <w:rPr>
          <w:rFonts w:cs="Times New Roman"/>
          <w:sz w:val="28"/>
          <w:szCs w:val="28"/>
        </w:rPr>
      </w:pPr>
      <w:r w:rsidRPr="00FF2F21">
        <w:rPr>
          <w:rFonts w:cs="Times New Roman"/>
          <w:b/>
          <w:i/>
          <w:sz w:val="28"/>
          <w:szCs w:val="28"/>
        </w:rPr>
        <w:t>2.1.</w:t>
      </w:r>
      <w:r w:rsidR="00756BCE" w:rsidRPr="00FF2F21">
        <w:rPr>
          <w:rFonts w:cs="Times New Roman"/>
          <w:sz w:val="28"/>
          <w:szCs w:val="28"/>
        </w:rPr>
        <w:t xml:space="preserve"> </w:t>
      </w:r>
      <w:r w:rsidR="00756BCE" w:rsidRPr="00FF2F21">
        <w:rPr>
          <w:rFonts w:cs="Times New Roman"/>
          <w:b/>
          <w:i/>
          <w:sz w:val="28"/>
          <w:szCs w:val="28"/>
        </w:rPr>
        <w:t>Đến hết năm 2026:</w:t>
      </w:r>
      <w:r w:rsidRPr="00FF2F21">
        <w:rPr>
          <w:rFonts w:cs="Times New Roman"/>
          <w:sz w:val="28"/>
          <w:szCs w:val="28"/>
        </w:rPr>
        <w:t xml:space="preserve"> </w:t>
      </w:r>
    </w:p>
    <w:p w:rsidR="00E012A6" w:rsidRPr="00FF2F21" w:rsidRDefault="00CD53E8" w:rsidP="004D7A24">
      <w:pPr>
        <w:spacing w:before="40" w:after="0" w:line="240" w:lineRule="auto"/>
        <w:ind w:firstLine="567"/>
        <w:jc w:val="both"/>
        <w:rPr>
          <w:rFonts w:cs="Times New Roman"/>
          <w:sz w:val="28"/>
          <w:szCs w:val="28"/>
        </w:rPr>
      </w:pPr>
      <w:r w:rsidRPr="00FF2F21">
        <w:rPr>
          <w:rFonts w:cs="Times New Roman"/>
          <w:sz w:val="28"/>
          <w:szCs w:val="28"/>
        </w:rPr>
        <w:t xml:space="preserve">Căn cứ quy định của Thành ủy về khung kiến trúc mô hình, bộ chỉ số đánh giá đối với đảng viên số, chi bộ số, Ban Thường vụ Đảng ủy xã hoàn thành lựa chọn đơn vị thí điểm, triển khai hạ tầng và nền tảng số cho các đơn vị thí điểm. </w:t>
      </w:r>
    </w:p>
    <w:p w:rsidR="00EF7DA2" w:rsidRPr="00FF2F21" w:rsidRDefault="003D04E0" w:rsidP="004D7A24">
      <w:pPr>
        <w:spacing w:before="40" w:after="0" w:line="240" w:lineRule="auto"/>
        <w:ind w:firstLine="567"/>
        <w:jc w:val="both"/>
        <w:rPr>
          <w:rFonts w:cs="Times New Roman"/>
          <w:sz w:val="28"/>
          <w:szCs w:val="28"/>
        </w:rPr>
      </w:pPr>
      <w:r w:rsidRPr="00FF2F21">
        <w:rPr>
          <w:rFonts w:cs="Times New Roman"/>
          <w:b/>
          <w:i/>
          <w:sz w:val="28"/>
          <w:szCs w:val="28"/>
        </w:rPr>
        <w:t>2.2.</w:t>
      </w:r>
      <w:r w:rsidRPr="00FF2F21">
        <w:rPr>
          <w:rFonts w:cs="Times New Roman"/>
          <w:sz w:val="28"/>
          <w:szCs w:val="28"/>
        </w:rPr>
        <w:t xml:space="preserve"> </w:t>
      </w:r>
      <w:r w:rsidRPr="00FF2F21">
        <w:rPr>
          <w:rFonts w:cs="Times New Roman"/>
          <w:b/>
          <w:i/>
          <w:sz w:val="28"/>
          <w:szCs w:val="28"/>
        </w:rPr>
        <w:t>Đến hết năm 2027</w:t>
      </w:r>
      <w:r w:rsidR="000C6FB6" w:rsidRPr="00FF2F21">
        <w:rPr>
          <w:rFonts w:cs="Times New Roman"/>
          <w:sz w:val="28"/>
          <w:szCs w:val="28"/>
        </w:rPr>
        <w:t>:</w:t>
      </w:r>
      <w:r w:rsidRPr="00FF2F21">
        <w:rPr>
          <w:rFonts w:cs="Times New Roman"/>
          <w:sz w:val="28"/>
          <w:szCs w:val="28"/>
        </w:rPr>
        <w:t xml:space="preserve"> </w:t>
      </w:r>
    </w:p>
    <w:p w:rsidR="004C214D" w:rsidRPr="00FF2F21" w:rsidRDefault="00EF7DA2" w:rsidP="004D7A24">
      <w:pPr>
        <w:spacing w:before="40" w:after="0" w:line="240" w:lineRule="auto"/>
        <w:ind w:firstLine="567"/>
        <w:jc w:val="both"/>
        <w:rPr>
          <w:rFonts w:cs="Times New Roman"/>
          <w:sz w:val="28"/>
          <w:szCs w:val="28"/>
        </w:rPr>
      </w:pPr>
      <w:r w:rsidRPr="00FF2F21">
        <w:rPr>
          <w:rFonts w:cs="Times New Roman"/>
          <w:sz w:val="28"/>
          <w:szCs w:val="28"/>
        </w:rPr>
        <w:t xml:space="preserve">- </w:t>
      </w:r>
      <w:r w:rsidR="003D04E0" w:rsidRPr="00FF2F21">
        <w:rPr>
          <w:rFonts w:cs="Times New Roman"/>
          <w:sz w:val="28"/>
          <w:szCs w:val="28"/>
        </w:rPr>
        <w:t xml:space="preserve">100% đảng viên thuộc phạm vi thí điểm </w:t>
      </w:r>
      <w:r w:rsidR="00E94D86" w:rsidRPr="00FF2F21">
        <w:rPr>
          <w:rFonts w:cs="Times New Roman"/>
          <w:sz w:val="28"/>
          <w:szCs w:val="28"/>
        </w:rPr>
        <w:t xml:space="preserve">hoàn thành cập nhật </w:t>
      </w:r>
      <w:r w:rsidR="00F700C8" w:rsidRPr="00FF2F21">
        <w:rPr>
          <w:rFonts w:cs="Times New Roman"/>
          <w:sz w:val="28"/>
          <w:szCs w:val="28"/>
        </w:rPr>
        <w:t xml:space="preserve">đầy đủ </w:t>
      </w:r>
      <w:r w:rsidR="00E94D86" w:rsidRPr="00FF2F21">
        <w:rPr>
          <w:rFonts w:cs="Times New Roman"/>
          <w:sz w:val="28"/>
          <w:szCs w:val="28"/>
        </w:rPr>
        <w:t xml:space="preserve">cơ sở dữ liệu đảng viên, </w:t>
      </w:r>
      <w:r w:rsidR="00195EDF" w:rsidRPr="00FF2F21">
        <w:rPr>
          <w:rFonts w:cs="Times New Roman"/>
          <w:sz w:val="28"/>
          <w:szCs w:val="28"/>
        </w:rPr>
        <w:t>số hóa hồ sơ đảng viên</w:t>
      </w:r>
      <w:r w:rsidR="003D04E0" w:rsidRPr="00FF2F21">
        <w:rPr>
          <w:rFonts w:cs="Times New Roman"/>
          <w:sz w:val="28"/>
          <w:szCs w:val="28"/>
        </w:rPr>
        <w:t xml:space="preserve">; </w:t>
      </w:r>
      <w:r w:rsidR="00CD53E8" w:rsidRPr="00FF2F21">
        <w:rPr>
          <w:rFonts w:cs="Times New Roman"/>
          <w:sz w:val="28"/>
          <w:szCs w:val="28"/>
        </w:rPr>
        <w:t>100%</w:t>
      </w:r>
      <w:r w:rsidR="003D5E67" w:rsidRPr="00FF2F21">
        <w:rPr>
          <w:rFonts w:cs="Times New Roman"/>
          <w:sz w:val="28"/>
          <w:szCs w:val="28"/>
        </w:rPr>
        <w:t xml:space="preserve"> đảng viên đang sinh hoạt (trừ đảng viên được miễn công tác và sinh hoạt đảng; đảng viên không có năng lực sử dụng các thiết bị thông minh) đạt chuẩn năng lực số; </w:t>
      </w:r>
      <w:r w:rsidR="003D04E0" w:rsidRPr="00FF2F21">
        <w:rPr>
          <w:rFonts w:cs="Times New Roman"/>
          <w:sz w:val="28"/>
          <w:szCs w:val="28"/>
        </w:rPr>
        <w:t>100% chi bộ thuộc phạm vi thí điểm tổ chức sinh hoạt, quản lý nghị quyết, theo dõi nhiệm vụ, quản lý đảng viên trên nền tảng số; 100% cấp ủy thuộc phạm vi thí điểm sử dụng bảng điều khiển số để theo dõi, đôn đốc, đánh giá kết quả thực hiện nhiệm vụ.</w:t>
      </w:r>
    </w:p>
    <w:p w:rsidR="00F700C8" w:rsidRPr="00FF2F21" w:rsidRDefault="00EF7DA2" w:rsidP="004D7A24">
      <w:pPr>
        <w:spacing w:before="40" w:after="0" w:line="240" w:lineRule="auto"/>
        <w:ind w:firstLine="567"/>
        <w:jc w:val="both"/>
        <w:rPr>
          <w:rFonts w:cs="Times New Roman"/>
          <w:spacing w:val="-2"/>
          <w:sz w:val="28"/>
          <w:szCs w:val="28"/>
        </w:rPr>
      </w:pPr>
      <w:r w:rsidRPr="00FF2F21">
        <w:rPr>
          <w:rFonts w:cs="Times New Roman"/>
          <w:spacing w:val="-2"/>
          <w:sz w:val="28"/>
          <w:szCs w:val="28"/>
        </w:rPr>
        <w:t xml:space="preserve">- Hoàn thiện hệ thống điều hành số liên thông giữa cấp ủy cấp trên với </w:t>
      </w:r>
      <w:r w:rsidR="00EB2D74" w:rsidRPr="00FF2F21">
        <w:rPr>
          <w:rFonts w:cs="Times New Roman"/>
          <w:spacing w:val="-2"/>
          <w:sz w:val="28"/>
          <w:szCs w:val="28"/>
        </w:rPr>
        <w:t>tổ chức đảng</w:t>
      </w:r>
      <w:r w:rsidRPr="00FF2F21">
        <w:rPr>
          <w:rFonts w:cs="Times New Roman"/>
          <w:spacing w:val="-2"/>
          <w:sz w:val="28"/>
          <w:szCs w:val="28"/>
        </w:rPr>
        <w:t xml:space="preserve"> trong phạm vi thí điểm</w:t>
      </w:r>
      <w:r w:rsidR="003D5E67" w:rsidRPr="00FF2F21">
        <w:rPr>
          <w:rFonts w:cs="Times New Roman"/>
          <w:spacing w:val="-2"/>
          <w:sz w:val="28"/>
          <w:szCs w:val="28"/>
        </w:rPr>
        <w:t xml:space="preserve"> theo chỉ đạo, hướng dẫn của Thành ủy</w:t>
      </w:r>
      <w:r w:rsidRPr="00FF2F21">
        <w:rPr>
          <w:rFonts w:cs="Times New Roman"/>
          <w:spacing w:val="-2"/>
          <w:sz w:val="28"/>
          <w:szCs w:val="28"/>
        </w:rPr>
        <w:t>; triển khai trợ lý số hỗ trợ cấp ủy và bí thư chi bộ; hình thành cơ chế cảnh báo sớm đối với nhiệm vụ chậm tiến độ, điểm nghẽn, nguy cơ vi phạm kỷ luật, chất lượng sinh hoạt chi bộ không bảo đảm.</w:t>
      </w:r>
    </w:p>
    <w:p w:rsidR="00EA1175" w:rsidRPr="00FF2F21" w:rsidRDefault="003D04E0" w:rsidP="004D7A24">
      <w:pPr>
        <w:spacing w:before="40" w:after="0" w:line="240" w:lineRule="auto"/>
        <w:ind w:firstLine="567"/>
        <w:jc w:val="both"/>
        <w:rPr>
          <w:rFonts w:cs="Times New Roman"/>
          <w:b/>
          <w:sz w:val="28"/>
          <w:szCs w:val="28"/>
        </w:rPr>
      </w:pPr>
      <w:r w:rsidRPr="00FF2F21">
        <w:rPr>
          <w:rFonts w:cs="Times New Roman"/>
          <w:b/>
          <w:i/>
          <w:sz w:val="28"/>
          <w:szCs w:val="28"/>
        </w:rPr>
        <w:t>2.3. Đến</w:t>
      </w:r>
      <w:r w:rsidR="00EF7DA2" w:rsidRPr="00FF2F21">
        <w:rPr>
          <w:rFonts w:cs="Times New Roman"/>
          <w:b/>
          <w:i/>
          <w:sz w:val="28"/>
          <w:szCs w:val="28"/>
        </w:rPr>
        <w:t xml:space="preserve"> hết năm 2028</w:t>
      </w:r>
      <w:r w:rsidR="00EF7DA2" w:rsidRPr="00FF2F21">
        <w:rPr>
          <w:rFonts w:cs="Times New Roman"/>
          <w:b/>
          <w:sz w:val="28"/>
          <w:szCs w:val="28"/>
        </w:rPr>
        <w:t xml:space="preserve">: </w:t>
      </w:r>
    </w:p>
    <w:p w:rsidR="004C214D" w:rsidRPr="00FF2F21" w:rsidRDefault="00EA1175" w:rsidP="004D7A24">
      <w:pPr>
        <w:spacing w:before="40" w:after="0" w:line="240" w:lineRule="auto"/>
        <w:ind w:firstLine="567"/>
        <w:jc w:val="both"/>
        <w:rPr>
          <w:rFonts w:cs="Times New Roman"/>
          <w:sz w:val="28"/>
          <w:szCs w:val="28"/>
        </w:rPr>
      </w:pPr>
      <w:r w:rsidRPr="00FF2F21">
        <w:rPr>
          <w:rFonts w:cs="Times New Roman"/>
          <w:sz w:val="28"/>
          <w:szCs w:val="28"/>
        </w:rPr>
        <w:t>M</w:t>
      </w:r>
      <w:r w:rsidR="00EF7DA2" w:rsidRPr="00FF2F21">
        <w:rPr>
          <w:rFonts w:cs="Times New Roman"/>
          <w:sz w:val="28"/>
          <w:szCs w:val="28"/>
        </w:rPr>
        <w:t>ở rộng phạm vi</w:t>
      </w:r>
      <w:r w:rsidR="00230F7D" w:rsidRPr="00FF2F21">
        <w:rPr>
          <w:rFonts w:cs="Times New Roman"/>
          <w:sz w:val="28"/>
          <w:szCs w:val="28"/>
        </w:rPr>
        <w:t>,</w:t>
      </w:r>
      <w:r w:rsidR="00EF7DA2" w:rsidRPr="00FF2F21">
        <w:rPr>
          <w:rFonts w:cs="Times New Roman"/>
          <w:sz w:val="28"/>
          <w:szCs w:val="28"/>
        </w:rPr>
        <w:t xml:space="preserve"> áp dụng</w:t>
      </w:r>
      <w:r w:rsidR="00230F7D" w:rsidRPr="00FF2F21">
        <w:rPr>
          <w:rFonts w:cs="Times New Roman"/>
          <w:sz w:val="28"/>
          <w:szCs w:val="28"/>
        </w:rPr>
        <w:t xml:space="preserve"> </w:t>
      </w:r>
      <w:r w:rsidR="005B2AF1" w:rsidRPr="00FF2F21">
        <w:rPr>
          <w:rFonts w:cs="Times New Roman"/>
          <w:sz w:val="28"/>
          <w:szCs w:val="28"/>
        </w:rPr>
        <w:t>mô hình “Đảng viên số, Chi bộ số</w:t>
      </w:r>
      <w:r w:rsidR="003D5E67" w:rsidRPr="00FF2F21">
        <w:rPr>
          <w:rFonts w:cs="Times New Roman"/>
          <w:sz w:val="28"/>
          <w:szCs w:val="28"/>
        </w:rPr>
        <w:t>” đối với các đảng bộ, chi bộ trực thuộc Đảng bộ xã có đủ điều kiện</w:t>
      </w:r>
      <w:r w:rsidR="00EF7DA2" w:rsidRPr="00FF2F21">
        <w:rPr>
          <w:rFonts w:cs="Times New Roman"/>
          <w:sz w:val="28"/>
          <w:szCs w:val="28"/>
        </w:rPr>
        <w:t xml:space="preserve">; </w:t>
      </w:r>
      <w:r w:rsidR="00F1458B" w:rsidRPr="00FF2F21">
        <w:rPr>
          <w:rFonts w:cs="Times New Roman"/>
          <w:sz w:val="28"/>
          <w:szCs w:val="28"/>
        </w:rPr>
        <w:t xml:space="preserve">hoàn thiện hạ tầng đồng bộ, liên thông trên cơ sở </w:t>
      </w:r>
      <w:r w:rsidR="00EF7DA2" w:rsidRPr="00FF2F21">
        <w:rPr>
          <w:rFonts w:cs="Times New Roman"/>
          <w:sz w:val="28"/>
          <w:szCs w:val="28"/>
        </w:rPr>
        <w:t xml:space="preserve">chuẩn hóa </w:t>
      </w:r>
      <w:r w:rsidR="00F1458B" w:rsidRPr="00FF2F21">
        <w:rPr>
          <w:rFonts w:cs="Times New Roman"/>
          <w:sz w:val="28"/>
          <w:szCs w:val="28"/>
        </w:rPr>
        <w:t>bộ tiêu chí,</w:t>
      </w:r>
      <w:r w:rsidR="00EF7DA2" w:rsidRPr="00FF2F21">
        <w:rPr>
          <w:rFonts w:cs="Times New Roman"/>
          <w:sz w:val="28"/>
          <w:szCs w:val="28"/>
        </w:rPr>
        <w:t xml:space="preserve"> quy trình, cơ chế phối hợp</w:t>
      </w:r>
      <w:r w:rsidR="00F1458B" w:rsidRPr="00FF2F21">
        <w:rPr>
          <w:rFonts w:cs="Times New Roman"/>
          <w:sz w:val="28"/>
          <w:szCs w:val="28"/>
        </w:rPr>
        <w:t xml:space="preserve"> </w:t>
      </w:r>
      <w:r w:rsidR="003D5E67" w:rsidRPr="00FF2F21">
        <w:rPr>
          <w:rFonts w:cs="Times New Roman"/>
          <w:sz w:val="28"/>
          <w:szCs w:val="28"/>
        </w:rPr>
        <w:t xml:space="preserve">theo quy định của Thành ủy, </w:t>
      </w:r>
      <w:r w:rsidR="00F1458B" w:rsidRPr="00FF2F21">
        <w:rPr>
          <w:rFonts w:cs="Times New Roman"/>
          <w:sz w:val="28"/>
          <w:szCs w:val="28"/>
        </w:rPr>
        <w:t>gắn với tăng cường</w:t>
      </w:r>
      <w:r w:rsidR="00EF7DA2" w:rsidRPr="00FF2F21">
        <w:rPr>
          <w:rFonts w:cs="Times New Roman"/>
          <w:sz w:val="28"/>
          <w:szCs w:val="28"/>
        </w:rPr>
        <w:t xml:space="preserve"> kiểm tra, giám sát</w:t>
      </w:r>
      <w:r w:rsidR="00F1458B" w:rsidRPr="00FF2F21">
        <w:rPr>
          <w:rFonts w:cs="Times New Roman"/>
          <w:sz w:val="28"/>
          <w:szCs w:val="28"/>
        </w:rPr>
        <w:t xml:space="preserve"> thực hiện mô hình “Đảng viên số, Chi bộ số”</w:t>
      </w:r>
      <w:r w:rsidR="00EF7DA2" w:rsidRPr="00FF2F21">
        <w:rPr>
          <w:rFonts w:cs="Times New Roman"/>
          <w:sz w:val="28"/>
          <w:szCs w:val="28"/>
        </w:rPr>
        <w:t>.</w:t>
      </w:r>
    </w:p>
    <w:p w:rsidR="006B0195" w:rsidRPr="00FF2F21" w:rsidRDefault="006B0195" w:rsidP="004D7A24">
      <w:pPr>
        <w:spacing w:before="40" w:after="0" w:line="240" w:lineRule="auto"/>
        <w:ind w:firstLine="567"/>
        <w:jc w:val="both"/>
        <w:rPr>
          <w:rFonts w:cs="Times New Roman"/>
          <w:b/>
          <w:i/>
          <w:sz w:val="28"/>
          <w:szCs w:val="28"/>
        </w:rPr>
      </w:pPr>
      <w:r w:rsidRPr="00FF2F21">
        <w:rPr>
          <w:rFonts w:cs="Times New Roman"/>
          <w:b/>
          <w:i/>
          <w:sz w:val="28"/>
          <w:szCs w:val="28"/>
        </w:rPr>
        <w:t>2.4. Đến hết năm 2029:</w:t>
      </w:r>
    </w:p>
    <w:p w:rsidR="006B0195" w:rsidRPr="00FF2F21" w:rsidRDefault="006B0195" w:rsidP="004D7A24">
      <w:pPr>
        <w:spacing w:before="40" w:after="0" w:line="240" w:lineRule="auto"/>
        <w:ind w:firstLine="567"/>
        <w:jc w:val="both"/>
        <w:rPr>
          <w:rFonts w:cs="Times New Roman"/>
          <w:sz w:val="28"/>
          <w:szCs w:val="28"/>
        </w:rPr>
      </w:pPr>
      <w:r w:rsidRPr="00FF2F21">
        <w:rPr>
          <w:rFonts w:cs="Times New Roman"/>
          <w:sz w:val="28"/>
          <w:szCs w:val="28"/>
        </w:rPr>
        <w:t>- Đánh giá</w:t>
      </w:r>
      <w:r w:rsidR="0021211D" w:rsidRPr="00FF2F21">
        <w:rPr>
          <w:rFonts w:cs="Times New Roman"/>
          <w:sz w:val="28"/>
          <w:szCs w:val="28"/>
        </w:rPr>
        <w:t xml:space="preserve"> </w:t>
      </w:r>
      <w:r w:rsidRPr="00FF2F21">
        <w:rPr>
          <w:rFonts w:cs="Times New Roman"/>
          <w:sz w:val="28"/>
          <w:szCs w:val="28"/>
        </w:rPr>
        <w:t xml:space="preserve">mô hình </w:t>
      </w:r>
      <w:r w:rsidR="00E012A6" w:rsidRPr="00FF2F21">
        <w:rPr>
          <w:rFonts w:cs="Times New Roman"/>
          <w:sz w:val="28"/>
          <w:szCs w:val="28"/>
        </w:rPr>
        <w:t>“Đảng viên số, Chi bộ số”</w:t>
      </w:r>
      <w:r w:rsidR="0021211D" w:rsidRPr="00FF2F21">
        <w:rPr>
          <w:rFonts w:cs="Times New Roman"/>
          <w:sz w:val="28"/>
          <w:szCs w:val="28"/>
        </w:rPr>
        <w:t xml:space="preserve">; </w:t>
      </w:r>
      <w:r w:rsidRPr="00FF2F21">
        <w:rPr>
          <w:rFonts w:cs="Times New Roman"/>
          <w:sz w:val="28"/>
          <w:szCs w:val="28"/>
        </w:rPr>
        <w:t xml:space="preserve"> </w:t>
      </w:r>
      <w:r w:rsidR="0021211D" w:rsidRPr="00FF2F21">
        <w:rPr>
          <w:rFonts w:cs="Times New Roman"/>
          <w:sz w:val="28"/>
          <w:szCs w:val="28"/>
        </w:rPr>
        <w:t>mở rộng phạm vi mô hình “</w:t>
      </w:r>
      <w:r w:rsidR="003D5E67" w:rsidRPr="00FF2F21">
        <w:rPr>
          <w:rFonts w:cs="Times New Roman"/>
          <w:sz w:val="28"/>
          <w:szCs w:val="28"/>
        </w:rPr>
        <w:t>Đảng viên số, Chi bộ số”</w:t>
      </w:r>
      <w:r w:rsidR="00E012A6" w:rsidRPr="00FF2F21">
        <w:rPr>
          <w:rFonts w:cs="Times New Roman"/>
          <w:sz w:val="28"/>
          <w:szCs w:val="28"/>
        </w:rPr>
        <w:t xml:space="preserve"> trong toàn Đảng bộ xã</w:t>
      </w:r>
      <w:r w:rsidR="003D5E67" w:rsidRPr="00FF2F21">
        <w:rPr>
          <w:rFonts w:cs="Times New Roman"/>
          <w:sz w:val="28"/>
          <w:szCs w:val="28"/>
        </w:rPr>
        <w:t>.</w:t>
      </w:r>
    </w:p>
    <w:p w:rsidR="003D5E67" w:rsidRPr="00FF2F21" w:rsidRDefault="003D5E67" w:rsidP="004D7A24">
      <w:pPr>
        <w:spacing w:before="40" w:after="0" w:line="240" w:lineRule="auto"/>
        <w:ind w:firstLine="567"/>
        <w:jc w:val="both"/>
        <w:rPr>
          <w:rFonts w:cs="Times New Roman"/>
          <w:sz w:val="28"/>
          <w:szCs w:val="28"/>
        </w:rPr>
      </w:pPr>
      <w:r w:rsidRPr="00FF2F21">
        <w:rPr>
          <w:rFonts w:cs="Times New Roman"/>
          <w:sz w:val="28"/>
          <w:szCs w:val="28"/>
        </w:rPr>
        <w:t>- Triển khai xây dựng mô hình “Đảng bộ số” tại Đảng bộ xã; hình thành nền tảng “Đảng bộ số” đồng bộ, thống nhất, hiện đại, phục vụ có hiệu quả công tác lãnh đạo, chỉ đạo của Thành ủy và cấp ủy các cấp.</w:t>
      </w:r>
    </w:p>
    <w:p w:rsidR="004C214D" w:rsidRPr="00FF2F21" w:rsidRDefault="003D04E0" w:rsidP="004D7A24">
      <w:pPr>
        <w:spacing w:before="40" w:after="0" w:line="240" w:lineRule="auto"/>
        <w:ind w:firstLine="567"/>
        <w:jc w:val="both"/>
        <w:rPr>
          <w:rFonts w:cs="Times New Roman"/>
          <w:sz w:val="28"/>
          <w:szCs w:val="28"/>
        </w:rPr>
      </w:pPr>
      <w:r w:rsidRPr="00FF2F21">
        <w:rPr>
          <w:rFonts w:cs="Times New Roman"/>
          <w:b/>
          <w:i/>
          <w:sz w:val="28"/>
          <w:szCs w:val="28"/>
        </w:rPr>
        <w:t>2.</w:t>
      </w:r>
      <w:r w:rsidR="0021211D" w:rsidRPr="00FF2F21">
        <w:rPr>
          <w:rFonts w:cs="Times New Roman"/>
          <w:b/>
          <w:i/>
          <w:sz w:val="28"/>
          <w:szCs w:val="28"/>
        </w:rPr>
        <w:t>5</w:t>
      </w:r>
      <w:r w:rsidRPr="00FF2F21">
        <w:rPr>
          <w:rFonts w:cs="Times New Roman"/>
          <w:b/>
          <w:i/>
          <w:sz w:val="28"/>
          <w:szCs w:val="28"/>
        </w:rPr>
        <w:t>.</w:t>
      </w:r>
      <w:r w:rsidRPr="00FF2F21">
        <w:rPr>
          <w:rFonts w:cs="Times New Roman"/>
          <w:sz w:val="28"/>
          <w:szCs w:val="28"/>
        </w:rPr>
        <w:t xml:space="preserve"> </w:t>
      </w:r>
      <w:r w:rsidRPr="00FF2F21">
        <w:rPr>
          <w:rFonts w:cs="Times New Roman"/>
          <w:b/>
          <w:i/>
          <w:sz w:val="28"/>
          <w:szCs w:val="28"/>
        </w:rPr>
        <w:t>Đến năm 2030</w:t>
      </w:r>
      <w:r w:rsidR="000D16A8" w:rsidRPr="00FF2F21">
        <w:rPr>
          <w:rFonts w:cs="Times New Roman"/>
          <w:sz w:val="28"/>
          <w:szCs w:val="28"/>
        </w:rPr>
        <w:t>:</w:t>
      </w:r>
      <w:r w:rsidRPr="00FF2F21">
        <w:rPr>
          <w:rFonts w:cs="Times New Roman"/>
          <w:sz w:val="28"/>
          <w:szCs w:val="28"/>
        </w:rPr>
        <w:t xml:space="preserve"> </w:t>
      </w:r>
      <w:r w:rsidR="003D5E67" w:rsidRPr="00FF2F21">
        <w:rPr>
          <w:rFonts w:cs="Times New Roman"/>
          <w:sz w:val="28"/>
          <w:szCs w:val="28"/>
        </w:rPr>
        <w:t>T</w:t>
      </w:r>
      <w:r w:rsidRPr="00FF2F21">
        <w:rPr>
          <w:rFonts w:cs="Times New Roman"/>
          <w:sz w:val="28"/>
          <w:szCs w:val="28"/>
        </w:rPr>
        <w:t xml:space="preserve">ổng </w:t>
      </w:r>
      <w:r w:rsidR="00FC0C9C" w:rsidRPr="00FF2F21">
        <w:rPr>
          <w:rFonts w:cs="Times New Roman"/>
          <w:sz w:val="28"/>
          <w:szCs w:val="28"/>
        </w:rPr>
        <w:t>kết, đánh giá toàn diện mô hình</w:t>
      </w:r>
      <w:r w:rsidRPr="00FF2F21">
        <w:rPr>
          <w:rFonts w:cs="Times New Roman"/>
          <w:sz w:val="28"/>
          <w:szCs w:val="28"/>
        </w:rPr>
        <w:t>.</w:t>
      </w:r>
    </w:p>
    <w:p w:rsidR="004C214D" w:rsidRPr="00FF2F21" w:rsidRDefault="003D04E0" w:rsidP="004D7A24">
      <w:pPr>
        <w:spacing w:before="40" w:after="0" w:line="240" w:lineRule="auto"/>
        <w:ind w:firstLine="567"/>
        <w:rPr>
          <w:rFonts w:cs="Times New Roman"/>
          <w:sz w:val="28"/>
          <w:szCs w:val="28"/>
        </w:rPr>
      </w:pPr>
      <w:r w:rsidRPr="00FF2F21">
        <w:rPr>
          <w:rFonts w:cs="Times New Roman"/>
          <w:b/>
          <w:sz w:val="28"/>
          <w:szCs w:val="28"/>
        </w:rPr>
        <w:lastRenderedPageBreak/>
        <w:t>IV. PHẠM VI, ĐỐI TƯỢNG VÀ NỘI DUNG THÍ ĐIỂM</w:t>
      </w:r>
    </w:p>
    <w:p w:rsidR="00AE02CD" w:rsidRPr="00FF2F21" w:rsidRDefault="003D04E0" w:rsidP="004D7A24">
      <w:pPr>
        <w:spacing w:before="40" w:after="0" w:line="240" w:lineRule="auto"/>
        <w:ind w:firstLine="567"/>
        <w:jc w:val="both"/>
        <w:rPr>
          <w:rFonts w:cs="Times New Roman"/>
          <w:spacing w:val="-2"/>
          <w:sz w:val="28"/>
          <w:szCs w:val="28"/>
        </w:rPr>
      </w:pPr>
      <w:r w:rsidRPr="00FF2F21">
        <w:rPr>
          <w:rFonts w:cs="Times New Roman"/>
          <w:b/>
          <w:spacing w:val="-2"/>
          <w:sz w:val="28"/>
          <w:szCs w:val="28"/>
        </w:rPr>
        <w:t>1. Phạm vi thí điểm</w:t>
      </w:r>
      <w:r w:rsidR="00757E71" w:rsidRPr="00FF2F21">
        <w:rPr>
          <w:rFonts w:cs="Times New Roman"/>
          <w:spacing w:val="-2"/>
          <w:sz w:val="28"/>
          <w:szCs w:val="28"/>
        </w:rPr>
        <w:t xml:space="preserve">: </w:t>
      </w:r>
      <w:r w:rsidR="003D5E67" w:rsidRPr="00FF2F21">
        <w:rPr>
          <w:rFonts w:cs="Times New Roman"/>
          <w:spacing w:val="-2"/>
          <w:sz w:val="28"/>
          <w:szCs w:val="28"/>
        </w:rPr>
        <w:t>Ban Thường vụ Đảng ủy xã</w:t>
      </w:r>
      <w:r w:rsidR="003D6E51" w:rsidRPr="00FF2F21">
        <w:rPr>
          <w:rFonts w:cs="Times New Roman"/>
          <w:spacing w:val="-2"/>
          <w:sz w:val="28"/>
          <w:szCs w:val="28"/>
        </w:rPr>
        <w:t xml:space="preserve"> lựa chọn </w:t>
      </w:r>
      <w:r w:rsidR="00EB4634" w:rsidRPr="00FF2F21">
        <w:rPr>
          <w:rFonts w:cs="Times New Roman"/>
          <w:spacing w:val="-2"/>
          <w:sz w:val="28"/>
          <w:szCs w:val="28"/>
        </w:rPr>
        <w:t xml:space="preserve">tối thiểu </w:t>
      </w:r>
      <w:r w:rsidR="00ED7EE5" w:rsidRPr="00FF2F21">
        <w:rPr>
          <w:rFonts w:cs="Times New Roman"/>
          <w:spacing w:val="-2"/>
          <w:sz w:val="28"/>
          <w:szCs w:val="28"/>
        </w:rPr>
        <w:t>20</w:t>
      </w:r>
      <w:r w:rsidR="003D6E51" w:rsidRPr="00FF2F21">
        <w:rPr>
          <w:rFonts w:cs="Times New Roman"/>
          <w:spacing w:val="-2"/>
          <w:sz w:val="28"/>
          <w:szCs w:val="28"/>
        </w:rPr>
        <w:t>% chi bộ</w:t>
      </w:r>
      <w:r w:rsidR="00EB4634" w:rsidRPr="00FF2F21">
        <w:rPr>
          <w:rFonts w:cs="Times New Roman"/>
          <w:spacing w:val="-2"/>
          <w:sz w:val="28"/>
          <w:szCs w:val="28"/>
        </w:rPr>
        <w:t xml:space="preserve"> trong Đảng bộ</w:t>
      </w:r>
      <w:r w:rsidR="00AE02CD" w:rsidRPr="00FF2F21">
        <w:rPr>
          <w:rFonts w:cs="Times New Roman"/>
          <w:spacing w:val="-2"/>
          <w:sz w:val="28"/>
          <w:szCs w:val="28"/>
        </w:rPr>
        <w:t xml:space="preserve"> xã</w:t>
      </w:r>
      <w:r w:rsidR="003D6E51" w:rsidRPr="00FF2F21">
        <w:rPr>
          <w:rFonts w:cs="Times New Roman"/>
          <w:spacing w:val="-2"/>
          <w:sz w:val="28"/>
          <w:szCs w:val="28"/>
        </w:rPr>
        <w:t xml:space="preserve"> </w:t>
      </w:r>
      <w:r w:rsidR="00EA4779" w:rsidRPr="00FF2F21">
        <w:rPr>
          <w:rFonts w:cs="Times New Roman"/>
          <w:spacing w:val="-2"/>
          <w:sz w:val="28"/>
          <w:szCs w:val="28"/>
        </w:rPr>
        <w:t>xây dựng mô hình thí</w:t>
      </w:r>
      <w:r w:rsidR="003D6E51" w:rsidRPr="00FF2F21">
        <w:rPr>
          <w:rFonts w:cs="Times New Roman"/>
          <w:spacing w:val="-2"/>
          <w:sz w:val="28"/>
          <w:szCs w:val="28"/>
        </w:rPr>
        <w:t xml:space="preserve"> điểm</w:t>
      </w:r>
      <w:r w:rsidR="00552350" w:rsidRPr="00FF2F21">
        <w:rPr>
          <w:rFonts w:cs="Times New Roman"/>
          <w:spacing w:val="-2"/>
          <w:sz w:val="28"/>
          <w:szCs w:val="28"/>
        </w:rPr>
        <w:t xml:space="preserve"> và mở rộng từng năm,</w:t>
      </w:r>
      <w:r w:rsidR="003D6E51" w:rsidRPr="00FF2F21">
        <w:rPr>
          <w:rFonts w:cs="Times New Roman"/>
          <w:spacing w:val="-2"/>
          <w:sz w:val="28"/>
          <w:szCs w:val="28"/>
        </w:rPr>
        <w:t xml:space="preserve"> </w:t>
      </w:r>
      <w:r w:rsidR="00EA4779" w:rsidRPr="00FF2F21">
        <w:rPr>
          <w:rFonts w:cs="Times New Roman"/>
          <w:spacing w:val="-2"/>
          <w:sz w:val="28"/>
          <w:szCs w:val="28"/>
        </w:rPr>
        <w:t xml:space="preserve">đảm bảo đại diện </w:t>
      </w:r>
      <w:r w:rsidR="0028295E" w:rsidRPr="00FF2F21">
        <w:rPr>
          <w:rFonts w:cs="Times New Roman"/>
          <w:spacing w:val="-2"/>
          <w:sz w:val="28"/>
          <w:szCs w:val="28"/>
        </w:rPr>
        <w:t>theo các loại hình</w:t>
      </w:r>
      <w:r w:rsidR="00EA4779" w:rsidRPr="00FF2F21">
        <w:rPr>
          <w:rFonts w:cs="Times New Roman"/>
          <w:spacing w:val="-2"/>
          <w:sz w:val="28"/>
          <w:szCs w:val="28"/>
        </w:rPr>
        <w:t>, đặc thù của</w:t>
      </w:r>
      <w:r w:rsidR="0028295E" w:rsidRPr="00FF2F21">
        <w:rPr>
          <w:rFonts w:cs="Times New Roman"/>
          <w:spacing w:val="-2"/>
          <w:sz w:val="28"/>
          <w:szCs w:val="28"/>
        </w:rPr>
        <w:t xml:space="preserve"> tổ chức đảng.</w:t>
      </w:r>
      <w:r w:rsidR="00AE02CD" w:rsidRPr="00FF2F21">
        <w:rPr>
          <w:rFonts w:cs="Times New Roman"/>
          <w:spacing w:val="-2"/>
          <w:sz w:val="28"/>
          <w:szCs w:val="28"/>
        </w:rPr>
        <w:t xml:space="preserve"> </w:t>
      </w:r>
    </w:p>
    <w:p w:rsidR="00AE02CD" w:rsidRPr="00FF2F21" w:rsidRDefault="00AE02CD" w:rsidP="004D7A24">
      <w:pPr>
        <w:spacing w:before="40" w:after="0" w:line="240" w:lineRule="auto"/>
        <w:ind w:firstLine="567"/>
        <w:jc w:val="both"/>
        <w:rPr>
          <w:rFonts w:cs="Times New Roman"/>
          <w:spacing w:val="-2"/>
          <w:sz w:val="28"/>
          <w:szCs w:val="28"/>
        </w:rPr>
      </w:pPr>
      <w:r w:rsidRPr="00FF2F21">
        <w:rPr>
          <w:rFonts w:cs="Times New Roman"/>
          <w:spacing w:val="-2"/>
          <w:sz w:val="28"/>
          <w:szCs w:val="28"/>
        </w:rPr>
        <w:t xml:space="preserve">Cụ thể năm 2026 thí điểm xây dựng tại </w:t>
      </w:r>
      <w:r w:rsidR="00EB4634" w:rsidRPr="00FF2F21">
        <w:rPr>
          <w:rFonts w:cs="Times New Roman"/>
          <w:spacing w:val="-2"/>
          <w:sz w:val="28"/>
          <w:szCs w:val="28"/>
        </w:rPr>
        <w:t xml:space="preserve">17 chi bộ, gồm: </w:t>
      </w:r>
      <w:r w:rsidRPr="00FF2F21">
        <w:rPr>
          <w:rFonts w:cs="Times New Roman"/>
          <w:spacing w:val="-2"/>
          <w:sz w:val="28"/>
          <w:szCs w:val="28"/>
        </w:rPr>
        <w:t>5 chi bộ trực thuộc Đảng ủy các cơ quan Đảng; 05 chi bộ trực thuộc Đảng ủy UBND xã; 02 chi bộ thôn (</w:t>
      </w:r>
      <w:r w:rsidR="00B82F54" w:rsidRPr="00FF2F21">
        <w:rPr>
          <w:rFonts w:cs="Times New Roman"/>
          <w:spacing w:val="-2"/>
          <w:sz w:val="28"/>
          <w:szCs w:val="28"/>
        </w:rPr>
        <w:t>Dư Xá</w:t>
      </w:r>
      <w:r w:rsidRPr="00FF2F21">
        <w:rPr>
          <w:rFonts w:cs="Times New Roman"/>
          <w:spacing w:val="-2"/>
          <w:sz w:val="28"/>
          <w:szCs w:val="28"/>
        </w:rPr>
        <w:t xml:space="preserve"> Thượng; Hữu Vĩnh); 04 </w:t>
      </w:r>
      <w:r w:rsidR="008C43A3" w:rsidRPr="00FF2F21">
        <w:rPr>
          <w:rFonts w:cs="Times New Roman"/>
          <w:spacing w:val="-2"/>
          <w:sz w:val="28"/>
          <w:szCs w:val="28"/>
        </w:rPr>
        <w:t>c</w:t>
      </w:r>
      <w:r w:rsidRPr="00FF2F21">
        <w:rPr>
          <w:rFonts w:cs="Times New Roman"/>
          <w:spacing w:val="-2"/>
          <w:sz w:val="28"/>
          <w:szCs w:val="28"/>
        </w:rPr>
        <w:t xml:space="preserve">hi bộ </w:t>
      </w:r>
      <w:r w:rsidR="00EB4634" w:rsidRPr="00FF2F21">
        <w:rPr>
          <w:rFonts w:cs="Times New Roman"/>
          <w:spacing w:val="-2"/>
          <w:sz w:val="28"/>
          <w:szCs w:val="28"/>
        </w:rPr>
        <w:t xml:space="preserve">cơ sở khối </w:t>
      </w:r>
      <w:r w:rsidRPr="00FF2F21">
        <w:rPr>
          <w:rFonts w:cs="Times New Roman"/>
          <w:spacing w:val="-2"/>
          <w:sz w:val="28"/>
          <w:szCs w:val="28"/>
        </w:rPr>
        <w:t>trường học (THPT Lưu Hoàng; THCS Vạn Thái; Tiểu học Hồng Quang; Mầm non Hòa Phú)</w:t>
      </w:r>
      <w:r w:rsidR="00EB4634" w:rsidRPr="00FF2F21">
        <w:rPr>
          <w:rFonts w:cs="Times New Roman"/>
          <w:spacing w:val="-2"/>
          <w:sz w:val="28"/>
          <w:szCs w:val="28"/>
        </w:rPr>
        <w:t xml:space="preserve"> và </w:t>
      </w:r>
      <w:r w:rsidR="008C43A3" w:rsidRPr="00FF2F21">
        <w:rPr>
          <w:rFonts w:cs="Times New Roman"/>
          <w:spacing w:val="-2"/>
          <w:sz w:val="28"/>
          <w:szCs w:val="28"/>
        </w:rPr>
        <w:t>c</w:t>
      </w:r>
      <w:r w:rsidR="00EB4634" w:rsidRPr="00FF2F21">
        <w:rPr>
          <w:rFonts w:cs="Times New Roman"/>
          <w:spacing w:val="-2"/>
          <w:sz w:val="28"/>
          <w:szCs w:val="28"/>
        </w:rPr>
        <w:t>hi bộ cơ sở Quỹ tín dụng nhân dân Vạn Thái.</w:t>
      </w:r>
    </w:p>
    <w:p w:rsidR="003E17D6" w:rsidRPr="00FF2F21" w:rsidRDefault="003D04E0" w:rsidP="004D7A24">
      <w:pPr>
        <w:spacing w:before="40" w:after="0" w:line="240" w:lineRule="auto"/>
        <w:ind w:firstLine="567"/>
        <w:jc w:val="both"/>
        <w:rPr>
          <w:rFonts w:cs="Times New Roman"/>
          <w:sz w:val="28"/>
          <w:szCs w:val="28"/>
        </w:rPr>
      </w:pPr>
      <w:r w:rsidRPr="00FF2F21">
        <w:rPr>
          <w:rFonts w:cs="Times New Roman"/>
          <w:b/>
          <w:sz w:val="28"/>
          <w:szCs w:val="28"/>
        </w:rPr>
        <w:t>2. Đối tượng áp dụng</w:t>
      </w:r>
      <w:r w:rsidR="009B0C11" w:rsidRPr="00FF2F21">
        <w:rPr>
          <w:rFonts w:cs="Times New Roman"/>
          <w:sz w:val="28"/>
          <w:szCs w:val="28"/>
        </w:rPr>
        <w:t xml:space="preserve">: </w:t>
      </w:r>
      <w:r w:rsidR="00040AF1" w:rsidRPr="00FF2F21">
        <w:rPr>
          <w:rFonts w:cs="Times New Roman"/>
          <w:sz w:val="28"/>
          <w:szCs w:val="28"/>
        </w:rPr>
        <w:t>Tổ chức đảng, đảng viên</w:t>
      </w:r>
      <w:r w:rsidR="002532CA" w:rsidRPr="00FF2F21">
        <w:rPr>
          <w:rFonts w:cs="Times New Roman"/>
          <w:sz w:val="28"/>
          <w:szCs w:val="28"/>
        </w:rPr>
        <w:t xml:space="preserve"> trong các đơn vị thí điểm</w:t>
      </w:r>
      <w:r w:rsidR="006A0FF5" w:rsidRPr="00FF2F21">
        <w:rPr>
          <w:rFonts w:cs="Times New Roman"/>
          <w:sz w:val="28"/>
          <w:szCs w:val="28"/>
        </w:rPr>
        <w:t>.</w:t>
      </w:r>
    </w:p>
    <w:p w:rsidR="004C214D" w:rsidRPr="00FF2F21" w:rsidRDefault="003D04E0" w:rsidP="004D7A24">
      <w:pPr>
        <w:spacing w:before="40" w:after="0" w:line="240" w:lineRule="auto"/>
        <w:ind w:firstLine="567"/>
        <w:rPr>
          <w:rFonts w:cs="Times New Roman"/>
          <w:sz w:val="28"/>
          <w:szCs w:val="28"/>
        </w:rPr>
      </w:pPr>
      <w:r w:rsidRPr="00FF2F21">
        <w:rPr>
          <w:rFonts w:cs="Times New Roman"/>
          <w:b/>
          <w:sz w:val="28"/>
          <w:szCs w:val="28"/>
        </w:rPr>
        <w:t>3. Nội dung thí điểm</w:t>
      </w:r>
    </w:p>
    <w:p w:rsidR="00CA69D0" w:rsidRPr="00FF2F21" w:rsidRDefault="003D04E0" w:rsidP="004D7A24">
      <w:pPr>
        <w:spacing w:before="40" w:after="0" w:line="240" w:lineRule="auto"/>
        <w:ind w:firstLine="567"/>
        <w:jc w:val="both"/>
        <w:rPr>
          <w:rFonts w:cs="Times New Roman"/>
          <w:sz w:val="28"/>
          <w:szCs w:val="28"/>
        </w:rPr>
      </w:pPr>
      <w:r w:rsidRPr="00FF2F21">
        <w:rPr>
          <w:rFonts w:cs="Times New Roman"/>
          <w:b/>
          <w:i/>
          <w:sz w:val="28"/>
          <w:szCs w:val="28"/>
        </w:rPr>
        <w:t>3.1.</w:t>
      </w:r>
      <w:r w:rsidRPr="00FF2F21">
        <w:rPr>
          <w:rFonts w:cs="Times New Roman"/>
          <w:sz w:val="28"/>
          <w:szCs w:val="28"/>
        </w:rPr>
        <w:t xml:space="preserve"> </w:t>
      </w:r>
      <w:r w:rsidR="000D1BC9" w:rsidRPr="00FF2F21">
        <w:rPr>
          <w:rFonts w:cs="Times New Roman"/>
          <w:b/>
          <w:i/>
          <w:sz w:val="28"/>
          <w:szCs w:val="28"/>
        </w:rPr>
        <w:t>Thí điểm mô hình “Đảng viên số”:</w:t>
      </w:r>
      <w:r w:rsidRPr="00FF2F21">
        <w:rPr>
          <w:rFonts w:cs="Times New Roman"/>
          <w:sz w:val="28"/>
          <w:szCs w:val="28"/>
        </w:rPr>
        <w:t xml:space="preserve"> </w:t>
      </w:r>
      <w:r w:rsidR="00EB4634" w:rsidRPr="00FF2F21">
        <w:rPr>
          <w:rFonts w:cs="Times New Roman"/>
          <w:sz w:val="28"/>
          <w:szCs w:val="28"/>
        </w:rPr>
        <w:t>Chuẩn hóa, x</w:t>
      </w:r>
      <w:r w:rsidRPr="00FF2F21">
        <w:rPr>
          <w:rFonts w:cs="Times New Roman"/>
          <w:sz w:val="28"/>
          <w:szCs w:val="28"/>
        </w:rPr>
        <w:t xml:space="preserve">ây dựng hồ sơ số đảng viên thống nhất, </w:t>
      </w:r>
      <w:r w:rsidR="000D1BC9" w:rsidRPr="00FF2F21">
        <w:rPr>
          <w:rFonts w:cs="Times New Roman"/>
          <w:sz w:val="28"/>
          <w:szCs w:val="28"/>
        </w:rPr>
        <w:t xml:space="preserve">đầy đủ, đồng bộ trên </w:t>
      </w:r>
      <w:r w:rsidR="00EB4634" w:rsidRPr="00FF2F21">
        <w:rPr>
          <w:rFonts w:cs="Times New Roman"/>
          <w:sz w:val="28"/>
          <w:szCs w:val="28"/>
        </w:rPr>
        <w:t>Hệ thống C</w:t>
      </w:r>
      <w:r w:rsidR="000D1BC9" w:rsidRPr="00FF2F21">
        <w:rPr>
          <w:rFonts w:cs="Times New Roman"/>
          <w:sz w:val="28"/>
          <w:szCs w:val="28"/>
        </w:rPr>
        <w:t xml:space="preserve">ơ sở dữ liệu đảng viên </w:t>
      </w:r>
      <w:r w:rsidR="00EB4634" w:rsidRPr="00FF2F21">
        <w:rPr>
          <w:rFonts w:cs="Times New Roman"/>
          <w:sz w:val="28"/>
          <w:szCs w:val="28"/>
        </w:rPr>
        <w:t>4.0 do Trung ương triển khai (</w:t>
      </w:r>
      <w:r w:rsidR="000D1BC9" w:rsidRPr="00FF2F21">
        <w:rPr>
          <w:rFonts w:cs="Times New Roman"/>
          <w:sz w:val="28"/>
          <w:szCs w:val="28"/>
        </w:rPr>
        <w:t>theo Phiếu đảng viên được cấp ủy quản lý</w:t>
      </w:r>
      <w:r w:rsidR="00EB4634" w:rsidRPr="00FF2F21">
        <w:rPr>
          <w:rFonts w:cs="Times New Roman"/>
          <w:sz w:val="28"/>
          <w:szCs w:val="28"/>
        </w:rPr>
        <w:t xml:space="preserve"> và được cập nhật thường xuyên)</w:t>
      </w:r>
      <w:r w:rsidR="00CA69D0" w:rsidRPr="00FF2F21">
        <w:rPr>
          <w:rFonts w:cs="Times New Roman"/>
          <w:sz w:val="28"/>
          <w:szCs w:val="28"/>
        </w:rPr>
        <w:t xml:space="preserve">; mỗi đảng viên có tài khoản số, được cung cấp công cụ số để tiếp nhận nhiệm vụ, cập nhật kết quả (học tập nghị quyết, tình hình thực hiện nhiệm </w:t>
      </w:r>
      <w:r w:rsidR="00F420FD" w:rsidRPr="00FF2F21">
        <w:rPr>
          <w:rFonts w:cs="Times New Roman"/>
          <w:sz w:val="28"/>
          <w:szCs w:val="28"/>
        </w:rPr>
        <w:t>vụ, kết quả đánh giá, xếp loại…</w:t>
      </w:r>
      <w:r w:rsidR="00CA69D0" w:rsidRPr="00FF2F21">
        <w:rPr>
          <w:rFonts w:cs="Times New Roman"/>
          <w:sz w:val="28"/>
          <w:szCs w:val="28"/>
        </w:rPr>
        <w:t>)</w:t>
      </w:r>
      <w:r w:rsidR="007E6FD7" w:rsidRPr="00FF2F21">
        <w:rPr>
          <w:rFonts w:cs="Times New Roman"/>
          <w:sz w:val="28"/>
          <w:szCs w:val="28"/>
        </w:rPr>
        <w:t>;</w:t>
      </w:r>
      <w:r w:rsidR="00CA69D0" w:rsidRPr="00FF2F21">
        <w:rPr>
          <w:rFonts w:cs="Times New Roman"/>
          <w:sz w:val="28"/>
          <w:szCs w:val="28"/>
        </w:rPr>
        <w:t xml:space="preserve"> thực hiện tự đánh giá, học tập, trao đổi tài liệu và nhận thông báo, nhắc việc từ chi bộ, cấp ủy</w:t>
      </w:r>
      <w:r w:rsidR="007E6FD7" w:rsidRPr="00FF2F21">
        <w:rPr>
          <w:rFonts w:cs="Times New Roman"/>
          <w:sz w:val="28"/>
          <w:szCs w:val="28"/>
        </w:rPr>
        <w:t xml:space="preserve"> (lịch sinh hoạt, nhật ký công việc và các dữ liệu chuyên đề có liên quan theo quy định)</w:t>
      </w:r>
      <w:r w:rsidR="00CA69D0" w:rsidRPr="00FF2F21">
        <w:rPr>
          <w:rFonts w:cs="Times New Roman"/>
          <w:sz w:val="28"/>
          <w:szCs w:val="28"/>
        </w:rPr>
        <w:t>.</w:t>
      </w:r>
      <w:r w:rsidR="007E6FD7" w:rsidRPr="00FF2F21">
        <w:rPr>
          <w:rFonts w:cs="Times New Roman"/>
          <w:sz w:val="28"/>
          <w:szCs w:val="28"/>
        </w:rPr>
        <w:t xml:space="preserve"> </w:t>
      </w:r>
    </w:p>
    <w:p w:rsidR="004C214D" w:rsidRPr="00FF2F21" w:rsidRDefault="003D04E0" w:rsidP="004D7A24">
      <w:pPr>
        <w:widowControl w:val="0"/>
        <w:spacing w:before="40" w:after="0" w:line="240" w:lineRule="auto"/>
        <w:ind w:firstLine="567"/>
        <w:jc w:val="both"/>
        <w:rPr>
          <w:rFonts w:cs="Times New Roman"/>
          <w:sz w:val="28"/>
          <w:szCs w:val="28"/>
        </w:rPr>
      </w:pPr>
      <w:r w:rsidRPr="00FF2F21">
        <w:rPr>
          <w:rFonts w:cs="Times New Roman"/>
          <w:b/>
          <w:i/>
          <w:sz w:val="28"/>
          <w:szCs w:val="28"/>
        </w:rPr>
        <w:t>3.2. Thí điểm mô hình “Chi bộ số</w:t>
      </w:r>
      <w:r w:rsidR="007E6FD7" w:rsidRPr="00FF2F21">
        <w:rPr>
          <w:rFonts w:cs="Times New Roman"/>
          <w:sz w:val="28"/>
          <w:szCs w:val="28"/>
        </w:rPr>
        <w:t>”:</w:t>
      </w:r>
      <w:r w:rsidRPr="00FF2F21">
        <w:rPr>
          <w:rFonts w:cs="Times New Roman"/>
          <w:sz w:val="28"/>
          <w:szCs w:val="28"/>
        </w:rPr>
        <w:t xml:space="preserve"> </w:t>
      </w:r>
      <w:r w:rsidR="007E6FD7" w:rsidRPr="00FF2F21">
        <w:rPr>
          <w:rFonts w:cs="Times New Roman"/>
          <w:sz w:val="28"/>
          <w:szCs w:val="28"/>
        </w:rPr>
        <w:t xml:space="preserve">Hoàn thiện dữ liệu quản lý tổ chức đảng trên </w:t>
      </w:r>
      <w:r w:rsidR="00EB4634" w:rsidRPr="00FF2F21">
        <w:rPr>
          <w:rFonts w:cs="Times New Roman"/>
          <w:sz w:val="28"/>
          <w:szCs w:val="28"/>
        </w:rPr>
        <w:t>H</w:t>
      </w:r>
      <w:r w:rsidR="007E6FD7" w:rsidRPr="00FF2F21">
        <w:rPr>
          <w:rFonts w:cs="Times New Roman"/>
          <w:sz w:val="28"/>
          <w:szCs w:val="28"/>
        </w:rPr>
        <w:t xml:space="preserve">ệ thống </w:t>
      </w:r>
      <w:r w:rsidR="00EB4634" w:rsidRPr="00FF2F21">
        <w:rPr>
          <w:rFonts w:cs="Times New Roman"/>
          <w:sz w:val="28"/>
          <w:szCs w:val="28"/>
        </w:rPr>
        <w:t>C</w:t>
      </w:r>
      <w:r w:rsidR="007E6FD7" w:rsidRPr="00FF2F21">
        <w:rPr>
          <w:rFonts w:cs="Times New Roman"/>
          <w:sz w:val="28"/>
          <w:szCs w:val="28"/>
        </w:rPr>
        <w:t>ơ sở dữ liệu đảng viên theo quy định; x</w:t>
      </w:r>
      <w:r w:rsidRPr="00FF2F21">
        <w:rPr>
          <w:rFonts w:cs="Times New Roman"/>
          <w:sz w:val="28"/>
          <w:szCs w:val="28"/>
        </w:rPr>
        <w:t>ây dựng nền tảng phục vụ sinh hoạt chi bộ</w:t>
      </w:r>
      <w:r w:rsidR="00622353" w:rsidRPr="00FF2F21">
        <w:rPr>
          <w:rFonts w:cs="Times New Roman"/>
          <w:sz w:val="28"/>
          <w:szCs w:val="28"/>
        </w:rPr>
        <w:t xml:space="preserve"> đảm bảo theo quy định, phát huy vai trò cấp ủy, bí thư chi bộ;</w:t>
      </w:r>
      <w:r w:rsidRPr="00FF2F21">
        <w:rPr>
          <w:rFonts w:cs="Times New Roman"/>
          <w:sz w:val="28"/>
          <w:szCs w:val="28"/>
        </w:rPr>
        <w:t xml:space="preserve"> quản lý chương trình công tác, quản lý nghị quyết, kết luận, phân công nhiệm vụ, quản lý tiến độ thực hiện, tổ chức họp, quản lý tài liệu, biểu quyết điện tử</w:t>
      </w:r>
      <w:r w:rsidR="00622353" w:rsidRPr="00FF2F21">
        <w:rPr>
          <w:rFonts w:cs="Times New Roman"/>
          <w:sz w:val="28"/>
          <w:szCs w:val="28"/>
        </w:rPr>
        <w:t xml:space="preserve"> (theo hướng dẫn của Trung ương và Thành ủy);</w:t>
      </w:r>
      <w:r w:rsidRPr="00FF2F21">
        <w:rPr>
          <w:rFonts w:cs="Times New Roman"/>
          <w:sz w:val="28"/>
          <w:szCs w:val="28"/>
        </w:rPr>
        <w:t xml:space="preserve"> tổng hợp ý kiến đảng viên, chấm điểm chất lượng sinh hoạt và lưu trữ biên bản, hồ sơ chi bộ trên môi trường số.</w:t>
      </w:r>
    </w:p>
    <w:p w:rsidR="004C214D" w:rsidRPr="00FF2F21" w:rsidRDefault="003D04E0" w:rsidP="004D7A24">
      <w:pPr>
        <w:widowControl w:val="0"/>
        <w:spacing w:before="40" w:after="0" w:line="240" w:lineRule="auto"/>
        <w:ind w:firstLine="567"/>
        <w:jc w:val="both"/>
        <w:rPr>
          <w:rFonts w:cs="Times New Roman"/>
          <w:sz w:val="28"/>
          <w:szCs w:val="28"/>
        </w:rPr>
      </w:pPr>
      <w:r w:rsidRPr="00FF2F21">
        <w:rPr>
          <w:rFonts w:cs="Times New Roman"/>
          <w:b/>
          <w:i/>
          <w:sz w:val="28"/>
          <w:szCs w:val="28"/>
        </w:rPr>
        <w:t>3.3. Thí điểm mô hình “Đảng bộ số”</w:t>
      </w:r>
      <w:r w:rsidR="00DB7CC2" w:rsidRPr="00FF2F21">
        <w:rPr>
          <w:rFonts w:cs="Times New Roman"/>
          <w:sz w:val="28"/>
          <w:szCs w:val="28"/>
        </w:rPr>
        <w:t>:</w:t>
      </w:r>
      <w:r w:rsidRPr="00FF2F21">
        <w:rPr>
          <w:rFonts w:cs="Times New Roman"/>
          <w:sz w:val="28"/>
          <w:szCs w:val="28"/>
        </w:rPr>
        <w:t xml:space="preserve"> </w:t>
      </w:r>
      <w:r w:rsidR="0098788A" w:rsidRPr="00FF2F21">
        <w:rPr>
          <w:rFonts w:cs="Times New Roman"/>
          <w:sz w:val="28"/>
          <w:szCs w:val="28"/>
        </w:rPr>
        <w:t>Trên cơ sở thực hiện</w:t>
      </w:r>
      <w:r w:rsidR="00DB7CC2" w:rsidRPr="00FF2F21">
        <w:rPr>
          <w:rFonts w:cs="Times New Roman"/>
          <w:sz w:val="28"/>
          <w:szCs w:val="28"/>
        </w:rPr>
        <w:t xml:space="preserve"> mô hình “Đảng viên số, Chi bộ số”</w:t>
      </w:r>
      <w:r w:rsidR="007D429D" w:rsidRPr="00FF2F21">
        <w:rPr>
          <w:rFonts w:cs="Times New Roman"/>
          <w:sz w:val="28"/>
          <w:szCs w:val="28"/>
        </w:rPr>
        <w:t>, xây dựng mô hình “Đảng bộ số”</w:t>
      </w:r>
      <w:r w:rsidR="0098788A" w:rsidRPr="00FF2F21">
        <w:rPr>
          <w:rFonts w:cs="Times New Roman"/>
          <w:sz w:val="28"/>
          <w:szCs w:val="28"/>
        </w:rPr>
        <w:t xml:space="preserve"> với mục tiêu:</w:t>
      </w:r>
      <w:r w:rsidR="007D429D" w:rsidRPr="00FF2F21">
        <w:rPr>
          <w:rFonts w:cs="Times New Roman"/>
          <w:sz w:val="28"/>
          <w:szCs w:val="28"/>
        </w:rPr>
        <w:t xml:space="preserve"> x</w:t>
      </w:r>
      <w:r w:rsidRPr="00FF2F21">
        <w:rPr>
          <w:rFonts w:cs="Times New Roman"/>
          <w:sz w:val="28"/>
          <w:szCs w:val="28"/>
        </w:rPr>
        <w:t>ây dựng bảng điều khiển điều hành của cấp ủy cấp trên</w:t>
      </w:r>
      <w:r w:rsidR="00684B07" w:rsidRPr="00FF2F21">
        <w:rPr>
          <w:rFonts w:cs="Times New Roman"/>
          <w:sz w:val="28"/>
          <w:szCs w:val="28"/>
        </w:rPr>
        <w:t xml:space="preserve"> phục vụ trực tiếp công tác lãnh đạo, chỉ đạo, điều hành theo hướng dẫn của Thành ủy;</w:t>
      </w:r>
      <w:r w:rsidRPr="00FF2F21">
        <w:rPr>
          <w:rFonts w:cs="Times New Roman"/>
          <w:sz w:val="28"/>
          <w:szCs w:val="28"/>
        </w:rPr>
        <w:t xml:space="preserve"> tích hợp dữ liệu từ đảng viên số, chi bộ số, </w:t>
      </w:r>
      <w:r w:rsidR="00684B07" w:rsidRPr="00FF2F21">
        <w:rPr>
          <w:rFonts w:cs="Times New Roman"/>
          <w:sz w:val="28"/>
          <w:szCs w:val="28"/>
        </w:rPr>
        <w:t>các lĩnh vực công tác xây dựng Đảng (tổ chức cán bộ,</w:t>
      </w:r>
      <w:r w:rsidRPr="00FF2F21">
        <w:rPr>
          <w:rFonts w:cs="Times New Roman"/>
          <w:sz w:val="28"/>
          <w:szCs w:val="28"/>
        </w:rPr>
        <w:t xml:space="preserve"> kiểm tra, giám sát, tuyên giáo</w:t>
      </w:r>
      <w:r w:rsidR="00684B07" w:rsidRPr="00FF2F21">
        <w:rPr>
          <w:rFonts w:cs="Times New Roman"/>
          <w:sz w:val="28"/>
          <w:szCs w:val="28"/>
        </w:rPr>
        <w:t>,</w:t>
      </w:r>
      <w:r w:rsidRPr="00FF2F21">
        <w:rPr>
          <w:rFonts w:cs="Times New Roman"/>
          <w:sz w:val="28"/>
          <w:szCs w:val="28"/>
        </w:rPr>
        <w:t xml:space="preserve"> dân vận</w:t>
      </w:r>
      <w:r w:rsidR="00684B07" w:rsidRPr="00FF2F21">
        <w:rPr>
          <w:rFonts w:cs="Times New Roman"/>
          <w:sz w:val="28"/>
          <w:szCs w:val="28"/>
        </w:rPr>
        <w:t xml:space="preserve"> …)</w:t>
      </w:r>
      <w:r w:rsidRPr="00FF2F21">
        <w:rPr>
          <w:rFonts w:cs="Times New Roman"/>
          <w:sz w:val="28"/>
          <w:szCs w:val="28"/>
        </w:rPr>
        <w:t xml:space="preserve"> và các nguồn dữ liệu có liên quan; cho phép theo dõi tiến độ thực hiện </w:t>
      </w:r>
      <w:r w:rsidR="00684B07" w:rsidRPr="00FF2F21">
        <w:rPr>
          <w:rFonts w:cs="Times New Roman"/>
          <w:sz w:val="28"/>
          <w:szCs w:val="28"/>
        </w:rPr>
        <w:t xml:space="preserve">nghị quyết, chương trình công tác; mức độ hoàn thành nhiệm vụ của tổ chức đảng, đảng viên; chất lượng sinh hoạt chi bộ; tình hình chấp hành kỷ luật, kỷ cương; các vấn đề nổi cộm, điểm nghẽn phát sinh tại cơ sở và </w:t>
      </w:r>
      <w:r w:rsidRPr="00FF2F21">
        <w:rPr>
          <w:rFonts w:cs="Times New Roman"/>
          <w:sz w:val="28"/>
          <w:szCs w:val="28"/>
        </w:rPr>
        <w:t>cảnh báo rủi ro phục vụ chỉ đạo, điều hành.</w:t>
      </w:r>
    </w:p>
    <w:p w:rsidR="004C214D" w:rsidRPr="00FF2F21" w:rsidRDefault="003D04E0" w:rsidP="004D7A24">
      <w:pPr>
        <w:spacing w:before="40" w:after="0" w:line="240" w:lineRule="auto"/>
        <w:ind w:firstLine="567"/>
        <w:jc w:val="both"/>
        <w:rPr>
          <w:rFonts w:cs="Times New Roman"/>
          <w:sz w:val="28"/>
          <w:szCs w:val="28"/>
        </w:rPr>
      </w:pPr>
      <w:r w:rsidRPr="00FF2F21">
        <w:rPr>
          <w:rFonts w:cs="Times New Roman"/>
          <w:b/>
          <w:i/>
          <w:sz w:val="28"/>
          <w:szCs w:val="28"/>
        </w:rPr>
        <w:t xml:space="preserve">3.4. Thí điểm công cụ trợ lý </w:t>
      </w:r>
      <w:r w:rsidR="0040753E" w:rsidRPr="00FF2F21">
        <w:rPr>
          <w:rFonts w:cs="Times New Roman"/>
          <w:b/>
          <w:i/>
          <w:sz w:val="28"/>
          <w:szCs w:val="28"/>
        </w:rPr>
        <w:t>số</w:t>
      </w:r>
      <w:r w:rsidR="0040753E" w:rsidRPr="00FF2F21">
        <w:rPr>
          <w:rFonts w:cs="Times New Roman"/>
          <w:b/>
          <w:i/>
          <w:sz w:val="28"/>
          <w:szCs w:val="28"/>
          <w:lang w:val="vi-VN"/>
        </w:rPr>
        <w:t xml:space="preserve">: </w:t>
      </w:r>
      <w:r w:rsidR="0040753E" w:rsidRPr="00FF2F21">
        <w:rPr>
          <w:rFonts w:cs="Times New Roman"/>
          <w:bCs/>
          <w:iCs/>
          <w:sz w:val="28"/>
          <w:szCs w:val="28"/>
          <w:lang w:val="vi-VN"/>
        </w:rPr>
        <w:t>H</w:t>
      </w:r>
      <w:r w:rsidRPr="00FF2F21">
        <w:rPr>
          <w:rFonts w:cs="Times New Roman"/>
          <w:sz w:val="28"/>
          <w:szCs w:val="28"/>
        </w:rPr>
        <w:t xml:space="preserve">ỗ trợ cấp ủy, bí thư chi bộ và cán bộ làm công tác </w:t>
      </w:r>
      <w:r w:rsidR="006A0FF5" w:rsidRPr="00FF2F21">
        <w:rPr>
          <w:rFonts w:cs="Times New Roman"/>
          <w:sz w:val="28"/>
          <w:szCs w:val="28"/>
        </w:rPr>
        <w:t>Đ</w:t>
      </w:r>
      <w:r w:rsidRPr="00FF2F21">
        <w:rPr>
          <w:rFonts w:cs="Times New Roman"/>
          <w:sz w:val="28"/>
          <w:szCs w:val="28"/>
        </w:rPr>
        <w:t>ảng trong một số chức năng phù hợp, gồm: tổng hợp tài liệu, nhắc việc, gợi ý lịch công tác, gợi ý chương trình sinh hoạt chi bộ, tổng hợp tiến độ thực hiện nhiệm vụ, thống kê, báo cáo nhanh, cảnh báo nhiệm vụ chậm tiến độ, hỗ trợ tra cứu văn bản, chỉ đạo, quy định.</w:t>
      </w:r>
    </w:p>
    <w:p w:rsidR="004C214D" w:rsidRPr="00FF2F21" w:rsidRDefault="003D04E0" w:rsidP="004D7A24">
      <w:pPr>
        <w:spacing w:before="40" w:after="0" w:line="240" w:lineRule="auto"/>
        <w:ind w:firstLine="567"/>
        <w:jc w:val="both"/>
        <w:rPr>
          <w:rFonts w:cs="Times New Roman"/>
          <w:sz w:val="28"/>
          <w:szCs w:val="28"/>
        </w:rPr>
      </w:pPr>
      <w:r w:rsidRPr="00FF2F21">
        <w:rPr>
          <w:rFonts w:cs="Times New Roman"/>
          <w:b/>
          <w:i/>
          <w:sz w:val="28"/>
          <w:szCs w:val="28"/>
        </w:rPr>
        <w:lastRenderedPageBreak/>
        <w:t xml:space="preserve">3.5. Thí điểm bộ chỉ số đánh giá theo thời gian </w:t>
      </w:r>
      <w:r w:rsidR="0040753E" w:rsidRPr="00FF2F21">
        <w:rPr>
          <w:rFonts w:cs="Times New Roman"/>
          <w:b/>
          <w:i/>
          <w:sz w:val="28"/>
          <w:szCs w:val="28"/>
        </w:rPr>
        <w:t>thực</w:t>
      </w:r>
      <w:r w:rsidR="0040753E" w:rsidRPr="00FF2F21">
        <w:rPr>
          <w:rFonts w:cs="Times New Roman"/>
          <w:b/>
          <w:i/>
          <w:sz w:val="28"/>
          <w:szCs w:val="28"/>
          <w:lang w:val="vi-VN"/>
        </w:rPr>
        <w:t xml:space="preserve">: </w:t>
      </w:r>
      <w:r w:rsidR="0040753E" w:rsidRPr="00FF2F21">
        <w:rPr>
          <w:rFonts w:cs="Times New Roman"/>
          <w:bCs/>
          <w:iCs/>
          <w:sz w:val="28"/>
          <w:szCs w:val="28"/>
          <w:lang w:val="vi-VN"/>
        </w:rPr>
        <w:t>Đ</w:t>
      </w:r>
      <w:r w:rsidRPr="00FF2F21">
        <w:rPr>
          <w:rFonts w:cs="Times New Roman"/>
          <w:sz w:val="28"/>
          <w:szCs w:val="28"/>
        </w:rPr>
        <w:t>ối với đảng viên, chi bộ và cấp ủy trong phạm vi thí điểm</w:t>
      </w:r>
      <w:r w:rsidR="00E83DF6" w:rsidRPr="00FF2F21">
        <w:rPr>
          <w:rFonts w:cs="Times New Roman"/>
          <w:sz w:val="28"/>
          <w:szCs w:val="28"/>
        </w:rPr>
        <w:t xml:space="preserve">; </w:t>
      </w:r>
      <w:r w:rsidRPr="00FF2F21">
        <w:rPr>
          <w:rFonts w:cs="Times New Roman"/>
          <w:sz w:val="28"/>
          <w:szCs w:val="28"/>
        </w:rPr>
        <w:t>bảo đảm phản ánh được kết quả thực hiện nhiệm vụ, chất lượng sinh hoạt, mức độ chấp hành kỷ luật, mức độ phối hợp, mức độ hài lòng của tổ chức, công dân, doanh nghiệp đối với lĩnh vực, địa bàn có liên quan.</w:t>
      </w:r>
    </w:p>
    <w:p w:rsidR="005B0E4F" w:rsidRPr="00FF2F21" w:rsidRDefault="005B0E4F" w:rsidP="004D7A24">
      <w:pPr>
        <w:spacing w:before="40" w:after="0" w:line="240" w:lineRule="auto"/>
        <w:ind w:firstLine="567"/>
        <w:jc w:val="both"/>
        <w:rPr>
          <w:rFonts w:cs="Times New Roman"/>
          <w:b/>
          <w:i/>
          <w:sz w:val="28"/>
          <w:szCs w:val="28"/>
        </w:rPr>
      </w:pPr>
      <w:r w:rsidRPr="00FF2F21">
        <w:rPr>
          <w:rFonts w:cs="Times New Roman"/>
          <w:b/>
          <w:i/>
          <w:sz w:val="28"/>
          <w:szCs w:val="28"/>
        </w:rPr>
        <w:t xml:space="preserve">3.6. Bộ </w:t>
      </w:r>
      <w:r w:rsidR="00B24D8C" w:rsidRPr="00FF2F21">
        <w:rPr>
          <w:rFonts w:cs="Times New Roman"/>
          <w:b/>
          <w:i/>
          <w:sz w:val="28"/>
          <w:szCs w:val="28"/>
        </w:rPr>
        <w:t>c</w:t>
      </w:r>
      <w:r w:rsidRPr="00FF2F21">
        <w:rPr>
          <w:rFonts w:cs="Times New Roman"/>
          <w:b/>
          <w:i/>
          <w:sz w:val="28"/>
          <w:szCs w:val="28"/>
        </w:rPr>
        <w:t>hỉ số đánh</w:t>
      </w:r>
      <w:r w:rsidR="00B24D8C" w:rsidRPr="00FF2F21">
        <w:rPr>
          <w:rFonts w:cs="Times New Roman"/>
          <w:b/>
          <w:i/>
          <w:sz w:val="28"/>
          <w:szCs w:val="28"/>
        </w:rPr>
        <w:t xml:space="preserve"> giá mô hình thí điểm</w:t>
      </w:r>
    </w:p>
    <w:p w:rsidR="00B24D8C" w:rsidRPr="00FF2F21" w:rsidRDefault="005B0E4F" w:rsidP="004D7A24">
      <w:pPr>
        <w:spacing w:before="40" w:after="0" w:line="240" w:lineRule="auto"/>
        <w:ind w:firstLine="567"/>
        <w:jc w:val="both"/>
        <w:rPr>
          <w:sz w:val="28"/>
          <w:szCs w:val="28"/>
        </w:rPr>
      </w:pPr>
      <w:r w:rsidRPr="00FF2F21">
        <w:rPr>
          <w:sz w:val="28"/>
          <w:szCs w:val="28"/>
        </w:rPr>
        <w:t>- Nhóm chỉ số đối với đảng viên số:</w:t>
      </w:r>
      <w:r w:rsidR="00B24D8C" w:rsidRPr="00FF2F21">
        <w:rPr>
          <w:sz w:val="28"/>
          <w:szCs w:val="28"/>
        </w:rPr>
        <w:t xml:space="preserve"> T</w:t>
      </w:r>
      <w:r w:rsidRPr="00FF2F21">
        <w:rPr>
          <w:sz w:val="28"/>
          <w:szCs w:val="28"/>
        </w:rPr>
        <w:t>ỷ lệ hồ sơ số hóa được cập nhật đầy đủ; tỷ lệ hoàn thành nhiệm vụ được giao; mức độ tham gia sinh hoạt, học tập trên môi trường số; mức độ chấp hành kỷ luật, kỷ cương; mức độ phối hợp; số lượng kiến nghị, đề xuất được ghi nhận và xử lý; mức độ sử dụng công cụ số.</w:t>
      </w:r>
    </w:p>
    <w:p w:rsidR="00B24D8C" w:rsidRPr="00FF2F21" w:rsidRDefault="00B24D8C" w:rsidP="004D7A24">
      <w:pPr>
        <w:spacing w:before="40" w:after="0" w:line="240" w:lineRule="auto"/>
        <w:ind w:firstLine="567"/>
        <w:jc w:val="both"/>
        <w:rPr>
          <w:sz w:val="28"/>
          <w:szCs w:val="28"/>
        </w:rPr>
      </w:pPr>
      <w:r w:rsidRPr="00FF2F21">
        <w:rPr>
          <w:sz w:val="28"/>
          <w:szCs w:val="28"/>
        </w:rPr>
        <w:t xml:space="preserve">- </w:t>
      </w:r>
      <w:r w:rsidR="005B0E4F" w:rsidRPr="00FF2F21">
        <w:rPr>
          <w:sz w:val="28"/>
          <w:szCs w:val="28"/>
        </w:rPr>
        <w:t xml:space="preserve">Nhóm chỉ số đối với chi bộ số: </w:t>
      </w:r>
      <w:r w:rsidRPr="00FF2F21">
        <w:rPr>
          <w:sz w:val="28"/>
          <w:szCs w:val="28"/>
        </w:rPr>
        <w:t>M</w:t>
      </w:r>
      <w:r w:rsidR="005B0E4F" w:rsidRPr="00FF2F21">
        <w:rPr>
          <w:sz w:val="28"/>
          <w:szCs w:val="28"/>
        </w:rPr>
        <w:t>ức độ quản lý đảng viên trên nền tảng số; mức độ số hóa hồ sơ đảng viên; mức độ quản lý điều hành: tỷ lệ sinh hoạt đúng kỳ, tỷ lệ sinh hoạt chuyên đề, tỷ lệ nghị quyết rõ việc, rõ tiến độ, phân công nhiệm vụ đảng viên, tỷ lệ nhiệm vụ hoàn thành đúng hạn; chất lượng điều hành sinh hoạt, mức độ số hóa nghị quyết, biên bản; mức độ hài lòng của đảng viên đối với nền tảng.</w:t>
      </w:r>
    </w:p>
    <w:p w:rsidR="005B0E4F" w:rsidRPr="00FF2F21" w:rsidRDefault="00B24D8C" w:rsidP="004D7A24">
      <w:pPr>
        <w:spacing w:before="40" w:after="0" w:line="240" w:lineRule="auto"/>
        <w:ind w:firstLine="567"/>
        <w:jc w:val="both"/>
        <w:rPr>
          <w:sz w:val="28"/>
          <w:szCs w:val="28"/>
        </w:rPr>
      </w:pPr>
      <w:r w:rsidRPr="00FF2F21">
        <w:rPr>
          <w:sz w:val="28"/>
          <w:szCs w:val="28"/>
        </w:rPr>
        <w:t>-</w:t>
      </w:r>
      <w:r w:rsidR="005B0E4F" w:rsidRPr="00FF2F21">
        <w:rPr>
          <w:sz w:val="28"/>
          <w:szCs w:val="28"/>
        </w:rPr>
        <w:t xml:space="preserve"> Nhóm chỉ số đối với đảng bộ số: </w:t>
      </w:r>
      <w:r w:rsidRPr="00FF2F21">
        <w:rPr>
          <w:sz w:val="28"/>
          <w:szCs w:val="28"/>
        </w:rPr>
        <w:t>T</w:t>
      </w:r>
      <w:r w:rsidR="005B0E4F" w:rsidRPr="00FF2F21">
        <w:rPr>
          <w:sz w:val="28"/>
          <w:szCs w:val="28"/>
        </w:rPr>
        <w:t>ỷ lệ nhiệm vụ trọng tâm được cập nhật, theo dõi trên nền tảng; tỷ lệ chỉ tiêu được đo lường theo thời gian thực; thời gian xử lý báo cáo, tổng hợp thông tin; số lượng cảnh báo sớm được phát hiện và xử lý; tỷ lệ đơn vị sử dụng thường xuyên bảng điều khiển số; mức độ cải thiện chất lượng lãnh đạo, chỉ đạo và hiệu quả điều hành.</w:t>
      </w:r>
    </w:p>
    <w:p w:rsidR="004C214D" w:rsidRPr="00FF2F21" w:rsidRDefault="003D04E0" w:rsidP="004D7A24">
      <w:pPr>
        <w:spacing w:before="40" w:after="0" w:line="240" w:lineRule="auto"/>
        <w:ind w:firstLine="567"/>
        <w:rPr>
          <w:rFonts w:cs="Times New Roman"/>
          <w:sz w:val="28"/>
          <w:szCs w:val="28"/>
        </w:rPr>
      </w:pPr>
      <w:r w:rsidRPr="00FF2F21">
        <w:rPr>
          <w:rFonts w:cs="Times New Roman"/>
          <w:b/>
          <w:sz w:val="28"/>
          <w:szCs w:val="28"/>
        </w:rPr>
        <w:t>V. NHIỆM VỤ VÀ GIẢI PHÁP CHỦ YẾU</w:t>
      </w:r>
    </w:p>
    <w:p w:rsidR="004C214D" w:rsidRPr="00FF2F21" w:rsidRDefault="003D04E0" w:rsidP="004D7A24">
      <w:pPr>
        <w:spacing w:before="40" w:after="0" w:line="240" w:lineRule="auto"/>
        <w:ind w:firstLine="567"/>
        <w:rPr>
          <w:rFonts w:cs="Times New Roman"/>
          <w:sz w:val="28"/>
          <w:szCs w:val="28"/>
        </w:rPr>
      </w:pPr>
      <w:r w:rsidRPr="00FF2F21">
        <w:rPr>
          <w:rFonts w:cs="Times New Roman"/>
          <w:b/>
          <w:sz w:val="28"/>
          <w:szCs w:val="28"/>
        </w:rPr>
        <w:t xml:space="preserve">1. </w:t>
      </w:r>
      <w:r w:rsidR="00684B07" w:rsidRPr="00FF2F21">
        <w:rPr>
          <w:rFonts w:cs="Times New Roman"/>
          <w:b/>
          <w:sz w:val="28"/>
          <w:szCs w:val="28"/>
        </w:rPr>
        <w:t>Xây dựng</w:t>
      </w:r>
      <w:r w:rsidRPr="00FF2F21">
        <w:rPr>
          <w:rFonts w:cs="Times New Roman"/>
          <w:b/>
          <w:sz w:val="28"/>
          <w:szCs w:val="28"/>
        </w:rPr>
        <w:t xml:space="preserve"> quy chế, quy trình và khung quản trị triển khai</w:t>
      </w:r>
    </w:p>
    <w:p w:rsidR="004C214D" w:rsidRPr="00FF2F21" w:rsidRDefault="005D417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w:t>
      </w:r>
      <w:r w:rsidR="00684B07" w:rsidRPr="00FF2F21">
        <w:rPr>
          <w:rFonts w:cs="Times New Roman"/>
          <w:sz w:val="28"/>
          <w:szCs w:val="28"/>
        </w:rPr>
        <w:t>Trên cơ sở quy định, hướng dẫn của Thành phố, Ban Thường vụ Đảng ủy xã x</w:t>
      </w:r>
      <w:r w:rsidR="003D04E0" w:rsidRPr="00FF2F21">
        <w:rPr>
          <w:rFonts w:cs="Times New Roman"/>
          <w:sz w:val="28"/>
          <w:szCs w:val="28"/>
        </w:rPr>
        <w:t>ây dựng</w:t>
      </w:r>
      <w:r w:rsidR="00684B07" w:rsidRPr="00FF2F21">
        <w:rPr>
          <w:rFonts w:cs="Times New Roman"/>
          <w:sz w:val="28"/>
          <w:szCs w:val="28"/>
        </w:rPr>
        <w:t xml:space="preserve"> kế hoạch triển khai</w:t>
      </w:r>
      <w:r w:rsidR="003D04E0" w:rsidRPr="00FF2F21">
        <w:rPr>
          <w:rFonts w:cs="Times New Roman"/>
          <w:sz w:val="28"/>
          <w:szCs w:val="28"/>
        </w:rPr>
        <w:t xml:space="preserve"> mô hình “Đảng viên số, Chi bộ số, Đảng bộ số” của </w:t>
      </w:r>
      <w:r w:rsidR="006A0FF5" w:rsidRPr="00FF2F21">
        <w:rPr>
          <w:rFonts w:cs="Times New Roman"/>
          <w:sz w:val="28"/>
          <w:szCs w:val="28"/>
        </w:rPr>
        <w:t>xã,</w:t>
      </w:r>
      <w:r w:rsidR="003D04E0" w:rsidRPr="00FF2F21">
        <w:rPr>
          <w:rFonts w:cs="Times New Roman"/>
          <w:sz w:val="28"/>
          <w:szCs w:val="28"/>
        </w:rPr>
        <w:t xml:space="preserve"> bảo đảm thống nhất về mục tiêu, nguyên tắc, cấu phần dữ liệu, yêu cầu kết nối, phân quyền khai thác, tiêu chuẩn bảo mật và lộ trình triển khai.</w:t>
      </w:r>
    </w:p>
    <w:p w:rsidR="005B0E4F" w:rsidRPr="00FF2F21" w:rsidRDefault="005D417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Rà soát, ban hành theo thẩm quyền các quy định, quy chế, quy trình liên quan đến tạo lập, cập nhật, khai thác, chia sẻ, lưu trữ dữ liệu; </w:t>
      </w:r>
      <w:r w:rsidR="00684B07" w:rsidRPr="00FF2F21">
        <w:rPr>
          <w:rFonts w:cs="Times New Roman"/>
          <w:sz w:val="28"/>
          <w:szCs w:val="28"/>
        </w:rPr>
        <w:t xml:space="preserve">thực hiện </w:t>
      </w:r>
      <w:r w:rsidR="003D04E0" w:rsidRPr="00FF2F21">
        <w:rPr>
          <w:rFonts w:cs="Times New Roman"/>
          <w:sz w:val="28"/>
          <w:szCs w:val="28"/>
        </w:rPr>
        <w:t>quy trình số hóa nghiệp vụ công tác đảng</w:t>
      </w:r>
      <w:r w:rsidR="00117241" w:rsidRPr="00FF2F21">
        <w:rPr>
          <w:rFonts w:cs="Times New Roman"/>
          <w:sz w:val="28"/>
          <w:szCs w:val="28"/>
        </w:rPr>
        <w:t>, số hóa hồ sơ đảng viên</w:t>
      </w:r>
      <w:r w:rsidR="00684B07" w:rsidRPr="00FF2F21">
        <w:rPr>
          <w:rFonts w:cs="Times New Roman"/>
          <w:sz w:val="28"/>
          <w:szCs w:val="28"/>
        </w:rPr>
        <w:t xml:space="preserve"> theo quy định</w:t>
      </w:r>
      <w:r w:rsidR="003D04E0" w:rsidRPr="00FF2F21">
        <w:rPr>
          <w:rFonts w:cs="Times New Roman"/>
          <w:sz w:val="28"/>
          <w:szCs w:val="28"/>
        </w:rPr>
        <w:t>; quy trình tổ chức sinh hoạt chi bộ trên nền tảng số; quy trình giao việc, theo dõi tiến độ, tổng hợp báo cáo, cảnh báo và đánh giá kết quả.</w:t>
      </w:r>
    </w:p>
    <w:p w:rsidR="004C214D" w:rsidRPr="00FF2F21" w:rsidRDefault="005D417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Xây dựng quy định trách nhiệm của người đứng đầu, cấp ủy, cán bộ phụ trách đối với việc cập nhật, làm sạch, chuẩn hóa dữ liệu; xác định dữ liệu nào bắt buộc cập nhật theo thời gian thực, dữ liệu nào cập nhật định kỳ; </w:t>
      </w:r>
      <w:r w:rsidR="005006C0" w:rsidRPr="00FF2F21">
        <w:rPr>
          <w:rFonts w:cs="Times New Roman"/>
          <w:sz w:val="28"/>
          <w:szCs w:val="28"/>
        </w:rPr>
        <w:t xml:space="preserve">trách nhiệm </w:t>
      </w:r>
      <w:r w:rsidR="003D04E0" w:rsidRPr="00FF2F21">
        <w:rPr>
          <w:rFonts w:cs="Times New Roman"/>
          <w:sz w:val="28"/>
          <w:szCs w:val="28"/>
        </w:rPr>
        <w:t>gắn với đánh giá kết quả thực hiện.</w:t>
      </w:r>
    </w:p>
    <w:p w:rsidR="00F420FD" w:rsidRPr="00FF2F21" w:rsidRDefault="005D417F" w:rsidP="004D7A24">
      <w:pPr>
        <w:spacing w:before="40" w:after="0" w:line="240" w:lineRule="auto"/>
        <w:ind w:firstLine="567"/>
        <w:jc w:val="both"/>
        <w:rPr>
          <w:rFonts w:cs="Times New Roman"/>
          <w:spacing w:val="-4"/>
          <w:sz w:val="28"/>
          <w:szCs w:val="28"/>
        </w:rPr>
      </w:pPr>
      <w:r w:rsidRPr="00FF2F21">
        <w:rPr>
          <w:rFonts w:cs="Times New Roman"/>
          <w:spacing w:val="-4"/>
          <w:sz w:val="28"/>
          <w:szCs w:val="28"/>
        </w:rPr>
        <w:t>-</w:t>
      </w:r>
      <w:r w:rsidR="003D04E0" w:rsidRPr="00FF2F21">
        <w:rPr>
          <w:rFonts w:cs="Times New Roman"/>
          <w:spacing w:val="-4"/>
          <w:sz w:val="28"/>
          <w:szCs w:val="28"/>
        </w:rPr>
        <w:t xml:space="preserve"> </w:t>
      </w:r>
      <w:r w:rsidR="005006C0" w:rsidRPr="00FF2F21">
        <w:rPr>
          <w:rFonts w:cs="Times New Roman"/>
          <w:spacing w:val="-4"/>
          <w:sz w:val="28"/>
          <w:szCs w:val="28"/>
        </w:rPr>
        <w:t>Thực hiện quy định, hướng dẫn của Thành ủy về d</w:t>
      </w:r>
      <w:r w:rsidR="003D04E0" w:rsidRPr="00FF2F21">
        <w:rPr>
          <w:rFonts w:cs="Times New Roman"/>
          <w:spacing w:val="-4"/>
          <w:sz w:val="28"/>
          <w:szCs w:val="28"/>
        </w:rPr>
        <w:t>anh mục sản phẩm đầu ra, bộ hồ sơ điện tử, biểu mẫu báo cáo, cấu trúc dữ liệu thống nhất và cơ chế giám sát việc thực hiện trong toàn bộ phạm vi thí điểm.</w:t>
      </w:r>
    </w:p>
    <w:p w:rsidR="004C214D" w:rsidRPr="00FF2F21" w:rsidRDefault="003D04E0" w:rsidP="004D7A24">
      <w:pPr>
        <w:widowControl w:val="0"/>
        <w:spacing w:before="40" w:after="0" w:line="240" w:lineRule="auto"/>
        <w:ind w:firstLine="567"/>
        <w:rPr>
          <w:rFonts w:cs="Times New Roman"/>
          <w:sz w:val="28"/>
          <w:szCs w:val="28"/>
        </w:rPr>
      </w:pPr>
      <w:r w:rsidRPr="00FF2F21">
        <w:rPr>
          <w:rFonts w:cs="Times New Roman"/>
          <w:b/>
          <w:sz w:val="28"/>
          <w:szCs w:val="28"/>
        </w:rPr>
        <w:t>2. Chuẩn hóa, số hóa và xây dựng dữ liệu nền tảng</w:t>
      </w:r>
    </w:p>
    <w:p w:rsidR="004C214D" w:rsidRPr="00FF2F21" w:rsidRDefault="005D417F" w:rsidP="004D7A24">
      <w:pPr>
        <w:widowControl w:val="0"/>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Tổ chức rà soát hiện trạng dữ liệu về tổ chức đảng, đảng viên, hồ sơ cán bộ, chương trình công tác, nghị quyết, kết luận</w:t>
      </w:r>
      <w:r w:rsidR="00AF46CE" w:rsidRPr="00FF2F21">
        <w:rPr>
          <w:rFonts w:cs="Times New Roman"/>
          <w:sz w:val="28"/>
          <w:szCs w:val="28"/>
        </w:rPr>
        <w:t>...;</w:t>
      </w:r>
      <w:r w:rsidR="003D04E0" w:rsidRPr="00FF2F21">
        <w:rPr>
          <w:rFonts w:cs="Times New Roman"/>
          <w:sz w:val="28"/>
          <w:szCs w:val="28"/>
        </w:rPr>
        <w:t xml:space="preserve"> đánh giá mức độ đầy đủ, chính xác, đồng bộ và khả năng kết nối, chia sẻ giữa các </w:t>
      </w:r>
      <w:r w:rsidR="00AF46CE" w:rsidRPr="00FF2F21">
        <w:rPr>
          <w:rFonts w:cs="Times New Roman"/>
          <w:sz w:val="28"/>
          <w:szCs w:val="28"/>
        </w:rPr>
        <w:t>dữ liệu hệ thống</w:t>
      </w:r>
      <w:r w:rsidR="003D04E0" w:rsidRPr="00FF2F21">
        <w:rPr>
          <w:rFonts w:cs="Times New Roman"/>
          <w:sz w:val="28"/>
          <w:szCs w:val="28"/>
        </w:rPr>
        <w:t xml:space="preserve"> hiện có.</w:t>
      </w:r>
    </w:p>
    <w:p w:rsidR="004C214D" w:rsidRPr="00FF2F21" w:rsidRDefault="005D417F" w:rsidP="004D7A24">
      <w:pPr>
        <w:widowControl w:val="0"/>
        <w:spacing w:before="40" w:after="0" w:line="240" w:lineRule="auto"/>
        <w:ind w:firstLine="567"/>
        <w:jc w:val="both"/>
        <w:rPr>
          <w:rFonts w:cs="Times New Roman"/>
          <w:sz w:val="28"/>
          <w:szCs w:val="28"/>
        </w:rPr>
      </w:pPr>
      <w:r w:rsidRPr="00FF2F21">
        <w:rPr>
          <w:rFonts w:cs="Times New Roman"/>
          <w:sz w:val="28"/>
          <w:szCs w:val="28"/>
        </w:rPr>
        <w:lastRenderedPageBreak/>
        <w:t>-</w:t>
      </w:r>
      <w:r w:rsidR="003D04E0" w:rsidRPr="00FF2F21">
        <w:rPr>
          <w:rFonts w:cs="Times New Roman"/>
          <w:sz w:val="28"/>
          <w:szCs w:val="28"/>
        </w:rPr>
        <w:t xml:space="preserve"> Thực hiện làm sạch, chuẩn hóa, số hóa dữ liệu </w:t>
      </w:r>
      <w:r w:rsidR="00211C46" w:rsidRPr="00FF2F21">
        <w:rPr>
          <w:rFonts w:cs="Times New Roman"/>
          <w:sz w:val="28"/>
          <w:szCs w:val="28"/>
        </w:rPr>
        <w:t xml:space="preserve">tổ chức đảng, đảng viên </w:t>
      </w:r>
      <w:r w:rsidR="003D04E0" w:rsidRPr="00FF2F21">
        <w:rPr>
          <w:rFonts w:cs="Times New Roman"/>
          <w:sz w:val="28"/>
          <w:szCs w:val="28"/>
        </w:rPr>
        <w:t xml:space="preserve">theo nguyên tắc thống nhất </w:t>
      </w:r>
      <w:r w:rsidR="00CF7B0E" w:rsidRPr="00FF2F21">
        <w:rPr>
          <w:rFonts w:cs="Times New Roman"/>
          <w:i/>
          <w:sz w:val="28"/>
          <w:szCs w:val="28"/>
        </w:rPr>
        <w:t>(</w:t>
      </w:r>
      <w:r w:rsidR="003D04E0" w:rsidRPr="00FF2F21">
        <w:rPr>
          <w:rFonts w:cs="Times New Roman"/>
          <w:i/>
          <w:sz w:val="28"/>
          <w:szCs w:val="28"/>
        </w:rPr>
        <w:t>một đầu mối quản lý, một mã định danh, một lần cập nhật, nhiều lần khai thác</w:t>
      </w:r>
      <w:r w:rsidR="00CF7B0E" w:rsidRPr="00FF2F21">
        <w:rPr>
          <w:rFonts w:cs="Times New Roman"/>
          <w:i/>
          <w:sz w:val="28"/>
          <w:szCs w:val="28"/>
        </w:rPr>
        <w:t>)</w:t>
      </w:r>
      <w:r w:rsidR="003D04E0" w:rsidRPr="00FF2F21">
        <w:rPr>
          <w:rFonts w:cs="Times New Roman"/>
          <w:sz w:val="28"/>
          <w:szCs w:val="28"/>
        </w:rPr>
        <w:t>; hạn chế tối đa việc nhập liệu lặp lại</w:t>
      </w:r>
      <w:r w:rsidR="00CF7B0E" w:rsidRPr="00FF2F21">
        <w:rPr>
          <w:rFonts w:cs="Times New Roman"/>
          <w:sz w:val="28"/>
          <w:szCs w:val="28"/>
        </w:rPr>
        <w:t>,</w:t>
      </w:r>
      <w:r w:rsidR="003D04E0" w:rsidRPr="00FF2F21">
        <w:rPr>
          <w:rFonts w:cs="Times New Roman"/>
          <w:sz w:val="28"/>
          <w:szCs w:val="28"/>
        </w:rPr>
        <w:t xml:space="preserve"> từng bước bảo đảm dữ liệu </w:t>
      </w:r>
      <w:r w:rsidR="005006C0" w:rsidRPr="00FF2F21">
        <w:rPr>
          <w:rFonts w:cs="Times New Roman"/>
          <w:sz w:val="28"/>
          <w:szCs w:val="28"/>
        </w:rPr>
        <w:t>“</w:t>
      </w:r>
      <w:r w:rsidR="003D04E0" w:rsidRPr="00FF2F21">
        <w:rPr>
          <w:rFonts w:cs="Times New Roman"/>
          <w:sz w:val="28"/>
          <w:szCs w:val="28"/>
        </w:rPr>
        <w:t>s</w:t>
      </w:r>
      <w:r w:rsidR="00CF7B0E" w:rsidRPr="00FF2F21">
        <w:rPr>
          <w:rFonts w:cs="Times New Roman"/>
          <w:sz w:val="28"/>
          <w:szCs w:val="28"/>
        </w:rPr>
        <w:t>ống, đúng, đủ, sạch, dùng chung</w:t>
      </w:r>
      <w:r w:rsidR="005006C0" w:rsidRPr="00FF2F21">
        <w:rPr>
          <w:rFonts w:cs="Times New Roman"/>
          <w:sz w:val="28"/>
          <w:szCs w:val="28"/>
        </w:rPr>
        <w:t>”</w:t>
      </w:r>
      <w:r w:rsidR="003D04E0" w:rsidRPr="00FF2F21">
        <w:rPr>
          <w:rFonts w:cs="Times New Roman"/>
          <w:sz w:val="28"/>
          <w:szCs w:val="28"/>
        </w:rPr>
        <w:t>.</w:t>
      </w:r>
    </w:p>
    <w:p w:rsidR="004C214D" w:rsidRPr="00FF2F21" w:rsidRDefault="005D417F" w:rsidP="004D7A24">
      <w:pPr>
        <w:widowControl w:val="0"/>
        <w:spacing w:before="40" w:after="0" w:line="240" w:lineRule="auto"/>
        <w:ind w:firstLine="567"/>
        <w:jc w:val="both"/>
        <w:rPr>
          <w:rFonts w:cs="Times New Roman"/>
          <w:spacing w:val="-2"/>
          <w:sz w:val="28"/>
          <w:szCs w:val="28"/>
        </w:rPr>
      </w:pPr>
      <w:r w:rsidRPr="00FF2F21">
        <w:rPr>
          <w:rFonts w:cs="Times New Roman"/>
          <w:spacing w:val="-2"/>
          <w:sz w:val="28"/>
          <w:szCs w:val="28"/>
        </w:rPr>
        <w:t>- Xây</w:t>
      </w:r>
      <w:r w:rsidR="003D04E0" w:rsidRPr="00FF2F21">
        <w:rPr>
          <w:rFonts w:cs="Times New Roman"/>
          <w:spacing w:val="-2"/>
          <w:sz w:val="28"/>
          <w:szCs w:val="28"/>
        </w:rPr>
        <w:t xml:space="preserve"> dựng kho dữ liệu phục vụ công tác xây dựng Đảng trong phạm vi thí điểm; kết nối với các phần mềm, cơ sở dữ liệu hiện có của </w:t>
      </w:r>
      <w:r w:rsidR="00CF7B0E" w:rsidRPr="00FF2F21">
        <w:rPr>
          <w:rFonts w:cs="Times New Roman"/>
          <w:spacing w:val="-2"/>
          <w:sz w:val="28"/>
          <w:szCs w:val="28"/>
        </w:rPr>
        <w:t xml:space="preserve">Trung ương và </w:t>
      </w:r>
      <w:r w:rsidR="003D04E0" w:rsidRPr="00FF2F21">
        <w:rPr>
          <w:rFonts w:cs="Times New Roman"/>
          <w:spacing w:val="-2"/>
          <w:sz w:val="28"/>
          <w:szCs w:val="28"/>
        </w:rPr>
        <w:t>Thành phố theo đúng quy định và bảo đảm an toàn thông tin; ưu tiên kết nối với các hệ thống phục vụ</w:t>
      </w:r>
      <w:r w:rsidR="00B258A2" w:rsidRPr="00FF2F21">
        <w:rPr>
          <w:rFonts w:cs="Times New Roman"/>
          <w:spacing w:val="-2"/>
          <w:sz w:val="28"/>
          <w:szCs w:val="28"/>
        </w:rPr>
        <w:t xml:space="preserve"> thực hiện nghiệp vụ công tác tổ chức đảng, đảng viên,</w:t>
      </w:r>
      <w:r w:rsidR="003D04E0" w:rsidRPr="00FF2F21">
        <w:rPr>
          <w:rFonts w:cs="Times New Roman"/>
          <w:spacing w:val="-2"/>
          <w:sz w:val="28"/>
          <w:szCs w:val="28"/>
        </w:rPr>
        <w:t xml:space="preserve"> công tác cán bộ, quản lý văn bản, điều hành, tiếp công dân, phản á</w:t>
      </w:r>
      <w:r w:rsidR="008D7360" w:rsidRPr="00FF2F21">
        <w:rPr>
          <w:rFonts w:cs="Times New Roman"/>
          <w:spacing w:val="-2"/>
          <w:sz w:val="28"/>
          <w:szCs w:val="28"/>
        </w:rPr>
        <w:t>nh kiến nghị, đào tạo bồi dưỡng do Thành phố triển khai.</w:t>
      </w:r>
    </w:p>
    <w:p w:rsidR="004C214D" w:rsidRPr="00FF2F21" w:rsidRDefault="005D417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Tổ chức số hóa</w:t>
      </w:r>
      <w:r w:rsidR="00B74130" w:rsidRPr="00FF2F21">
        <w:rPr>
          <w:rFonts w:cs="Times New Roman"/>
          <w:sz w:val="28"/>
          <w:szCs w:val="28"/>
        </w:rPr>
        <w:t xml:space="preserve"> và</w:t>
      </w:r>
      <w:r w:rsidR="003D04E0" w:rsidRPr="00FF2F21">
        <w:rPr>
          <w:rFonts w:cs="Times New Roman"/>
          <w:sz w:val="28"/>
          <w:szCs w:val="28"/>
        </w:rPr>
        <w:t xml:space="preserve"> </w:t>
      </w:r>
      <w:r w:rsidR="00B74130" w:rsidRPr="00FF2F21">
        <w:rPr>
          <w:rFonts w:cs="Times New Roman"/>
          <w:sz w:val="28"/>
          <w:szCs w:val="28"/>
        </w:rPr>
        <w:t xml:space="preserve">xây dựng cơ chế cập nhật thường xuyên </w:t>
      </w:r>
      <w:r w:rsidR="003D04E0" w:rsidRPr="00FF2F21">
        <w:rPr>
          <w:rFonts w:cs="Times New Roman"/>
          <w:sz w:val="28"/>
          <w:szCs w:val="28"/>
        </w:rPr>
        <w:t xml:space="preserve">hồ sơ đảng viên, hồ sơ chi bộ, nghị quyết, </w:t>
      </w:r>
      <w:r w:rsidR="00D568F1" w:rsidRPr="00FF2F21">
        <w:rPr>
          <w:rFonts w:cs="Times New Roman"/>
          <w:sz w:val="28"/>
          <w:szCs w:val="28"/>
        </w:rPr>
        <w:t>kết luận, chương trình công tác,</w:t>
      </w:r>
      <w:r w:rsidR="003D04E0" w:rsidRPr="00FF2F21">
        <w:rPr>
          <w:rFonts w:cs="Times New Roman"/>
          <w:sz w:val="28"/>
          <w:szCs w:val="28"/>
        </w:rPr>
        <w:t xml:space="preserve"> biên bản sinh hoạt, kết quả đánh giá và các tài liệu chuyên đề cần thiết.</w:t>
      </w:r>
    </w:p>
    <w:p w:rsidR="005006C0" w:rsidRPr="00FF2F21" w:rsidRDefault="003D04E0" w:rsidP="004D7A24">
      <w:pPr>
        <w:spacing w:before="40" w:after="0" w:line="240" w:lineRule="auto"/>
        <w:ind w:firstLine="567"/>
        <w:rPr>
          <w:rFonts w:cs="Times New Roman"/>
          <w:b/>
          <w:sz w:val="28"/>
          <w:szCs w:val="28"/>
        </w:rPr>
      </w:pPr>
      <w:r w:rsidRPr="00FF2F21">
        <w:rPr>
          <w:rFonts w:cs="Times New Roman"/>
          <w:b/>
          <w:sz w:val="28"/>
          <w:szCs w:val="28"/>
        </w:rPr>
        <w:t xml:space="preserve">3. </w:t>
      </w:r>
      <w:r w:rsidR="006A0FF5" w:rsidRPr="00FF2F21">
        <w:rPr>
          <w:rFonts w:cs="Times New Roman"/>
          <w:b/>
          <w:sz w:val="28"/>
          <w:szCs w:val="28"/>
        </w:rPr>
        <w:t>T</w:t>
      </w:r>
      <w:r w:rsidRPr="00FF2F21">
        <w:rPr>
          <w:rFonts w:cs="Times New Roman"/>
          <w:b/>
          <w:sz w:val="28"/>
          <w:szCs w:val="28"/>
        </w:rPr>
        <w:t>riển khai nền tảng số phục vụ thí điểm</w:t>
      </w:r>
    </w:p>
    <w:p w:rsidR="005006C0" w:rsidRPr="00FF2F21" w:rsidRDefault="005006C0" w:rsidP="004D7A24">
      <w:pPr>
        <w:spacing w:before="40" w:after="0" w:line="240" w:lineRule="auto"/>
        <w:ind w:firstLine="567"/>
        <w:jc w:val="both"/>
        <w:rPr>
          <w:sz w:val="28"/>
          <w:szCs w:val="28"/>
          <w:lang w:val="vi-VN" w:eastAsia="vi-VN" w:bidi="vi-VN"/>
        </w:rPr>
      </w:pPr>
      <w:r w:rsidRPr="00FF2F21">
        <w:rPr>
          <w:sz w:val="28"/>
          <w:szCs w:val="28"/>
          <w:lang w:eastAsia="vi-VN" w:bidi="vi-VN"/>
        </w:rPr>
        <w:t xml:space="preserve">- Triển khai </w:t>
      </w:r>
      <w:r w:rsidRPr="00FF2F21">
        <w:rPr>
          <w:sz w:val="28"/>
          <w:szCs w:val="28"/>
          <w:lang w:val="vi-VN" w:eastAsia="vi-VN" w:bidi="vi-VN"/>
        </w:rPr>
        <w:t xml:space="preserve">nền tảng số dùng chung </w:t>
      </w:r>
      <w:r w:rsidRPr="00FF2F21">
        <w:rPr>
          <w:sz w:val="28"/>
          <w:szCs w:val="28"/>
          <w:lang w:eastAsia="vi-VN" w:bidi="vi-VN"/>
        </w:rPr>
        <w:t xml:space="preserve">của Thành phố </w:t>
      </w:r>
      <w:r w:rsidRPr="00FF2F21">
        <w:rPr>
          <w:sz w:val="28"/>
          <w:szCs w:val="28"/>
          <w:lang w:val="vi-VN" w:eastAsia="vi-VN" w:bidi="vi-VN"/>
        </w:rPr>
        <w:t>phục vụ mô hình thí điểm, bảo đảm các phân hệ cơ bản: hồ sơ đảng viên số; quản lý chi bộ số; quản lý nhiệm vụ, chỉ tiêu và tiến độ; hệ thống thông báo, nhắc việc; thư viện tài liệu; tổng h</w:t>
      </w:r>
      <w:r w:rsidR="004D7A24" w:rsidRPr="00FF2F21">
        <w:rPr>
          <w:sz w:val="28"/>
          <w:szCs w:val="28"/>
          <w:lang w:val="vi-VN" w:eastAsia="vi-VN" w:bidi="vi-VN"/>
        </w:rPr>
        <w:t>ợ</w:t>
      </w:r>
      <w:r w:rsidRPr="00FF2F21">
        <w:rPr>
          <w:sz w:val="28"/>
          <w:szCs w:val="28"/>
          <w:lang w:val="vi-VN" w:eastAsia="vi-VN" w:bidi="vi-VN"/>
        </w:rPr>
        <w:t>p, báo cáo; bảng điều khiển điều hành; phân tích, cảnh báo.</w:t>
      </w:r>
    </w:p>
    <w:p w:rsidR="005006C0" w:rsidRPr="00FF2F21" w:rsidRDefault="005006C0" w:rsidP="004D7A24">
      <w:pPr>
        <w:spacing w:before="40" w:after="0" w:line="240" w:lineRule="auto"/>
        <w:ind w:firstLine="567"/>
        <w:jc w:val="both"/>
        <w:rPr>
          <w:sz w:val="28"/>
          <w:szCs w:val="28"/>
          <w:lang w:val="vi-VN" w:eastAsia="vi-VN" w:bidi="vi-VN"/>
        </w:rPr>
      </w:pPr>
      <w:r w:rsidRPr="00FF2F21">
        <w:rPr>
          <w:sz w:val="28"/>
          <w:szCs w:val="28"/>
          <w:lang w:eastAsia="vi-VN" w:bidi="vi-VN"/>
        </w:rPr>
        <w:t xml:space="preserve">- Hướng dẫn sử dụng </w:t>
      </w:r>
      <w:r w:rsidRPr="00FF2F21">
        <w:rPr>
          <w:sz w:val="28"/>
          <w:szCs w:val="28"/>
          <w:lang w:val="vi-VN" w:eastAsia="vi-VN" w:bidi="vi-VN"/>
        </w:rPr>
        <w:t>chức năng hỗ trợ tổ chức sinh hoạt chi bộ, gồm: chuẩn bị tài liệu, thông báo lịch họp, xác nhận tham dự, ghi nhận ý kiến, quản lý chương trình sinh hoạt, phân công nhiệm vụ, theo dõi kết quả thực hiện nghị quyết; khuyến khích tích hợp chức năng chấm điểm chất lượng sinh hoạt chi bộ.</w:t>
      </w:r>
    </w:p>
    <w:p w:rsidR="005006C0" w:rsidRPr="00FF2F21" w:rsidRDefault="005006C0" w:rsidP="004D7A24">
      <w:pPr>
        <w:spacing w:before="40" w:after="0" w:line="240" w:lineRule="auto"/>
        <w:ind w:firstLine="567"/>
        <w:jc w:val="both"/>
        <w:rPr>
          <w:sz w:val="28"/>
          <w:szCs w:val="28"/>
          <w:lang w:val="vi-VN" w:eastAsia="vi-VN" w:bidi="vi-VN"/>
        </w:rPr>
      </w:pPr>
      <w:r w:rsidRPr="00FF2F21">
        <w:rPr>
          <w:sz w:val="28"/>
          <w:szCs w:val="28"/>
          <w:lang w:eastAsia="vi-VN" w:bidi="vi-VN"/>
        </w:rPr>
        <w:t>- Triển khai</w:t>
      </w:r>
      <w:r w:rsidRPr="00FF2F21">
        <w:rPr>
          <w:sz w:val="28"/>
          <w:szCs w:val="28"/>
          <w:lang w:val="vi-VN" w:eastAsia="vi-VN" w:bidi="vi-VN"/>
        </w:rPr>
        <w:t xml:space="preserve"> bảng điều khiển số </w:t>
      </w:r>
      <w:r w:rsidRPr="00FF2F21">
        <w:rPr>
          <w:sz w:val="28"/>
          <w:szCs w:val="28"/>
          <w:lang w:eastAsia="vi-VN" w:bidi="vi-VN"/>
        </w:rPr>
        <w:t xml:space="preserve">của </w:t>
      </w:r>
      <w:r w:rsidRPr="00FF2F21">
        <w:rPr>
          <w:sz w:val="28"/>
          <w:szCs w:val="28"/>
          <w:lang w:val="vi-VN" w:eastAsia="vi-VN" w:bidi="vi-VN"/>
        </w:rPr>
        <w:t xml:space="preserve">Thành ủy </w:t>
      </w:r>
      <w:r w:rsidRPr="00FF2F21">
        <w:rPr>
          <w:sz w:val="28"/>
          <w:szCs w:val="28"/>
          <w:lang w:eastAsia="vi-VN" w:bidi="vi-VN"/>
        </w:rPr>
        <w:t xml:space="preserve">phục vụ hoạt động của các </w:t>
      </w:r>
      <w:r w:rsidRPr="00FF2F21">
        <w:rPr>
          <w:sz w:val="28"/>
          <w:szCs w:val="28"/>
          <w:lang w:val="vi-VN" w:eastAsia="vi-VN" w:bidi="vi-VN"/>
        </w:rPr>
        <w:t>cấp ủy trong phạm vi thí điểm, cho phép theo dõi một số nhóm chỉ số: tiến độ thực hiện nhiệm vụ; chất lượng sinh hoạt chi bộ; mức độ hoàn thành nhiệm vụ của đảng viên; tình hình chấp hành kỷ luật, kỷ cương; kết quả giải quyết điểm nghẽn; cảnh báo sớm những vấn đề cần quan tâm.</w:t>
      </w:r>
    </w:p>
    <w:p w:rsidR="005006C0" w:rsidRPr="00FF2F21" w:rsidRDefault="005006C0" w:rsidP="004D7A24">
      <w:pPr>
        <w:spacing w:before="40" w:after="0" w:line="240" w:lineRule="auto"/>
        <w:ind w:firstLine="567"/>
        <w:jc w:val="both"/>
        <w:rPr>
          <w:spacing w:val="-6"/>
          <w:sz w:val="28"/>
          <w:szCs w:val="28"/>
        </w:rPr>
      </w:pPr>
      <w:r w:rsidRPr="00FF2F21">
        <w:rPr>
          <w:spacing w:val="-6"/>
          <w:sz w:val="28"/>
          <w:szCs w:val="28"/>
          <w:lang w:eastAsia="vi-VN" w:bidi="vi-VN"/>
        </w:rPr>
        <w:t xml:space="preserve">- Triển khai </w:t>
      </w:r>
      <w:r w:rsidR="00B82F54" w:rsidRPr="00FF2F21">
        <w:rPr>
          <w:spacing w:val="-6"/>
          <w:sz w:val="28"/>
          <w:szCs w:val="28"/>
          <w:lang w:eastAsia="vi-VN" w:bidi="vi-VN"/>
        </w:rPr>
        <w:t>nền tảng</w:t>
      </w:r>
      <w:r w:rsidRPr="00FF2F21">
        <w:rPr>
          <w:spacing w:val="-6"/>
          <w:sz w:val="28"/>
          <w:szCs w:val="28"/>
          <w:lang w:eastAsia="vi-VN" w:bidi="vi-VN"/>
        </w:rPr>
        <w:t xml:space="preserve"> t</w:t>
      </w:r>
      <w:r w:rsidRPr="00FF2F21">
        <w:rPr>
          <w:spacing w:val="-6"/>
          <w:sz w:val="28"/>
          <w:szCs w:val="28"/>
          <w:lang w:val="vi-VN" w:eastAsia="vi-VN" w:bidi="vi-VN"/>
        </w:rPr>
        <w:t xml:space="preserve">hí điểm trợ lý số </w:t>
      </w:r>
      <w:r w:rsidR="00B82F54" w:rsidRPr="00FF2F21">
        <w:rPr>
          <w:spacing w:val="-6"/>
          <w:sz w:val="28"/>
          <w:szCs w:val="28"/>
          <w:lang w:eastAsia="vi-VN" w:bidi="vi-VN"/>
        </w:rPr>
        <w:t xml:space="preserve">của Thành ủy </w:t>
      </w:r>
      <w:r w:rsidRPr="00FF2F21">
        <w:rPr>
          <w:spacing w:val="-6"/>
          <w:sz w:val="28"/>
          <w:szCs w:val="28"/>
          <w:lang w:val="vi-VN" w:eastAsia="vi-VN" w:bidi="vi-VN"/>
        </w:rPr>
        <w:t>phục vụ cấp ủy và bí thư chi bộ ở mức phù hợp, trước mắt tập trung vào các chức năng hỗ trợ hành chính, tổng hợp và nhắc việc; không thay thế thẩm quyền quyết định của tổ chức đảng và người có trách nhiệm.</w:t>
      </w:r>
    </w:p>
    <w:p w:rsidR="004C214D" w:rsidRPr="00FF2F21" w:rsidRDefault="003D04E0" w:rsidP="004D7A24">
      <w:pPr>
        <w:spacing w:before="40" w:after="0" w:line="240" w:lineRule="auto"/>
        <w:ind w:firstLine="567"/>
        <w:jc w:val="both"/>
        <w:rPr>
          <w:rFonts w:cs="Times New Roman"/>
          <w:spacing w:val="-6"/>
          <w:sz w:val="28"/>
          <w:szCs w:val="28"/>
        </w:rPr>
      </w:pPr>
      <w:r w:rsidRPr="00FF2F21">
        <w:rPr>
          <w:rFonts w:cs="Times New Roman"/>
          <w:b/>
          <w:spacing w:val="-6"/>
          <w:sz w:val="28"/>
          <w:szCs w:val="28"/>
        </w:rPr>
        <w:t>4. Đổi mới phương thức giao việc, theo dõi, giám sát, đánh giá trên môi trường số</w:t>
      </w:r>
    </w:p>
    <w:p w:rsidR="004C214D" w:rsidRPr="00FF2F21" w:rsidRDefault="005D417F" w:rsidP="004D7A24">
      <w:pPr>
        <w:widowControl w:val="0"/>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Tổ chức giao việc, phân công nhiệm vụ theo nguyên tắc </w:t>
      </w:r>
      <w:r w:rsidR="002606D6" w:rsidRPr="00FF2F21">
        <w:rPr>
          <w:rFonts w:cs="Times New Roman"/>
          <w:sz w:val="28"/>
          <w:szCs w:val="28"/>
        </w:rPr>
        <w:t xml:space="preserve">“6 rõ, 1 xuyên suốt” </w:t>
      </w:r>
      <w:r w:rsidR="002606D6" w:rsidRPr="00FF2F21">
        <w:rPr>
          <w:rFonts w:cs="Times New Roman"/>
          <w:i/>
          <w:sz w:val="28"/>
          <w:szCs w:val="28"/>
        </w:rPr>
        <w:t>(rõ việc, rõ người, rõ trách nhiệm, rõ quy trình, rõ thời gian, rõ sản phẩm; một việc chỉ giao một đầu mối chịu trách nhiệm xuyên suốt)</w:t>
      </w:r>
      <w:r w:rsidR="003D04E0" w:rsidRPr="00FF2F21">
        <w:rPr>
          <w:rFonts w:cs="Times New Roman"/>
          <w:sz w:val="28"/>
          <w:szCs w:val="28"/>
        </w:rPr>
        <w:t>; tất cả nhiệm vụ trọng tâm trong phạm vi thí điểm đều được cập nhật, theo dõi trên hệ thống số.</w:t>
      </w:r>
    </w:p>
    <w:p w:rsidR="004C214D" w:rsidRPr="00FF2F21" w:rsidRDefault="005D417F" w:rsidP="004D7A24">
      <w:pPr>
        <w:widowControl w:val="0"/>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w:t>
      </w:r>
      <w:r w:rsidR="00B82F54" w:rsidRPr="00FF2F21">
        <w:rPr>
          <w:rFonts w:cs="Times New Roman"/>
          <w:sz w:val="28"/>
          <w:szCs w:val="28"/>
        </w:rPr>
        <w:t xml:space="preserve">Triển khai </w:t>
      </w:r>
      <w:r w:rsidR="003D04E0" w:rsidRPr="00FF2F21">
        <w:rPr>
          <w:rFonts w:cs="Times New Roman"/>
          <w:sz w:val="28"/>
          <w:szCs w:val="28"/>
        </w:rPr>
        <w:t>áp dụng cơ chế theo dõi tiến độ theo thời gian thực; phân loại nhiệm vụ đúng hạn, chậm hạn, có nguy cơ chậm hạn, không đạt yêu cầu; tự động gửi cảnh báo đến người phụ trách, cấp ủy v</w:t>
      </w:r>
      <w:r w:rsidR="006A500A" w:rsidRPr="00FF2F21">
        <w:rPr>
          <w:rFonts w:cs="Times New Roman"/>
          <w:sz w:val="28"/>
          <w:szCs w:val="28"/>
        </w:rPr>
        <w:t>iên phụ trách và người đứng đầu</w:t>
      </w:r>
      <w:r w:rsidR="003D04E0" w:rsidRPr="00FF2F21">
        <w:rPr>
          <w:rFonts w:cs="Times New Roman"/>
          <w:sz w:val="28"/>
          <w:szCs w:val="28"/>
        </w:rPr>
        <w:t>.</w:t>
      </w:r>
    </w:p>
    <w:p w:rsidR="004C214D" w:rsidRPr="00FF2F21" w:rsidRDefault="005D417F" w:rsidP="004D7A24">
      <w:pPr>
        <w:widowControl w:val="0"/>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Gắn việc đánh giá, xếp loại tổ chức đảng, đảng viên, cán bộ lãnh đạo, quản lý trong phạm vi thí điểm với dữ liệu và kết quả thực hiện nhiệm vụ</w:t>
      </w:r>
      <w:r w:rsidR="00034910" w:rsidRPr="00FF2F21">
        <w:rPr>
          <w:rFonts w:cs="Times New Roman"/>
          <w:sz w:val="28"/>
          <w:szCs w:val="28"/>
        </w:rPr>
        <w:t xml:space="preserve"> của </w:t>
      </w:r>
      <w:r w:rsidR="006A0FF5" w:rsidRPr="00FF2F21">
        <w:rPr>
          <w:rFonts w:cs="Times New Roman"/>
          <w:sz w:val="28"/>
          <w:szCs w:val="28"/>
        </w:rPr>
        <w:t>xã</w:t>
      </w:r>
      <w:r w:rsidR="00034910" w:rsidRPr="00FF2F21">
        <w:rPr>
          <w:rFonts w:cs="Times New Roman"/>
          <w:sz w:val="28"/>
          <w:szCs w:val="28"/>
        </w:rPr>
        <w:t xml:space="preserve"> triển khai</w:t>
      </w:r>
      <w:r w:rsidR="003D04E0" w:rsidRPr="00FF2F21">
        <w:rPr>
          <w:rFonts w:cs="Times New Roman"/>
          <w:sz w:val="28"/>
          <w:szCs w:val="28"/>
        </w:rPr>
        <w:t>; từng bước khắc phục tình trạng đánh giá chung chung, nể nang, hình thức;</w:t>
      </w:r>
      <w:r w:rsidR="006A500A" w:rsidRPr="00FF2F21">
        <w:rPr>
          <w:rFonts w:cs="Times New Roman"/>
          <w:sz w:val="28"/>
          <w:szCs w:val="28"/>
        </w:rPr>
        <w:t xml:space="preserve"> bảo đảm có dữ liệu, </w:t>
      </w:r>
      <w:r w:rsidR="004D7A24" w:rsidRPr="00FF2F21">
        <w:rPr>
          <w:rFonts w:cs="Times New Roman"/>
          <w:sz w:val="28"/>
          <w:szCs w:val="28"/>
        </w:rPr>
        <w:t>sản</w:t>
      </w:r>
      <w:r w:rsidR="006A500A" w:rsidRPr="00FF2F21">
        <w:rPr>
          <w:rFonts w:cs="Times New Roman"/>
          <w:sz w:val="28"/>
          <w:szCs w:val="28"/>
        </w:rPr>
        <w:t xml:space="preserve"> phẩm cụ thể</w:t>
      </w:r>
      <w:r w:rsidR="003D04E0" w:rsidRPr="00FF2F21">
        <w:rPr>
          <w:rFonts w:cs="Times New Roman"/>
          <w:sz w:val="28"/>
          <w:szCs w:val="28"/>
        </w:rPr>
        <w:t>.</w:t>
      </w:r>
    </w:p>
    <w:p w:rsidR="004C214D" w:rsidRPr="00FF2F21" w:rsidRDefault="005D417F" w:rsidP="004D7A24">
      <w:pPr>
        <w:widowControl w:val="0"/>
        <w:spacing w:before="40" w:after="0" w:line="240" w:lineRule="auto"/>
        <w:ind w:firstLine="567"/>
        <w:jc w:val="both"/>
        <w:rPr>
          <w:rFonts w:cs="Times New Roman"/>
          <w:spacing w:val="-4"/>
          <w:sz w:val="28"/>
          <w:szCs w:val="28"/>
        </w:rPr>
      </w:pPr>
      <w:r w:rsidRPr="00FF2F21">
        <w:rPr>
          <w:rFonts w:cs="Times New Roman"/>
          <w:spacing w:val="-4"/>
          <w:sz w:val="28"/>
          <w:szCs w:val="28"/>
        </w:rPr>
        <w:lastRenderedPageBreak/>
        <w:t>-</w:t>
      </w:r>
      <w:r w:rsidR="003D04E0" w:rsidRPr="00FF2F21">
        <w:rPr>
          <w:rFonts w:cs="Times New Roman"/>
          <w:spacing w:val="-4"/>
          <w:sz w:val="28"/>
          <w:szCs w:val="28"/>
        </w:rPr>
        <w:t xml:space="preserve"> Kết hợp kết quả theo dõi, giám sát trên nền tảng số với công tác kiểm tra, giám sát thường xuyên; ưu tiên kiểm tra</w:t>
      </w:r>
      <w:r w:rsidR="00034910" w:rsidRPr="00FF2F21">
        <w:rPr>
          <w:rFonts w:cs="Times New Roman"/>
          <w:spacing w:val="-4"/>
          <w:sz w:val="28"/>
          <w:szCs w:val="28"/>
        </w:rPr>
        <w:t>, giám sát</w:t>
      </w:r>
      <w:r w:rsidR="003D04E0" w:rsidRPr="00FF2F21">
        <w:rPr>
          <w:rFonts w:cs="Times New Roman"/>
          <w:spacing w:val="-4"/>
          <w:sz w:val="28"/>
          <w:szCs w:val="28"/>
        </w:rPr>
        <w:t xml:space="preserve"> những nơi có chỉ số bất thường, </w:t>
      </w:r>
      <w:r w:rsidR="00B82F54" w:rsidRPr="00FF2F21">
        <w:rPr>
          <w:rFonts w:cs="Times New Roman"/>
          <w:spacing w:val="-4"/>
          <w:sz w:val="28"/>
          <w:szCs w:val="28"/>
        </w:rPr>
        <w:t xml:space="preserve">nhiều nhiệm vụ chậm tiến độ, </w:t>
      </w:r>
      <w:r w:rsidR="003D04E0" w:rsidRPr="00FF2F21">
        <w:rPr>
          <w:rFonts w:cs="Times New Roman"/>
          <w:spacing w:val="-4"/>
          <w:sz w:val="28"/>
          <w:szCs w:val="28"/>
        </w:rPr>
        <w:t xml:space="preserve">có nhiều phản ánh, kiến nghị, có dấu hiệu né tránh, đùn đẩy trách </w:t>
      </w:r>
      <w:r w:rsidR="00A011D8" w:rsidRPr="00FF2F21">
        <w:rPr>
          <w:rFonts w:cs="Times New Roman"/>
          <w:spacing w:val="-4"/>
          <w:sz w:val="28"/>
          <w:szCs w:val="28"/>
        </w:rPr>
        <w:t>nhiệm, chậm triển khai nhiệm vụ</w:t>
      </w:r>
      <w:r w:rsidR="003D04E0" w:rsidRPr="00FF2F21">
        <w:rPr>
          <w:rFonts w:cs="Times New Roman"/>
          <w:spacing w:val="-4"/>
          <w:sz w:val="28"/>
          <w:szCs w:val="28"/>
        </w:rPr>
        <w:t>.</w:t>
      </w:r>
    </w:p>
    <w:p w:rsidR="004C214D" w:rsidRPr="00FF2F21" w:rsidRDefault="003D04E0" w:rsidP="004D7A24">
      <w:pPr>
        <w:spacing w:before="40" w:after="0" w:line="240" w:lineRule="auto"/>
        <w:ind w:firstLine="567"/>
        <w:jc w:val="both"/>
        <w:rPr>
          <w:rFonts w:cs="Times New Roman"/>
          <w:sz w:val="28"/>
          <w:szCs w:val="28"/>
        </w:rPr>
      </w:pPr>
      <w:r w:rsidRPr="00FF2F21">
        <w:rPr>
          <w:rFonts w:cs="Times New Roman"/>
          <w:b/>
          <w:sz w:val="28"/>
          <w:szCs w:val="28"/>
        </w:rPr>
        <w:t>5. Nâng cao năng lực số, kỹ năng vận hành và đổi mới nhận thức của đội ngũ cán bộ, đảng viên</w:t>
      </w:r>
    </w:p>
    <w:p w:rsidR="004C214D" w:rsidRPr="00FF2F21" w:rsidRDefault="005D417F" w:rsidP="004D7A24">
      <w:pPr>
        <w:spacing w:before="40" w:after="0" w:line="240" w:lineRule="auto"/>
        <w:ind w:firstLine="567"/>
        <w:jc w:val="both"/>
        <w:rPr>
          <w:rFonts w:cs="Times New Roman"/>
          <w:spacing w:val="-4"/>
          <w:sz w:val="28"/>
          <w:szCs w:val="28"/>
        </w:rPr>
      </w:pPr>
      <w:r w:rsidRPr="00FF2F21">
        <w:rPr>
          <w:rFonts w:cs="Times New Roman"/>
          <w:spacing w:val="-4"/>
          <w:sz w:val="28"/>
          <w:szCs w:val="28"/>
        </w:rPr>
        <w:t>-</w:t>
      </w:r>
      <w:r w:rsidR="003D04E0" w:rsidRPr="00FF2F21">
        <w:rPr>
          <w:rFonts w:cs="Times New Roman"/>
          <w:spacing w:val="-4"/>
          <w:sz w:val="28"/>
          <w:szCs w:val="28"/>
        </w:rPr>
        <w:t xml:space="preserve"> Xây dựng </w:t>
      </w:r>
      <w:r w:rsidR="00B82F54" w:rsidRPr="00FF2F21">
        <w:rPr>
          <w:rFonts w:cs="Times New Roman"/>
          <w:spacing w:val="-4"/>
          <w:sz w:val="28"/>
          <w:szCs w:val="28"/>
        </w:rPr>
        <w:t>kế hoạch</w:t>
      </w:r>
      <w:r w:rsidR="003D04E0" w:rsidRPr="00FF2F21">
        <w:rPr>
          <w:rFonts w:cs="Times New Roman"/>
          <w:spacing w:val="-4"/>
          <w:sz w:val="28"/>
          <w:szCs w:val="28"/>
        </w:rPr>
        <w:t xml:space="preserve"> bồi dưỡng, tập huấn theo nhóm đối tượng</w:t>
      </w:r>
      <w:r w:rsidR="00034910" w:rsidRPr="00FF2F21">
        <w:rPr>
          <w:rFonts w:cs="Times New Roman"/>
          <w:spacing w:val="-4"/>
          <w:sz w:val="28"/>
          <w:szCs w:val="28"/>
        </w:rPr>
        <w:t>, theo phân quyền đối với người</w:t>
      </w:r>
      <w:r w:rsidR="003D04E0" w:rsidRPr="00FF2F21">
        <w:rPr>
          <w:rFonts w:cs="Times New Roman"/>
          <w:spacing w:val="-4"/>
          <w:sz w:val="28"/>
          <w:szCs w:val="28"/>
        </w:rPr>
        <w:t xml:space="preserve"> trực tiếp sử dụng </w:t>
      </w:r>
      <w:r w:rsidR="00087CEF" w:rsidRPr="00FF2F21">
        <w:rPr>
          <w:rFonts w:cs="Times New Roman"/>
          <w:spacing w:val="-4"/>
          <w:sz w:val="28"/>
          <w:szCs w:val="28"/>
        </w:rPr>
        <w:t>nền tảng</w:t>
      </w:r>
      <w:r w:rsidR="00A011D8" w:rsidRPr="00FF2F21">
        <w:rPr>
          <w:rFonts w:cs="Times New Roman"/>
          <w:spacing w:val="-4"/>
          <w:sz w:val="28"/>
          <w:szCs w:val="28"/>
        </w:rPr>
        <w:t xml:space="preserve"> </w:t>
      </w:r>
      <w:r w:rsidR="00087CEF" w:rsidRPr="00FF2F21">
        <w:rPr>
          <w:rFonts w:cs="Times New Roman"/>
          <w:spacing w:val="-4"/>
          <w:sz w:val="28"/>
          <w:szCs w:val="28"/>
        </w:rPr>
        <w:t xml:space="preserve">về </w:t>
      </w:r>
      <w:r w:rsidR="003D04E0" w:rsidRPr="00FF2F21">
        <w:rPr>
          <w:rFonts w:cs="Times New Roman"/>
          <w:spacing w:val="-4"/>
          <w:sz w:val="28"/>
          <w:szCs w:val="28"/>
        </w:rPr>
        <w:t>nhận thức, quy trình nghiệp vụ, kỹ năng sử dụng hệ thống, kỹ năng làm việc với dữ liệu, kỹ năng bảo đảm an toàn thông tin.</w:t>
      </w:r>
    </w:p>
    <w:p w:rsidR="004C214D" w:rsidRPr="00FF2F21" w:rsidRDefault="005D417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Xác định rõ trách nhiệm nêu gương của người đứng</w:t>
      </w:r>
      <w:r w:rsidR="005979CD" w:rsidRPr="00FF2F21">
        <w:rPr>
          <w:rFonts w:cs="Times New Roman"/>
          <w:sz w:val="28"/>
          <w:szCs w:val="28"/>
        </w:rPr>
        <w:t xml:space="preserve"> đầu trong sử dụng hệ thống số trong phê duyệt, theo dõi nhiệm vụ, sử dụng dữ liệu</w:t>
      </w:r>
      <w:r w:rsidR="003D04E0" w:rsidRPr="00FF2F21">
        <w:rPr>
          <w:rFonts w:cs="Times New Roman"/>
          <w:sz w:val="28"/>
          <w:szCs w:val="28"/>
        </w:rPr>
        <w:t xml:space="preserve"> chỉ đạo, điều hành; coi đây là tiêu chí quan trọng để đánh giá quyết tâm đổi</w:t>
      </w:r>
      <w:r w:rsidR="00087CEF" w:rsidRPr="00FF2F21">
        <w:rPr>
          <w:rFonts w:cs="Times New Roman"/>
          <w:sz w:val="28"/>
          <w:szCs w:val="28"/>
        </w:rPr>
        <w:t xml:space="preserve"> mới của cấp ủy, người đứng đầu và</w:t>
      </w:r>
      <w:r w:rsidR="00481BDA" w:rsidRPr="00FF2F21">
        <w:rPr>
          <w:rFonts w:cs="Times New Roman"/>
          <w:sz w:val="28"/>
          <w:szCs w:val="28"/>
        </w:rPr>
        <w:t xml:space="preserve"> là cơ sở,</w:t>
      </w:r>
      <w:r w:rsidR="00A126EB" w:rsidRPr="00FF2F21">
        <w:rPr>
          <w:rFonts w:cs="Times New Roman"/>
          <w:sz w:val="28"/>
          <w:szCs w:val="28"/>
        </w:rPr>
        <w:t xml:space="preserve"> tiêu chí</w:t>
      </w:r>
      <w:r w:rsidR="00087CEF" w:rsidRPr="00FF2F21">
        <w:rPr>
          <w:rFonts w:cs="Times New Roman"/>
          <w:sz w:val="28"/>
          <w:szCs w:val="28"/>
        </w:rPr>
        <w:t xml:space="preserve"> gắn với</w:t>
      </w:r>
      <w:r w:rsidR="00481BDA" w:rsidRPr="00FF2F21">
        <w:rPr>
          <w:rFonts w:cs="Times New Roman"/>
          <w:sz w:val="28"/>
          <w:szCs w:val="28"/>
        </w:rPr>
        <w:t xml:space="preserve"> kết quả</w:t>
      </w:r>
      <w:r w:rsidR="00087CEF" w:rsidRPr="00FF2F21">
        <w:rPr>
          <w:rFonts w:cs="Times New Roman"/>
          <w:sz w:val="28"/>
          <w:szCs w:val="28"/>
        </w:rPr>
        <w:t xml:space="preserve"> đánh giá, xếp loại đảng viên, lãnh đạo quản lý </w:t>
      </w:r>
      <w:r w:rsidR="00A126EB" w:rsidRPr="00FF2F21">
        <w:rPr>
          <w:rFonts w:cs="Times New Roman"/>
          <w:sz w:val="28"/>
          <w:szCs w:val="28"/>
        </w:rPr>
        <w:t>hằng tháng/ quý/năm theo quy định.</w:t>
      </w:r>
    </w:p>
    <w:p w:rsidR="00ED4E5F" w:rsidRPr="00FF2F21" w:rsidRDefault="005D417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Tổ chức hướng dẫn, hỗ trợ thường xuyên trong quá trình sử dụng; xây dựng đội ngũ cán bộ nòng cốt, tổ công tác hỗ trợ tại từng đơn vị thí điểm</w:t>
      </w:r>
      <w:r w:rsidR="00B5783F" w:rsidRPr="00FF2F21">
        <w:rPr>
          <w:rFonts w:cs="Times New Roman"/>
          <w:sz w:val="28"/>
          <w:szCs w:val="28"/>
        </w:rPr>
        <w:t>; t</w:t>
      </w:r>
      <w:r w:rsidR="00B5783F" w:rsidRPr="00FF2F21">
        <w:rPr>
          <w:rFonts w:cs="Times New Roman"/>
          <w:bCs/>
          <w:sz w:val="28"/>
          <w:szCs w:val="28"/>
          <w:lang w:eastAsia="vi-VN"/>
        </w:rPr>
        <w:t xml:space="preserve">hành lập các "Tổ hỗ trợ chuyển đổi số cộng đồng" tại từng chi bộ thôn với nòng cốt là </w:t>
      </w:r>
      <w:r w:rsidR="00B82F54" w:rsidRPr="00FF2F21">
        <w:rPr>
          <w:rFonts w:cs="Times New Roman"/>
          <w:bCs/>
          <w:sz w:val="28"/>
          <w:szCs w:val="28"/>
          <w:lang w:eastAsia="vi-VN"/>
        </w:rPr>
        <w:t xml:space="preserve">cán bộ công chức, </w:t>
      </w:r>
      <w:r w:rsidR="00B5783F" w:rsidRPr="00FF2F21">
        <w:rPr>
          <w:rFonts w:cs="Times New Roman"/>
          <w:bCs/>
          <w:spacing w:val="-2"/>
          <w:sz w:val="28"/>
          <w:szCs w:val="28"/>
          <w:lang w:eastAsia="vi-VN"/>
        </w:rPr>
        <w:t>Đoàn Thanh niên và đảng viên trẻ theo cơ chế “01-01"</w:t>
      </w:r>
      <w:r w:rsidR="00B5783F" w:rsidRPr="00FF2F21">
        <w:rPr>
          <w:rFonts w:cs="Times New Roman"/>
          <w:bCs/>
          <w:sz w:val="28"/>
          <w:szCs w:val="28"/>
          <w:lang w:eastAsia="vi-VN"/>
        </w:rPr>
        <w:t xml:space="preserve"> </w:t>
      </w:r>
      <w:r w:rsidR="00B5783F" w:rsidRPr="00FF2F21">
        <w:rPr>
          <w:rFonts w:cs="Times New Roman"/>
          <w:bCs/>
          <w:i/>
          <w:sz w:val="28"/>
          <w:szCs w:val="28"/>
          <w:lang w:eastAsia="vi-VN"/>
        </w:rPr>
        <w:t xml:space="preserve">(một </w:t>
      </w:r>
      <w:r w:rsidR="00B82F54" w:rsidRPr="00FF2F21">
        <w:rPr>
          <w:rFonts w:cs="Times New Roman"/>
          <w:bCs/>
          <w:i/>
          <w:sz w:val="28"/>
          <w:szCs w:val="28"/>
          <w:lang w:eastAsia="vi-VN"/>
        </w:rPr>
        <w:t>cán bộ/</w:t>
      </w:r>
      <w:r w:rsidR="00B5783F" w:rsidRPr="00FF2F21">
        <w:rPr>
          <w:rFonts w:cs="Times New Roman"/>
          <w:bCs/>
          <w:i/>
          <w:sz w:val="28"/>
          <w:szCs w:val="28"/>
          <w:lang w:eastAsia="vi-VN"/>
        </w:rPr>
        <w:t xml:space="preserve">đảng viên trẻ chịu trách nhiệm </w:t>
      </w:r>
      <w:r w:rsidR="00B82F54" w:rsidRPr="00FF2F21">
        <w:rPr>
          <w:rFonts w:cs="Times New Roman"/>
          <w:bCs/>
          <w:i/>
          <w:sz w:val="28"/>
          <w:szCs w:val="28"/>
          <w:lang w:eastAsia="vi-VN"/>
        </w:rPr>
        <w:t xml:space="preserve">hỗ trợ cài đặt, </w:t>
      </w:r>
      <w:r w:rsidR="00B5783F" w:rsidRPr="00FF2F21">
        <w:rPr>
          <w:rFonts w:cs="Times New Roman"/>
          <w:bCs/>
          <w:i/>
          <w:sz w:val="28"/>
          <w:szCs w:val="28"/>
          <w:lang w:eastAsia="vi-VN"/>
        </w:rPr>
        <w:t>hướng dẫn</w:t>
      </w:r>
      <w:r w:rsidR="00B82F54" w:rsidRPr="00FF2F21">
        <w:rPr>
          <w:rFonts w:cs="Times New Roman"/>
          <w:bCs/>
          <w:i/>
          <w:sz w:val="28"/>
          <w:szCs w:val="28"/>
          <w:lang w:eastAsia="vi-VN"/>
        </w:rPr>
        <w:t xml:space="preserve"> sử dụng</w:t>
      </w:r>
      <w:r w:rsidR="00B5783F" w:rsidRPr="00FF2F21">
        <w:rPr>
          <w:rFonts w:cs="Times New Roman"/>
          <w:bCs/>
          <w:i/>
          <w:sz w:val="28"/>
          <w:szCs w:val="28"/>
          <w:lang w:eastAsia="vi-VN"/>
        </w:rPr>
        <w:t xml:space="preserve"> cho một đảng viên lớn tuổi)</w:t>
      </w:r>
      <w:r w:rsidR="003D04E0" w:rsidRPr="00FF2F21">
        <w:rPr>
          <w:rFonts w:cs="Times New Roman"/>
          <w:sz w:val="28"/>
          <w:szCs w:val="28"/>
        </w:rPr>
        <w:t>; thiết lập đầu mối tiếp nhận, xử lý nhanh các vướng mắc kỹ thuật và nghiệp vụ phát sinh.</w:t>
      </w:r>
    </w:p>
    <w:p w:rsidR="004C214D" w:rsidRPr="00FF2F21" w:rsidRDefault="003D04E0" w:rsidP="004D7A24">
      <w:pPr>
        <w:spacing w:before="40" w:after="0" w:line="240" w:lineRule="auto"/>
        <w:ind w:firstLine="567"/>
        <w:jc w:val="both"/>
        <w:rPr>
          <w:rFonts w:cs="Times New Roman"/>
          <w:sz w:val="28"/>
          <w:szCs w:val="28"/>
        </w:rPr>
      </w:pPr>
      <w:r w:rsidRPr="00FF2F21">
        <w:rPr>
          <w:rFonts w:cs="Times New Roman"/>
          <w:b/>
          <w:sz w:val="28"/>
          <w:szCs w:val="28"/>
        </w:rPr>
        <w:t>6. Bảo đảm an toàn thông tin, bảo mật dữ liệu và hạ tầng kỹ thuật</w:t>
      </w:r>
    </w:p>
    <w:p w:rsidR="004C214D" w:rsidRPr="00FF2F21" w:rsidRDefault="005D417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Xây dựng phương án bảo đảm an toàn thông tin nhiều lớp</w:t>
      </w:r>
      <w:r w:rsidR="00B82F54" w:rsidRPr="00FF2F21">
        <w:rPr>
          <w:rFonts w:cs="Times New Roman"/>
          <w:sz w:val="28"/>
          <w:szCs w:val="28"/>
        </w:rPr>
        <w:t xml:space="preserve"> theo chỉ đạo, hướng dẫn của cấp trên</w:t>
      </w:r>
      <w:r w:rsidR="00A126EB" w:rsidRPr="00FF2F21">
        <w:rPr>
          <w:rFonts w:cs="Times New Roman"/>
          <w:sz w:val="28"/>
          <w:szCs w:val="28"/>
        </w:rPr>
        <w:t>; thực hiện phân quyền chặt chẽ</w:t>
      </w:r>
      <w:r w:rsidR="003D04E0" w:rsidRPr="00FF2F21">
        <w:rPr>
          <w:rFonts w:cs="Times New Roman"/>
          <w:sz w:val="28"/>
          <w:szCs w:val="28"/>
        </w:rPr>
        <w:t xml:space="preserve">; kiểm soát đăng nhập, lịch sử truy cập, nhật ký thao tác; sao lưu, phục hồi dữ liệu; </w:t>
      </w:r>
      <w:r w:rsidR="004F086B" w:rsidRPr="00FF2F21">
        <w:rPr>
          <w:rFonts w:cs="Times New Roman"/>
          <w:sz w:val="28"/>
          <w:szCs w:val="28"/>
        </w:rPr>
        <w:t xml:space="preserve">xây dựng </w:t>
      </w:r>
      <w:r w:rsidR="003D04E0" w:rsidRPr="00FF2F21">
        <w:rPr>
          <w:rFonts w:cs="Times New Roman"/>
          <w:sz w:val="28"/>
          <w:szCs w:val="28"/>
        </w:rPr>
        <w:t>phương án khắc phục sự cố</w:t>
      </w:r>
      <w:r w:rsidR="004F086B" w:rsidRPr="00FF2F21">
        <w:rPr>
          <w:rFonts w:cs="Times New Roman"/>
          <w:sz w:val="28"/>
          <w:szCs w:val="28"/>
        </w:rPr>
        <w:t>, ghi nhận kiến nghị 24/7</w:t>
      </w:r>
      <w:r w:rsidR="003D04E0" w:rsidRPr="00FF2F21">
        <w:rPr>
          <w:rFonts w:cs="Times New Roman"/>
          <w:sz w:val="28"/>
          <w:szCs w:val="28"/>
        </w:rPr>
        <w:t>; thường xuyên rà soát, đánh giá an toàn hệ thống.</w:t>
      </w:r>
    </w:p>
    <w:p w:rsidR="00B82F54" w:rsidRPr="00FF2F21" w:rsidRDefault="005D417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Tổ chức kiểm tra, đánh giá độc lập về an toàn, an ninh mạng đối với các nền tảng phục vụ thí điểm; </w:t>
      </w:r>
      <w:r w:rsidR="00B82F54" w:rsidRPr="00FF2F21">
        <w:rPr>
          <w:rFonts w:cs="Times New Roman"/>
          <w:sz w:val="28"/>
          <w:szCs w:val="28"/>
        </w:rPr>
        <w:t>b</w:t>
      </w:r>
      <w:r w:rsidR="003D04E0" w:rsidRPr="00FF2F21">
        <w:rPr>
          <w:rFonts w:cs="Times New Roman"/>
          <w:sz w:val="28"/>
          <w:szCs w:val="28"/>
        </w:rPr>
        <w:t xml:space="preserve">ảo đảm hạ tầng kỹ thuật, thiết bị đầu cuối, đường truyền, tài khoản, </w:t>
      </w:r>
      <w:r w:rsidR="00A00AC7" w:rsidRPr="00FF2F21">
        <w:rPr>
          <w:rFonts w:cs="Times New Roman"/>
          <w:sz w:val="28"/>
          <w:szCs w:val="28"/>
        </w:rPr>
        <w:t xml:space="preserve">cung cấp </w:t>
      </w:r>
      <w:r w:rsidR="003D04E0" w:rsidRPr="00FF2F21">
        <w:rPr>
          <w:rFonts w:cs="Times New Roman"/>
          <w:sz w:val="28"/>
          <w:szCs w:val="28"/>
        </w:rPr>
        <w:t>chữ ký số</w:t>
      </w:r>
      <w:r w:rsidR="00A00AC7" w:rsidRPr="00FF2F21">
        <w:rPr>
          <w:rFonts w:cs="Times New Roman"/>
          <w:sz w:val="28"/>
          <w:szCs w:val="28"/>
        </w:rPr>
        <w:t xml:space="preserve"> cho Bí thư chi bộ</w:t>
      </w:r>
      <w:r w:rsidR="003D04E0" w:rsidRPr="00FF2F21">
        <w:rPr>
          <w:rFonts w:cs="Times New Roman"/>
          <w:sz w:val="28"/>
          <w:szCs w:val="28"/>
        </w:rPr>
        <w:t xml:space="preserve"> hoặc công cụ xác thực phù hợp cho các đơn vị thí điểm</w:t>
      </w:r>
      <w:r w:rsidR="00B82F54" w:rsidRPr="00FF2F21">
        <w:rPr>
          <w:rFonts w:cs="Times New Roman"/>
          <w:sz w:val="28"/>
          <w:szCs w:val="28"/>
        </w:rPr>
        <w:t>, nhân rộng theo lộ trình.</w:t>
      </w:r>
    </w:p>
    <w:p w:rsidR="00A67645" w:rsidRPr="00FF2F21" w:rsidRDefault="00B82F54" w:rsidP="004D7A24">
      <w:pPr>
        <w:spacing w:before="40" w:after="0" w:line="240" w:lineRule="auto"/>
        <w:ind w:firstLine="567"/>
        <w:jc w:val="both"/>
        <w:rPr>
          <w:rFonts w:cs="Times New Roman"/>
          <w:sz w:val="28"/>
          <w:szCs w:val="28"/>
        </w:rPr>
      </w:pPr>
      <w:r w:rsidRPr="00FF2F21">
        <w:rPr>
          <w:rFonts w:cs="Times New Roman"/>
          <w:sz w:val="28"/>
          <w:szCs w:val="28"/>
        </w:rPr>
        <w:t xml:space="preserve">- </w:t>
      </w:r>
      <w:r w:rsidR="00142EF0" w:rsidRPr="00FF2F21">
        <w:rPr>
          <w:rFonts w:cs="Times New Roman"/>
          <w:sz w:val="28"/>
          <w:szCs w:val="28"/>
        </w:rPr>
        <w:t>Rà soát, xây dựng phương án đầu tư hạ tầng kỹ thuật cho các đơn vị thực hiện thí điểm đảm bảo nguồn lực thực hiện kế hoạch</w:t>
      </w:r>
      <w:r w:rsidR="003D04E0" w:rsidRPr="00FF2F21">
        <w:rPr>
          <w:rFonts w:cs="Times New Roman"/>
          <w:sz w:val="28"/>
          <w:szCs w:val="28"/>
        </w:rPr>
        <w:t>; ưu tiên xử lý dứt điểm những điểm nghẽn về thiết bị, kết nối mạng</w:t>
      </w:r>
      <w:r w:rsidR="00142EF0" w:rsidRPr="00FF2F21">
        <w:rPr>
          <w:rFonts w:cs="Times New Roman"/>
          <w:sz w:val="28"/>
          <w:szCs w:val="28"/>
        </w:rPr>
        <w:t>,</w:t>
      </w:r>
      <w:r w:rsidR="003D04E0" w:rsidRPr="00FF2F21">
        <w:rPr>
          <w:rFonts w:cs="Times New Roman"/>
          <w:sz w:val="28"/>
          <w:szCs w:val="28"/>
        </w:rPr>
        <w:t xml:space="preserve"> hỗ trợ kỹ thuật ở </w:t>
      </w:r>
      <w:r w:rsidR="00142EF0" w:rsidRPr="00FF2F21">
        <w:rPr>
          <w:rFonts w:cs="Times New Roman"/>
          <w:sz w:val="28"/>
          <w:szCs w:val="28"/>
        </w:rPr>
        <w:t>các cơ sở</w:t>
      </w:r>
      <w:r w:rsidR="003D04E0" w:rsidRPr="00FF2F21">
        <w:rPr>
          <w:rFonts w:cs="Times New Roman"/>
          <w:sz w:val="28"/>
          <w:szCs w:val="28"/>
        </w:rPr>
        <w:t>.</w:t>
      </w:r>
    </w:p>
    <w:p w:rsidR="00F62411" w:rsidRPr="00FF2F21" w:rsidRDefault="00F62411" w:rsidP="004D7A24">
      <w:pPr>
        <w:spacing w:before="40" w:after="0" w:line="240" w:lineRule="auto"/>
        <w:ind w:firstLine="567"/>
        <w:rPr>
          <w:rFonts w:cs="Times New Roman"/>
          <w:sz w:val="28"/>
          <w:szCs w:val="28"/>
        </w:rPr>
      </w:pPr>
      <w:r w:rsidRPr="00FF2F21">
        <w:rPr>
          <w:rFonts w:cs="Times New Roman"/>
          <w:b/>
          <w:sz w:val="28"/>
          <w:szCs w:val="28"/>
        </w:rPr>
        <w:t>VI. KINH PHÍ, NGUỒN LỰC VÀ CƠ CHẾ PHỐI HỢP</w:t>
      </w:r>
    </w:p>
    <w:p w:rsidR="00F62411" w:rsidRPr="00FF2F21" w:rsidRDefault="00F62411" w:rsidP="004D7A24">
      <w:pPr>
        <w:spacing w:before="40" w:after="0" w:line="240" w:lineRule="auto"/>
        <w:ind w:firstLine="567"/>
        <w:jc w:val="both"/>
        <w:rPr>
          <w:rFonts w:cs="Times New Roman"/>
          <w:sz w:val="28"/>
          <w:szCs w:val="28"/>
        </w:rPr>
      </w:pPr>
      <w:r w:rsidRPr="00FF2F21">
        <w:rPr>
          <w:rFonts w:cs="Times New Roman"/>
          <w:b/>
          <w:sz w:val="28"/>
          <w:szCs w:val="28"/>
        </w:rPr>
        <w:t>1.</w:t>
      </w:r>
      <w:r w:rsidRPr="00FF2F21">
        <w:rPr>
          <w:rFonts w:cs="Times New Roman"/>
          <w:sz w:val="28"/>
          <w:szCs w:val="28"/>
        </w:rPr>
        <w:t xml:space="preserve"> Kinh phí thực hiện kế hoạch được bố trí trong dự toán ngân sách hằng năm theo phân cấp ngân sách hiện hành và các nguồn kinh phí hợp pháp khác; ưu tiên cho các nội dung: khảo sát, xây dựng tiêu chuẩn và quy trình; số hóa dữ liệu; xây dựng, hoàn thiện nền tảng số; bảo đảm hạ tầng kỹ thuật; đào tạo, bồi dưỡng; kiểm tra, giám sát, sơ kết, tổng kết.</w:t>
      </w:r>
    </w:p>
    <w:p w:rsidR="00F62411" w:rsidRPr="00FF2F21" w:rsidRDefault="00F62411" w:rsidP="004D7A24">
      <w:pPr>
        <w:spacing w:before="40" w:after="0" w:line="240" w:lineRule="auto"/>
        <w:ind w:firstLine="567"/>
        <w:jc w:val="both"/>
        <w:rPr>
          <w:rFonts w:cs="Times New Roman"/>
          <w:sz w:val="28"/>
          <w:szCs w:val="28"/>
        </w:rPr>
      </w:pPr>
      <w:r w:rsidRPr="00FF2F21">
        <w:rPr>
          <w:rFonts w:cs="Times New Roman"/>
          <w:b/>
          <w:sz w:val="28"/>
          <w:szCs w:val="28"/>
        </w:rPr>
        <w:t>2.</w:t>
      </w:r>
      <w:r w:rsidRPr="00FF2F21">
        <w:rPr>
          <w:rFonts w:cs="Times New Roman"/>
          <w:sz w:val="28"/>
          <w:szCs w:val="28"/>
        </w:rPr>
        <w:t xml:space="preserve"> Khuyến khích huy động nguồn lực xã hội hóa hợp pháp, hợp tác công - tư, huy động chuyên gia, doanh nghiệp công nghệ tham gia tư vấn, hỗ trợ kỹ thuật, chuyển giao </w:t>
      </w:r>
      <w:r w:rsidRPr="00FF2F21">
        <w:rPr>
          <w:rFonts w:cs="Times New Roman"/>
          <w:sz w:val="28"/>
          <w:szCs w:val="28"/>
        </w:rPr>
        <w:lastRenderedPageBreak/>
        <w:t>giải pháp, đào tạo nguồn nhân lực, nhưng phải bảo đảm chặt chẽ về bảo mật, sở hữu dữ liệu và an toàn hệ thống.</w:t>
      </w:r>
    </w:p>
    <w:p w:rsidR="0001525C" w:rsidRPr="00FF2F21" w:rsidRDefault="00F62411" w:rsidP="004D7A24">
      <w:pPr>
        <w:spacing w:before="40" w:after="0" w:line="240" w:lineRule="auto"/>
        <w:ind w:firstLine="567"/>
        <w:jc w:val="both"/>
        <w:rPr>
          <w:rFonts w:cs="Times New Roman"/>
          <w:sz w:val="28"/>
          <w:szCs w:val="28"/>
        </w:rPr>
      </w:pPr>
      <w:r w:rsidRPr="00FF2F21">
        <w:rPr>
          <w:rFonts w:cs="Times New Roman"/>
          <w:b/>
          <w:sz w:val="28"/>
          <w:szCs w:val="28"/>
        </w:rPr>
        <w:t xml:space="preserve">3. </w:t>
      </w:r>
      <w:r w:rsidRPr="00FF2F21">
        <w:rPr>
          <w:rFonts w:cs="Times New Roman"/>
          <w:sz w:val="28"/>
          <w:szCs w:val="28"/>
        </w:rPr>
        <w:t xml:space="preserve">Thiết lập cơ chế phối hợp liên thông, chặt chẽ giữa Ban </w:t>
      </w:r>
      <w:r w:rsidR="00F72A55" w:rsidRPr="00FF2F21">
        <w:rPr>
          <w:rFonts w:cs="Times New Roman"/>
          <w:sz w:val="28"/>
          <w:szCs w:val="28"/>
        </w:rPr>
        <w:t>Xây dựng Đảng</w:t>
      </w:r>
      <w:r w:rsidRPr="00FF2F21">
        <w:rPr>
          <w:rFonts w:cs="Times New Roman"/>
          <w:sz w:val="28"/>
          <w:szCs w:val="28"/>
        </w:rPr>
        <w:t xml:space="preserve">, Văn phòng </w:t>
      </w:r>
      <w:r w:rsidR="00F72A55" w:rsidRPr="00FF2F21">
        <w:rPr>
          <w:rFonts w:cs="Times New Roman"/>
          <w:sz w:val="28"/>
          <w:szCs w:val="28"/>
        </w:rPr>
        <w:t>Đảng</w:t>
      </w:r>
      <w:r w:rsidRPr="00FF2F21">
        <w:rPr>
          <w:rFonts w:cs="Times New Roman"/>
          <w:sz w:val="28"/>
          <w:szCs w:val="28"/>
        </w:rPr>
        <w:t xml:space="preserve"> ủy, </w:t>
      </w:r>
      <w:r w:rsidR="00F75BB1" w:rsidRPr="00FF2F21">
        <w:rPr>
          <w:rFonts w:cs="Times New Roman"/>
          <w:sz w:val="28"/>
          <w:szCs w:val="28"/>
        </w:rPr>
        <w:t>c</w:t>
      </w:r>
      <w:r w:rsidRPr="00FF2F21">
        <w:rPr>
          <w:rFonts w:cs="Times New Roman"/>
          <w:sz w:val="28"/>
          <w:szCs w:val="28"/>
        </w:rPr>
        <w:t xml:space="preserve">ác </w:t>
      </w:r>
      <w:r w:rsidR="0040753E" w:rsidRPr="00FF2F21">
        <w:rPr>
          <w:rFonts w:cs="Times New Roman"/>
          <w:sz w:val="28"/>
          <w:szCs w:val="28"/>
          <w:lang w:val="vi-VN"/>
        </w:rPr>
        <w:t>đ</w:t>
      </w:r>
      <w:r w:rsidR="00F72A55" w:rsidRPr="00FF2F21">
        <w:rPr>
          <w:rFonts w:cs="Times New Roman"/>
          <w:sz w:val="28"/>
          <w:szCs w:val="28"/>
        </w:rPr>
        <w:t>ả</w:t>
      </w:r>
      <w:r w:rsidRPr="00FF2F21">
        <w:rPr>
          <w:rFonts w:cs="Times New Roman"/>
          <w:sz w:val="28"/>
          <w:szCs w:val="28"/>
        </w:rPr>
        <w:t>ng bộ</w:t>
      </w:r>
      <w:r w:rsidR="00F72A55" w:rsidRPr="00FF2F21">
        <w:rPr>
          <w:rFonts w:cs="Times New Roman"/>
          <w:sz w:val="28"/>
          <w:szCs w:val="28"/>
        </w:rPr>
        <w:t xml:space="preserve">, </w:t>
      </w:r>
      <w:r w:rsidR="0040753E" w:rsidRPr="00FF2F21">
        <w:rPr>
          <w:rFonts w:cs="Times New Roman"/>
          <w:sz w:val="28"/>
          <w:szCs w:val="28"/>
        </w:rPr>
        <w:t>c</w:t>
      </w:r>
      <w:r w:rsidR="00F72A55" w:rsidRPr="00FF2F21">
        <w:rPr>
          <w:rFonts w:cs="Times New Roman"/>
          <w:sz w:val="28"/>
          <w:szCs w:val="28"/>
        </w:rPr>
        <w:t>hi bộ trực thuộc Đ</w:t>
      </w:r>
      <w:r w:rsidR="00F75BB1" w:rsidRPr="00FF2F21">
        <w:rPr>
          <w:rFonts w:cs="Times New Roman"/>
          <w:sz w:val="28"/>
          <w:szCs w:val="28"/>
        </w:rPr>
        <w:t xml:space="preserve">ảng </w:t>
      </w:r>
      <w:r w:rsidR="00F72A55" w:rsidRPr="00FF2F21">
        <w:rPr>
          <w:rFonts w:cs="Times New Roman"/>
          <w:sz w:val="28"/>
          <w:szCs w:val="28"/>
        </w:rPr>
        <w:t>ủy xã</w:t>
      </w:r>
      <w:r w:rsidR="00F75BB1" w:rsidRPr="00FF2F21">
        <w:rPr>
          <w:rFonts w:cs="Times New Roman"/>
          <w:sz w:val="28"/>
          <w:szCs w:val="28"/>
        </w:rPr>
        <w:t xml:space="preserve"> và cơ quan, đơn vị liên quan</w:t>
      </w:r>
      <w:r w:rsidRPr="00FF2F21">
        <w:rPr>
          <w:rFonts w:cs="Times New Roman"/>
          <w:sz w:val="28"/>
          <w:szCs w:val="28"/>
        </w:rPr>
        <w:t xml:space="preserve"> xử lý kịp thời các khó khăn, vướng mắc phát sinh trong quá trình triển khai.</w:t>
      </w:r>
    </w:p>
    <w:p w:rsidR="00D41897" w:rsidRPr="00FF2F21" w:rsidRDefault="00D41897" w:rsidP="004D7A24">
      <w:pPr>
        <w:spacing w:before="40" w:after="0" w:line="240" w:lineRule="auto"/>
        <w:ind w:firstLine="567"/>
        <w:rPr>
          <w:rFonts w:cs="Times New Roman"/>
          <w:sz w:val="28"/>
          <w:szCs w:val="28"/>
        </w:rPr>
      </w:pPr>
      <w:r w:rsidRPr="00FF2F21">
        <w:rPr>
          <w:rFonts w:cs="Times New Roman"/>
          <w:b/>
          <w:sz w:val="28"/>
          <w:szCs w:val="28"/>
        </w:rPr>
        <w:t>VII. KIỂM TRA, GIÁM SÁT, ĐÁNH GIÁ KẾT QUẢ</w:t>
      </w:r>
    </w:p>
    <w:p w:rsidR="00D41897" w:rsidRPr="00FF2F21" w:rsidRDefault="00D41897" w:rsidP="004D7A24">
      <w:pPr>
        <w:spacing w:before="40" w:after="0" w:line="240" w:lineRule="auto"/>
        <w:ind w:firstLine="567"/>
        <w:jc w:val="both"/>
        <w:rPr>
          <w:rFonts w:cs="Times New Roman"/>
          <w:sz w:val="28"/>
          <w:szCs w:val="28"/>
        </w:rPr>
      </w:pPr>
      <w:r w:rsidRPr="00FF2F21">
        <w:rPr>
          <w:rFonts w:cs="Times New Roman"/>
          <w:b/>
          <w:sz w:val="28"/>
          <w:szCs w:val="28"/>
        </w:rPr>
        <w:t>1.</w:t>
      </w:r>
      <w:r w:rsidRPr="00FF2F21">
        <w:rPr>
          <w:rFonts w:cs="Times New Roman"/>
          <w:sz w:val="28"/>
          <w:szCs w:val="28"/>
        </w:rPr>
        <w:t xml:space="preserve"> Việc kiểm tra, giám sát thực hiện kế hoạch được </w:t>
      </w:r>
      <w:r w:rsidR="00622858" w:rsidRPr="00FF2F21">
        <w:rPr>
          <w:rFonts w:cs="Times New Roman"/>
          <w:sz w:val="28"/>
          <w:szCs w:val="28"/>
        </w:rPr>
        <w:t>thực hiện</w:t>
      </w:r>
      <w:r w:rsidRPr="00FF2F21">
        <w:rPr>
          <w:rFonts w:cs="Times New Roman"/>
          <w:sz w:val="28"/>
          <w:szCs w:val="28"/>
        </w:rPr>
        <w:t xml:space="preserve"> thường xuyên, liên tục và kết hợp giữa kiểm tra trực tiếp với giám sát trên nền tảng số; tập trung vào các nội dung: tiến độ triển khai; chất lượng, độ tin cậy của dữ liệu; mức độ sử dụng nền tảng; chất lượng sinh hoạt chi bộ; kết quả thực hiện nhiệm vụ của đảng viên; việc chấp hành quy định về an toàn, bảo mật thông tin.</w:t>
      </w:r>
    </w:p>
    <w:p w:rsidR="00D41897" w:rsidRPr="00FF2F21" w:rsidRDefault="00142EF0" w:rsidP="004D7A24">
      <w:pPr>
        <w:spacing w:before="40" w:after="0" w:line="240" w:lineRule="auto"/>
        <w:ind w:firstLine="567"/>
        <w:jc w:val="both"/>
        <w:rPr>
          <w:rFonts w:cs="Times New Roman"/>
          <w:sz w:val="28"/>
          <w:szCs w:val="28"/>
        </w:rPr>
      </w:pPr>
      <w:r w:rsidRPr="00FF2F21">
        <w:rPr>
          <w:rFonts w:cs="Times New Roman"/>
          <w:b/>
          <w:sz w:val="28"/>
          <w:szCs w:val="28"/>
        </w:rPr>
        <w:t>2</w:t>
      </w:r>
      <w:r w:rsidR="00D41897" w:rsidRPr="00FF2F21">
        <w:rPr>
          <w:rFonts w:cs="Times New Roman"/>
          <w:b/>
          <w:sz w:val="28"/>
          <w:szCs w:val="28"/>
        </w:rPr>
        <w:t>.</w:t>
      </w:r>
      <w:r w:rsidR="00D41897" w:rsidRPr="00FF2F21">
        <w:rPr>
          <w:rFonts w:cs="Times New Roman"/>
          <w:sz w:val="28"/>
          <w:szCs w:val="28"/>
        </w:rPr>
        <w:t xml:space="preserve"> Định kỳ hằng quý, Ban </w:t>
      </w:r>
      <w:r w:rsidR="00F72A55" w:rsidRPr="00FF2F21">
        <w:rPr>
          <w:rFonts w:cs="Times New Roman"/>
          <w:sz w:val="28"/>
          <w:szCs w:val="28"/>
        </w:rPr>
        <w:t>Xây dựng Đảng Đảng</w:t>
      </w:r>
      <w:r w:rsidR="00D41897" w:rsidRPr="00FF2F21">
        <w:rPr>
          <w:rFonts w:cs="Times New Roman"/>
          <w:sz w:val="28"/>
          <w:szCs w:val="28"/>
        </w:rPr>
        <w:t xml:space="preserve"> ủy chủ trì, phối hợp Văn phòng </w:t>
      </w:r>
      <w:r w:rsidR="00F72A55" w:rsidRPr="00FF2F21">
        <w:rPr>
          <w:rFonts w:cs="Times New Roman"/>
          <w:sz w:val="28"/>
          <w:szCs w:val="28"/>
        </w:rPr>
        <w:t>Đảng</w:t>
      </w:r>
      <w:r w:rsidR="00D41897" w:rsidRPr="00FF2F21">
        <w:rPr>
          <w:rFonts w:cs="Times New Roman"/>
          <w:sz w:val="28"/>
          <w:szCs w:val="28"/>
        </w:rPr>
        <w:t xml:space="preserve"> ủy tổng hợp báo cáo Ban Thường vụ </w:t>
      </w:r>
      <w:r w:rsidR="00F72A55" w:rsidRPr="00FF2F21">
        <w:rPr>
          <w:rFonts w:cs="Times New Roman"/>
          <w:sz w:val="28"/>
          <w:szCs w:val="28"/>
        </w:rPr>
        <w:t>Đảng</w:t>
      </w:r>
      <w:r w:rsidR="00D41897" w:rsidRPr="00FF2F21">
        <w:rPr>
          <w:rFonts w:cs="Times New Roman"/>
          <w:sz w:val="28"/>
          <w:szCs w:val="28"/>
        </w:rPr>
        <w:t xml:space="preserve"> ủy; địn</w:t>
      </w:r>
      <w:r w:rsidR="001A7E87" w:rsidRPr="00FF2F21">
        <w:rPr>
          <w:rFonts w:cs="Times New Roman"/>
          <w:sz w:val="28"/>
          <w:szCs w:val="28"/>
        </w:rPr>
        <w:t xml:space="preserve">h kỳ sơ kết hằng năm </w:t>
      </w:r>
      <w:r w:rsidR="00D41897" w:rsidRPr="00FF2F21">
        <w:rPr>
          <w:rFonts w:cs="Times New Roman"/>
          <w:sz w:val="28"/>
          <w:szCs w:val="28"/>
        </w:rPr>
        <w:t>và tổng kết cuối giai đoạn; trong đó làm rõ kết quả đạt được, hạn chế, nguyên nhân, bài học kinh nghiệm và kiến nghị giải pháp.</w:t>
      </w:r>
    </w:p>
    <w:p w:rsidR="00720109" w:rsidRPr="00FF2F21" w:rsidRDefault="00142EF0" w:rsidP="004D7A24">
      <w:pPr>
        <w:spacing w:before="40" w:after="0" w:line="240" w:lineRule="auto"/>
        <w:ind w:firstLine="567"/>
        <w:jc w:val="both"/>
        <w:rPr>
          <w:rFonts w:cs="Times New Roman"/>
          <w:sz w:val="28"/>
          <w:szCs w:val="28"/>
        </w:rPr>
      </w:pPr>
      <w:r w:rsidRPr="00FF2F21">
        <w:rPr>
          <w:rFonts w:cs="Times New Roman"/>
          <w:b/>
          <w:sz w:val="28"/>
          <w:szCs w:val="28"/>
        </w:rPr>
        <w:t>3</w:t>
      </w:r>
      <w:r w:rsidR="00D41897" w:rsidRPr="00FF2F21">
        <w:rPr>
          <w:rFonts w:cs="Times New Roman"/>
          <w:b/>
          <w:sz w:val="28"/>
          <w:szCs w:val="28"/>
        </w:rPr>
        <w:t>.</w:t>
      </w:r>
      <w:r w:rsidR="00D41897" w:rsidRPr="00FF2F21">
        <w:rPr>
          <w:rFonts w:cs="Times New Roman"/>
          <w:sz w:val="28"/>
          <w:szCs w:val="28"/>
        </w:rPr>
        <w:t xml:space="preserve"> Kết quả triển khai kế hoạch là một căn cứ quan trọng để đánh giá mức độ hoàn thành nhiệm vụ của tập thể cấp ủy, tổ chức đảng, người đứng đầu, bí thư chi bộ, cán bộ tham mưu, quản trị h</w:t>
      </w:r>
      <w:r w:rsidR="001A7E87" w:rsidRPr="00FF2F21">
        <w:rPr>
          <w:rFonts w:cs="Times New Roman"/>
          <w:sz w:val="28"/>
          <w:szCs w:val="28"/>
        </w:rPr>
        <w:t>ệ thống tại các đơn vị thí điểm gắn với đánh giá, xếp loại tổ chức đảng, đảng viên và tập thể, cá nhân lãnh đạo quản lý hằng năm theo quy định.</w:t>
      </w:r>
    </w:p>
    <w:p w:rsidR="00F75BB1" w:rsidRPr="00FF2F21" w:rsidRDefault="003D04E0" w:rsidP="004D7A24">
      <w:pPr>
        <w:spacing w:before="40" w:after="0" w:line="240" w:lineRule="auto"/>
        <w:ind w:firstLine="567"/>
        <w:rPr>
          <w:rFonts w:cs="Times New Roman"/>
          <w:b/>
          <w:sz w:val="28"/>
          <w:szCs w:val="28"/>
        </w:rPr>
      </w:pPr>
      <w:r w:rsidRPr="00FF2F21">
        <w:rPr>
          <w:rFonts w:cs="Times New Roman"/>
          <w:b/>
          <w:sz w:val="28"/>
          <w:szCs w:val="28"/>
        </w:rPr>
        <w:t>VI</w:t>
      </w:r>
      <w:r w:rsidR="0001525C" w:rsidRPr="00FF2F21">
        <w:rPr>
          <w:rFonts w:cs="Times New Roman"/>
          <w:b/>
          <w:sz w:val="28"/>
          <w:szCs w:val="28"/>
        </w:rPr>
        <w:t>I</w:t>
      </w:r>
      <w:r w:rsidR="00F75BB1" w:rsidRPr="00FF2F21">
        <w:rPr>
          <w:rFonts w:cs="Times New Roman"/>
          <w:b/>
          <w:sz w:val="28"/>
          <w:szCs w:val="28"/>
        </w:rPr>
        <w:t>I</w:t>
      </w:r>
      <w:r w:rsidRPr="00FF2F21">
        <w:rPr>
          <w:rFonts w:cs="Times New Roman"/>
          <w:b/>
          <w:sz w:val="28"/>
          <w:szCs w:val="28"/>
        </w:rPr>
        <w:t xml:space="preserve">. </w:t>
      </w:r>
      <w:r w:rsidR="00F75BB1" w:rsidRPr="00FF2F21">
        <w:rPr>
          <w:rFonts w:cs="Times New Roman"/>
          <w:b/>
          <w:sz w:val="28"/>
          <w:szCs w:val="28"/>
        </w:rPr>
        <w:t>TỔ CHỨC THỰC HIỆN</w:t>
      </w:r>
    </w:p>
    <w:p w:rsidR="004C214D" w:rsidRPr="00FF2F21" w:rsidRDefault="00F75BB1" w:rsidP="004D7A24">
      <w:pPr>
        <w:spacing w:before="40" w:after="0" w:line="240" w:lineRule="auto"/>
        <w:ind w:firstLine="567"/>
        <w:rPr>
          <w:rFonts w:cs="Times New Roman"/>
          <w:sz w:val="28"/>
          <w:szCs w:val="28"/>
        </w:rPr>
      </w:pPr>
      <w:r w:rsidRPr="00FF2F21">
        <w:rPr>
          <w:rFonts w:cs="Times New Roman"/>
          <w:b/>
          <w:sz w:val="28"/>
          <w:szCs w:val="28"/>
        </w:rPr>
        <w:t>1. Lộ trình thực hiện</w:t>
      </w:r>
    </w:p>
    <w:p w:rsidR="00F75BB1" w:rsidRPr="00FF2F21" w:rsidRDefault="00F75BB1" w:rsidP="004D7A24">
      <w:pPr>
        <w:widowControl w:val="0"/>
        <w:spacing w:before="40" w:after="0" w:line="240" w:lineRule="auto"/>
        <w:ind w:firstLine="567"/>
        <w:jc w:val="both"/>
        <w:rPr>
          <w:rFonts w:cs="Times New Roman"/>
          <w:b/>
          <w:i/>
          <w:sz w:val="28"/>
          <w:szCs w:val="28"/>
        </w:rPr>
      </w:pPr>
      <w:r w:rsidRPr="00FF2F21">
        <w:rPr>
          <w:rFonts w:cs="Times New Roman"/>
          <w:b/>
          <w:i/>
          <w:sz w:val="28"/>
          <w:szCs w:val="28"/>
        </w:rPr>
        <w:t>1.1.</w:t>
      </w:r>
      <w:r w:rsidR="003D04E0" w:rsidRPr="00FF2F21">
        <w:rPr>
          <w:rFonts w:cs="Times New Roman"/>
          <w:b/>
          <w:i/>
          <w:sz w:val="28"/>
          <w:szCs w:val="28"/>
        </w:rPr>
        <w:t xml:space="preserve"> Giai đoạn chuẩn bị và khởi động, từ</w:t>
      </w:r>
      <w:r w:rsidRPr="00FF2F21">
        <w:rPr>
          <w:rFonts w:cs="Times New Roman"/>
          <w:b/>
          <w:i/>
          <w:sz w:val="28"/>
          <w:szCs w:val="28"/>
        </w:rPr>
        <w:t xml:space="preserve"> quý II đến hết quý IV năm 2026:</w:t>
      </w:r>
    </w:p>
    <w:p w:rsidR="00346B07" w:rsidRPr="00FF2F21" w:rsidRDefault="005A393F" w:rsidP="004D7A24">
      <w:pPr>
        <w:widowControl w:val="0"/>
        <w:spacing w:before="40" w:after="0" w:line="240" w:lineRule="auto"/>
        <w:ind w:firstLine="567"/>
        <w:jc w:val="both"/>
        <w:rPr>
          <w:rFonts w:cs="Times New Roman"/>
          <w:spacing w:val="2"/>
          <w:sz w:val="28"/>
          <w:szCs w:val="28"/>
        </w:rPr>
      </w:pPr>
      <w:r w:rsidRPr="00FF2F21">
        <w:rPr>
          <w:rFonts w:cs="Times New Roman"/>
          <w:spacing w:val="2"/>
          <w:sz w:val="28"/>
          <w:szCs w:val="28"/>
        </w:rPr>
        <w:t xml:space="preserve">- </w:t>
      </w:r>
      <w:r w:rsidR="003D04E0" w:rsidRPr="00FF2F21">
        <w:rPr>
          <w:rFonts w:cs="Times New Roman"/>
          <w:spacing w:val="2"/>
          <w:sz w:val="28"/>
          <w:szCs w:val="28"/>
        </w:rPr>
        <w:t xml:space="preserve">Tổ chức quán triệt, ban hành kế hoạch, thành lập tổ công tác; khảo sát, rà soát hiện trạng; </w:t>
      </w:r>
      <w:r w:rsidR="00F72A55" w:rsidRPr="00FF2F21">
        <w:rPr>
          <w:rFonts w:cs="Times New Roman"/>
          <w:spacing w:val="2"/>
          <w:sz w:val="28"/>
          <w:szCs w:val="28"/>
        </w:rPr>
        <w:t>triển khai</w:t>
      </w:r>
      <w:r w:rsidR="003D04E0" w:rsidRPr="00FF2F21">
        <w:rPr>
          <w:rFonts w:cs="Times New Roman"/>
          <w:spacing w:val="2"/>
          <w:sz w:val="28"/>
          <w:szCs w:val="28"/>
        </w:rPr>
        <w:t xml:space="preserve"> </w:t>
      </w:r>
      <w:r w:rsidR="00142EF0" w:rsidRPr="00FF2F21">
        <w:rPr>
          <w:rFonts w:cs="Times New Roman"/>
          <w:spacing w:val="2"/>
          <w:sz w:val="28"/>
          <w:szCs w:val="28"/>
        </w:rPr>
        <w:t xml:space="preserve">các quy định, hướng dẫn của Thành ủy về </w:t>
      </w:r>
      <w:r w:rsidR="003D04E0" w:rsidRPr="00FF2F21">
        <w:rPr>
          <w:rFonts w:cs="Times New Roman"/>
          <w:spacing w:val="2"/>
          <w:sz w:val="28"/>
          <w:szCs w:val="28"/>
        </w:rPr>
        <w:t>khung kiến trúc, bộ tiêu chuẩn dữ liệu, quy trình</w:t>
      </w:r>
      <w:r w:rsidR="00654FDB" w:rsidRPr="00FF2F21">
        <w:rPr>
          <w:rFonts w:cs="Times New Roman"/>
          <w:spacing w:val="2"/>
          <w:sz w:val="28"/>
          <w:szCs w:val="28"/>
        </w:rPr>
        <w:t xml:space="preserve"> thực hiện</w:t>
      </w:r>
      <w:r w:rsidR="003D04E0" w:rsidRPr="00FF2F21">
        <w:rPr>
          <w:rFonts w:cs="Times New Roman"/>
          <w:spacing w:val="2"/>
          <w:sz w:val="28"/>
          <w:szCs w:val="28"/>
        </w:rPr>
        <w:t xml:space="preserve">; lựa chọn đơn vị thí điểm; chuẩn hóa, số hóa dữ liệu ban đầu; </w:t>
      </w:r>
      <w:r w:rsidR="00142EF0" w:rsidRPr="00FF2F21">
        <w:rPr>
          <w:rFonts w:cs="Times New Roman"/>
          <w:spacing w:val="2"/>
          <w:sz w:val="28"/>
          <w:szCs w:val="28"/>
        </w:rPr>
        <w:t>triển khai</w:t>
      </w:r>
      <w:r w:rsidR="003D04E0" w:rsidRPr="00FF2F21">
        <w:rPr>
          <w:rFonts w:cs="Times New Roman"/>
          <w:spacing w:val="2"/>
          <w:sz w:val="28"/>
          <w:szCs w:val="28"/>
        </w:rPr>
        <w:t xml:space="preserve"> nền tảng công nghệ</w:t>
      </w:r>
      <w:r w:rsidR="00F72A55" w:rsidRPr="00FF2F21">
        <w:rPr>
          <w:rFonts w:cs="Times New Roman"/>
          <w:spacing w:val="2"/>
          <w:sz w:val="28"/>
          <w:szCs w:val="28"/>
        </w:rPr>
        <w:t>, các phân hệ cơ bản theo hướng dẫn của Thành ủy.</w:t>
      </w:r>
    </w:p>
    <w:p w:rsidR="004C214D" w:rsidRPr="00FF2F21" w:rsidRDefault="00346B07" w:rsidP="004D7A24">
      <w:pPr>
        <w:spacing w:before="40" w:after="0" w:line="240" w:lineRule="auto"/>
        <w:ind w:firstLine="567"/>
        <w:jc w:val="both"/>
        <w:rPr>
          <w:rFonts w:cs="Times New Roman"/>
          <w:sz w:val="28"/>
          <w:szCs w:val="28"/>
        </w:rPr>
      </w:pPr>
      <w:r w:rsidRPr="00FF2F21">
        <w:rPr>
          <w:rFonts w:cs="Times New Roman"/>
          <w:sz w:val="28"/>
          <w:szCs w:val="28"/>
        </w:rPr>
        <w:t>- Tổ chức đào tạo, tập huấn</w:t>
      </w:r>
      <w:r w:rsidR="003D04E0" w:rsidRPr="00FF2F21">
        <w:rPr>
          <w:rFonts w:cs="Times New Roman"/>
          <w:sz w:val="28"/>
          <w:szCs w:val="28"/>
        </w:rPr>
        <w:t>; đưa hệ thống vào vận hành thí điểm bước đầu.</w:t>
      </w:r>
    </w:p>
    <w:p w:rsidR="005A393F" w:rsidRPr="00FF2F21" w:rsidRDefault="005A393F" w:rsidP="004D7A24">
      <w:pPr>
        <w:spacing w:before="40" w:after="0" w:line="240" w:lineRule="auto"/>
        <w:ind w:firstLine="567"/>
        <w:jc w:val="both"/>
        <w:rPr>
          <w:rFonts w:cs="Times New Roman"/>
          <w:sz w:val="28"/>
          <w:szCs w:val="28"/>
        </w:rPr>
      </w:pPr>
      <w:r w:rsidRPr="00FF2F21">
        <w:rPr>
          <w:rFonts w:cs="Times New Roman"/>
          <w:b/>
          <w:i/>
          <w:sz w:val="28"/>
          <w:szCs w:val="28"/>
        </w:rPr>
        <w:t>1.</w:t>
      </w:r>
      <w:r w:rsidR="003D04E0" w:rsidRPr="00FF2F21">
        <w:rPr>
          <w:rFonts w:cs="Times New Roman"/>
          <w:b/>
          <w:i/>
          <w:sz w:val="28"/>
          <w:szCs w:val="28"/>
        </w:rPr>
        <w:t>2. Giai đoạn triển khai thí điểm và hoàn thiện bước đầu, năm 2027</w:t>
      </w:r>
      <w:r w:rsidRPr="00FF2F21">
        <w:rPr>
          <w:rFonts w:cs="Times New Roman"/>
          <w:sz w:val="28"/>
          <w:szCs w:val="28"/>
        </w:rPr>
        <w:t>:</w:t>
      </w:r>
    </w:p>
    <w:p w:rsidR="00DF22A4" w:rsidRPr="00FF2F21" w:rsidRDefault="00DF22A4" w:rsidP="004D7A24">
      <w:pPr>
        <w:spacing w:before="40" w:after="0" w:line="240" w:lineRule="auto"/>
        <w:ind w:firstLine="567"/>
        <w:jc w:val="both"/>
        <w:rPr>
          <w:rFonts w:cs="Times New Roman"/>
          <w:sz w:val="28"/>
          <w:szCs w:val="28"/>
        </w:rPr>
      </w:pPr>
      <w:r w:rsidRPr="00FF2F21">
        <w:rPr>
          <w:rFonts w:cs="Times New Roman"/>
          <w:sz w:val="28"/>
          <w:szCs w:val="28"/>
        </w:rPr>
        <w:t xml:space="preserve">-  </w:t>
      </w:r>
      <w:r w:rsidR="003D04E0" w:rsidRPr="00FF2F21">
        <w:rPr>
          <w:rFonts w:cs="Times New Roman"/>
          <w:sz w:val="28"/>
          <w:szCs w:val="28"/>
        </w:rPr>
        <w:t>Tổ chức vận hành chính thức tại các đơn vị thí điểm</w:t>
      </w:r>
      <w:r w:rsidR="00142EF0" w:rsidRPr="00FF2F21">
        <w:rPr>
          <w:rFonts w:cs="Times New Roman"/>
          <w:sz w:val="28"/>
          <w:szCs w:val="28"/>
        </w:rPr>
        <w:t>.</w:t>
      </w:r>
    </w:p>
    <w:p w:rsidR="004C214D" w:rsidRPr="00FF2F21" w:rsidRDefault="00DF22A4" w:rsidP="004D7A24">
      <w:pPr>
        <w:spacing w:before="40" w:after="0" w:line="240" w:lineRule="auto"/>
        <w:ind w:firstLine="567"/>
        <w:jc w:val="both"/>
        <w:rPr>
          <w:rFonts w:cs="Times New Roman"/>
          <w:sz w:val="28"/>
          <w:szCs w:val="28"/>
        </w:rPr>
      </w:pPr>
      <w:r w:rsidRPr="00FF2F21">
        <w:rPr>
          <w:rFonts w:cs="Times New Roman"/>
          <w:sz w:val="28"/>
          <w:szCs w:val="28"/>
        </w:rPr>
        <w:t>- T</w:t>
      </w:r>
      <w:r w:rsidR="003D04E0" w:rsidRPr="00FF2F21">
        <w:rPr>
          <w:rFonts w:cs="Times New Roman"/>
          <w:sz w:val="28"/>
          <w:szCs w:val="28"/>
        </w:rPr>
        <w:t xml:space="preserve">ổ chức </w:t>
      </w:r>
      <w:r w:rsidR="002C6C94" w:rsidRPr="00FF2F21">
        <w:rPr>
          <w:rFonts w:cs="Times New Roman"/>
          <w:sz w:val="28"/>
          <w:szCs w:val="28"/>
        </w:rPr>
        <w:t>đánh giá</w:t>
      </w:r>
      <w:r w:rsidR="00C92D95" w:rsidRPr="00FF2F21">
        <w:rPr>
          <w:rFonts w:cs="Times New Roman"/>
          <w:sz w:val="28"/>
          <w:szCs w:val="28"/>
        </w:rPr>
        <w:t xml:space="preserve"> giai đoạn triển khai thí điểm</w:t>
      </w:r>
      <w:r w:rsidR="003D04E0" w:rsidRPr="00FF2F21">
        <w:rPr>
          <w:rFonts w:cs="Times New Roman"/>
          <w:sz w:val="28"/>
          <w:szCs w:val="28"/>
        </w:rPr>
        <w:t xml:space="preserve"> năm 2027 để điều chỉnh, bổ sung.</w:t>
      </w:r>
    </w:p>
    <w:p w:rsidR="005A393F" w:rsidRPr="00FF2F21" w:rsidRDefault="005A393F" w:rsidP="004D7A24">
      <w:pPr>
        <w:spacing w:before="40" w:after="0" w:line="240" w:lineRule="auto"/>
        <w:ind w:firstLine="567"/>
        <w:jc w:val="both"/>
        <w:rPr>
          <w:rFonts w:cs="Times New Roman"/>
          <w:sz w:val="28"/>
          <w:szCs w:val="28"/>
        </w:rPr>
      </w:pPr>
      <w:r w:rsidRPr="00FF2F21">
        <w:rPr>
          <w:rFonts w:cs="Times New Roman"/>
          <w:b/>
          <w:i/>
          <w:sz w:val="28"/>
          <w:szCs w:val="28"/>
        </w:rPr>
        <w:t>1.</w:t>
      </w:r>
      <w:r w:rsidR="003D04E0" w:rsidRPr="00FF2F21">
        <w:rPr>
          <w:rFonts w:cs="Times New Roman"/>
          <w:b/>
          <w:i/>
          <w:sz w:val="28"/>
          <w:szCs w:val="28"/>
        </w:rPr>
        <w:t>3. Giai đoạn mở rộng chiều sâu và tích hợp, năm 2028</w:t>
      </w:r>
      <w:r w:rsidRPr="00FF2F21">
        <w:rPr>
          <w:rFonts w:cs="Times New Roman"/>
          <w:b/>
          <w:i/>
          <w:sz w:val="28"/>
          <w:szCs w:val="28"/>
        </w:rPr>
        <w:t>:</w:t>
      </w:r>
    </w:p>
    <w:p w:rsidR="00747069" w:rsidRPr="00FF2F21" w:rsidRDefault="00C92D95" w:rsidP="004D7A24">
      <w:pPr>
        <w:spacing w:before="40" w:after="0" w:line="240" w:lineRule="auto"/>
        <w:ind w:firstLine="567"/>
        <w:jc w:val="both"/>
        <w:rPr>
          <w:rFonts w:cs="Times New Roman"/>
          <w:sz w:val="28"/>
          <w:szCs w:val="28"/>
          <w:lang w:val="vi-VN"/>
        </w:rPr>
      </w:pPr>
      <w:r w:rsidRPr="00FF2F21">
        <w:rPr>
          <w:rFonts w:cs="Times New Roman"/>
          <w:sz w:val="28"/>
          <w:szCs w:val="28"/>
        </w:rPr>
        <w:t>-</w:t>
      </w:r>
      <w:r w:rsidR="003D04E0" w:rsidRPr="00FF2F21">
        <w:rPr>
          <w:rFonts w:cs="Times New Roman"/>
          <w:sz w:val="28"/>
          <w:szCs w:val="28"/>
        </w:rPr>
        <w:t xml:space="preserve"> </w:t>
      </w:r>
      <w:r w:rsidR="00142EF0" w:rsidRPr="00FF2F21">
        <w:rPr>
          <w:rFonts w:cs="Times New Roman"/>
          <w:sz w:val="28"/>
          <w:szCs w:val="28"/>
        </w:rPr>
        <w:t>M</w:t>
      </w:r>
      <w:r w:rsidR="003D04E0" w:rsidRPr="00FF2F21">
        <w:rPr>
          <w:rFonts w:cs="Times New Roman"/>
          <w:sz w:val="28"/>
          <w:szCs w:val="28"/>
        </w:rPr>
        <w:t>ở rộng phạm vi ph</w:t>
      </w:r>
      <w:r w:rsidR="00142EF0" w:rsidRPr="00FF2F21">
        <w:rPr>
          <w:rFonts w:cs="Times New Roman"/>
          <w:sz w:val="28"/>
          <w:szCs w:val="28"/>
        </w:rPr>
        <w:t xml:space="preserve">ù hợp với điều kiện thực </w:t>
      </w:r>
      <w:r w:rsidR="0040753E" w:rsidRPr="00FF2F21">
        <w:rPr>
          <w:rFonts w:cs="Times New Roman"/>
          <w:sz w:val="28"/>
          <w:szCs w:val="28"/>
        </w:rPr>
        <w:t>tiễn</w:t>
      </w:r>
      <w:r w:rsidR="0040753E" w:rsidRPr="00FF2F21">
        <w:rPr>
          <w:rFonts w:cs="Times New Roman"/>
          <w:sz w:val="28"/>
          <w:szCs w:val="28"/>
          <w:lang w:val="vi-VN"/>
        </w:rPr>
        <w:t>.</w:t>
      </w:r>
    </w:p>
    <w:p w:rsidR="004C214D" w:rsidRPr="00FF2F21" w:rsidRDefault="00747069" w:rsidP="004D7A24">
      <w:pPr>
        <w:spacing w:before="40" w:after="0" w:line="240" w:lineRule="auto"/>
        <w:ind w:firstLine="567"/>
        <w:jc w:val="both"/>
        <w:rPr>
          <w:rFonts w:cs="Times New Roman"/>
          <w:sz w:val="28"/>
          <w:szCs w:val="28"/>
        </w:rPr>
      </w:pPr>
      <w:r w:rsidRPr="00FF2F21">
        <w:rPr>
          <w:rFonts w:cs="Times New Roman"/>
          <w:sz w:val="28"/>
          <w:szCs w:val="28"/>
        </w:rPr>
        <w:t xml:space="preserve">- Đề xuất, góp ý với Thành ủy: Hoàn thiện </w:t>
      </w:r>
      <w:r w:rsidR="003D04E0" w:rsidRPr="00FF2F21">
        <w:rPr>
          <w:rFonts w:cs="Times New Roman"/>
          <w:sz w:val="28"/>
          <w:szCs w:val="28"/>
        </w:rPr>
        <w:t>công cụ trợ lý số; chuẩn hóa bộ chỉ số; cơ chế cảnh báo sớm và phục vụ phân tích, dự báo.</w:t>
      </w:r>
    </w:p>
    <w:p w:rsidR="005A393F" w:rsidRPr="00FF2F21" w:rsidRDefault="005A393F" w:rsidP="004D7A24">
      <w:pPr>
        <w:widowControl w:val="0"/>
        <w:spacing w:before="40" w:after="0" w:line="240" w:lineRule="auto"/>
        <w:ind w:firstLine="567"/>
        <w:jc w:val="both"/>
        <w:rPr>
          <w:rFonts w:cs="Times New Roman"/>
          <w:b/>
          <w:i/>
          <w:sz w:val="28"/>
          <w:szCs w:val="28"/>
        </w:rPr>
      </w:pPr>
      <w:r w:rsidRPr="00FF2F21">
        <w:rPr>
          <w:rFonts w:cs="Times New Roman"/>
          <w:b/>
          <w:i/>
          <w:sz w:val="28"/>
          <w:szCs w:val="28"/>
        </w:rPr>
        <w:t>1.</w:t>
      </w:r>
      <w:r w:rsidR="003D04E0" w:rsidRPr="00FF2F21">
        <w:rPr>
          <w:rFonts w:cs="Times New Roman"/>
          <w:b/>
          <w:i/>
          <w:sz w:val="28"/>
          <w:szCs w:val="28"/>
        </w:rPr>
        <w:t xml:space="preserve">4. Giai đoạn củng cố, đánh giá </w:t>
      </w:r>
      <w:r w:rsidRPr="00FF2F21">
        <w:rPr>
          <w:rFonts w:cs="Times New Roman"/>
          <w:b/>
          <w:i/>
          <w:sz w:val="28"/>
          <w:szCs w:val="28"/>
        </w:rPr>
        <w:t>và chuẩn bị nhân rộng, năm 2029:</w:t>
      </w:r>
    </w:p>
    <w:p w:rsidR="00747069" w:rsidRPr="00FF2F21" w:rsidRDefault="00DF7113" w:rsidP="004D7A24">
      <w:pPr>
        <w:spacing w:before="40" w:after="0" w:line="240" w:lineRule="auto"/>
        <w:ind w:firstLine="567"/>
        <w:jc w:val="both"/>
        <w:rPr>
          <w:rFonts w:cs="Times New Roman"/>
          <w:sz w:val="28"/>
          <w:szCs w:val="28"/>
        </w:rPr>
      </w:pPr>
      <w:r w:rsidRPr="00FF2F21">
        <w:rPr>
          <w:rFonts w:cs="Times New Roman"/>
          <w:spacing w:val="-2"/>
          <w:sz w:val="28"/>
          <w:szCs w:val="28"/>
        </w:rPr>
        <w:t xml:space="preserve">- </w:t>
      </w:r>
      <w:r w:rsidR="003D04E0" w:rsidRPr="00FF2F21">
        <w:rPr>
          <w:rFonts w:cs="Times New Roman"/>
          <w:spacing w:val="-2"/>
          <w:sz w:val="28"/>
          <w:szCs w:val="28"/>
        </w:rPr>
        <w:t xml:space="preserve">Tổ chức đánh giá toàn diện </w:t>
      </w:r>
      <w:r w:rsidR="00A73442" w:rsidRPr="00FF2F21">
        <w:rPr>
          <w:rFonts w:cs="Times New Roman"/>
          <w:spacing w:val="-2"/>
          <w:sz w:val="28"/>
          <w:szCs w:val="28"/>
        </w:rPr>
        <w:t xml:space="preserve">mô hình “Đảng viên số, Chi bộ số”, </w:t>
      </w:r>
      <w:r w:rsidR="00747069" w:rsidRPr="00FF2F21">
        <w:rPr>
          <w:rFonts w:cs="Times New Roman"/>
          <w:sz w:val="28"/>
          <w:szCs w:val="28"/>
        </w:rPr>
        <w:t>mở rộng phạm vi mô hình “Đảng viên số, Chi bộ số” trong toàn Đảng bộ xã.</w:t>
      </w:r>
    </w:p>
    <w:p w:rsidR="00747069" w:rsidRPr="00FF2F21" w:rsidRDefault="00747069" w:rsidP="004D7A24">
      <w:pPr>
        <w:widowControl w:val="0"/>
        <w:spacing w:before="40" w:after="0" w:line="240" w:lineRule="auto"/>
        <w:ind w:firstLine="567"/>
        <w:jc w:val="both"/>
        <w:rPr>
          <w:rFonts w:cs="Times New Roman"/>
          <w:sz w:val="28"/>
          <w:szCs w:val="28"/>
        </w:rPr>
      </w:pPr>
      <w:r w:rsidRPr="00FF2F21">
        <w:rPr>
          <w:rFonts w:cs="Times New Roman"/>
          <w:sz w:val="28"/>
          <w:szCs w:val="28"/>
        </w:rPr>
        <w:t>- Triển khai xây dựng mô hình “Đảng bộ số” tại Đảng bộ xã.</w:t>
      </w:r>
    </w:p>
    <w:p w:rsidR="00985C43" w:rsidRPr="00FF2F21" w:rsidRDefault="005A393F" w:rsidP="004D7A24">
      <w:pPr>
        <w:widowControl w:val="0"/>
        <w:spacing w:before="40" w:after="0" w:line="240" w:lineRule="auto"/>
        <w:ind w:firstLine="567"/>
        <w:jc w:val="both"/>
        <w:rPr>
          <w:rFonts w:cs="Times New Roman"/>
          <w:sz w:val="28"/>
          <w:szCs w:val="28"/>
        </w:rPr>
      </w:pPr>
      <w:r w:rsidRPr="00FF2F21">
        <w:rPr>
          <w:rFonts w:cs="Times New Roman"/>
          <w:b/>
          <w:i/>
          <w:sz w:val="28"/>
          <w:szCs w:val="28"/>
        </w:rPr>
        <w:t>1.5.</w:t>
      </w:r>
      <w:r w:rsidR="003D04E0" w:rsidRPr="00FF2F21">
        <w:rPr>
          <w:rFonts w:cs="Times New Roman"/>
          <w:b/>
          <w:i/>
          <w:sz w:val="28"/>
          <w:szCs w:val="28"/>
        </w:rPr>
        <w:t xml:space="preserve"> </w:t>
      </w:r>
      <w:r w:rsidRPr="00FF2F21">
        <w:rPr>
          <w:rFonts w:cs="Times New Roman"/>
          <w:b/>
          <w:i/>
          <w:sz w:val="28"/>
          <w:szCs w:val="28"/>
        </w:rPr>
        <w:t>Đến năm 2030:</w:t>
      </w:r>
      <w:r w:rsidR="003D04E0" w:rsidRPr="00FF2F21">
        <w:rPr>
          <w:rFonts w:cs="Times New Roman"/>
          <w:sz w:val="28"/>
          <w:szCs w:val="28"/>
        </w:rPr>
        <w:t xml:space="preserve"> Tổ chức tổng kết</w:t>
      </w:r>
      <w:r w:rsidR="00985C43" w:rsidRPr="00FF2F21">
        <w:rPr>
          <w:rFonts w:cs="Times New Roman"/>
          <w:sz w:val="28"/>
          <w:szCs w:val="28"/>
        </w:rPr>
        <w:t>, đánh giá toàn diện mô hình.</w:t>
      </w:r>
    </w:p>
    <w:p w:rsidR="004C214D" w:rsidRPr="00FF2F21" w:rsidRDefault="0058702F" w:rsidP="004D7A24">
      <w:pPr>
        <w:spacing w:before="40" w:after="0" w:line="240" w:lineRule="auto"/>
        <w:ind w:firstLine="567"/>
        <w:rPr>
          <w:rFonts w:cs="Times New Roman"/>
          <w:sz w:val="28"/>
          <w:szCs w:val="28"/>
        </w:rPr>
      </w:pPr>
      <w:r w:rsidRPr="00FF2F21">
        <w:rPr>
          <w:rFonts w:cs="Times New Roman"/>
          <w:b/>
          <w:sz w:val="28"/>
          <w:szCs w:val="28"/>
        </w:rPr>
        <w:lastRenderedPageBreak/>
        <w:t>2.</w:t>
      </w:r>
      <w:r w:rsidR="003D04E0" w:rsidRPr="00FF2F21">
        <w:rPr>
          <w:rFonts w:cs="Times New Roman"/>
          <w:b/>
          <w:sz w:val="28"/>
          <w:szCs w:val="28"/>
        </w:rPr>
        <w:t xml:space="preserve"> </w:t>
      </w:r>
      <w:r w:rsidRPr="00FF2F21">
        <w:rPr>
          <w:rFonts w:cs="Times New Roman"/>
          <w:b/>
          <w:sz w:val="28"/>
          <w:szCs w:val="28"/>
        </w:rPr>
        <w:t>Phân công thực hiện</w:t>
      </w:r>
    </w:p>
    <w:p w:rsidR="004C214D" w:rsidRPr="00FF2F21" w:rsidRDefault="0058702F" w:rsidP="004D7A24">
      <w:pPr>
        <w:spacing w:before="40" w:after="0" w:line="240" w:lineRule="auto"/>
        <w:ind w:firstLine="567"/>
        <w:rPr>
          <w:rFonts w:cs="Times New Roman"/>
          <w:i/>
          <w:sz w:val="28"/>
          <w:szCs w:val="28"/>
        </w:rPr>
      </w:pPr>
      <w:r w:rsidRPr="00FF2F21">
        <w:rPr>
          <w:rFonts w:cs="Times New Roman"/>
          <w:b/>
          <w:i/>
          <w:sz w:val="28"/>
          <w:szCs w:val="28"/>
        </w:rPr>
        <w:t>2.</w:t>
      </w:r>
      <w:r w:rsidR="003D04E0" w:rsidRPr="00FF2F21">
        <w:rPr>
          <w:rFonts w:cs="Times New Roman"/>
          <w:b/>
          <w:i/>
          <w:sz w:val="28"/>
          <w:szCs w:val="28"/>
        </w:rPr>
        <w:t xml:space="preserve">1. Ban Thường vụ </w:t>
      </w:r>
      <w:r w:rsidR="00F72A55" w:rsidRPr="00FF2F21">
        <w:rPr>
          <w:rFonts w:cs="Times New Roman"/>
          <w:b/>
          <w:i/>
          <w:sz w:val="28"/>
          <w:szCs w:val="28"/>
        </w:rPr>
        <w:t>Đảng</w:t>
      </w:r>
      <w:r w:rsidR="003D04E0" w:rsidRPr="00FF2F21">
        <w:rPr>
          <w:rFonts w:cs="Times New Roman"/>
          <w:b/>
          <w:i/>
          <w:sz w:val="28"/>
          <w:szCs w:val="28"/>
        </w:rPr>
        <w:t xml:space="preserve"> ủy</w:t>
      </w:r>
    </w:p>
    <w:p w:rsidR="004C214D" w:rsidRPr="00FF2F21" w:rsidRDefault="0058702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Lãnh đạo, chỉ đạo toàn diện việc triển khai kế hoạch; định kỳ nghe báo cáo, cho ý kiến về những nội dung lớn, những vấn đề khó, phức tạp, vượt thẩm quyền của các cơ quan, đơn vị.</w:t>
      </w:r>
    </w:p>
    <w:p w:rsidR="00747069" w:rsidRPr="00FF2F21" w:rsidRDefault="0058702F" w:rsidP="004D7A24">
      <w:pPr>
        <w:spacing w:before="40" w:after="0" w:line="240" w:lineRule="auto"/>
        <w:ind w:firstLine="567"/>
        <w:jc w:val="both"/>
        <w:rPr>
          <w:rFonts w:cs="Times New Roman"/>
          <w:sz w:val="28"/>
          <w:szCs w:val="28"/>
        </w:rPr>
      </w:pPr>
      <w:r w:rsidRPr="00FF2F21">
        <w:rPr>
          <w:rFonts w:cs="Times New Roman"/>
          <w:sz w:val="28"/>
          <w:szCs w:val="28"/>
        </w:rPr>
        <w:t>-</w:t>
      </w:r>
      <w:r w:rsidR="003D04E0" w:rsidRPr="00FF2F21">
        <w:rPr>
          <w:rFonts w:cs="Times New Roman"/>
          <w:sz w:val="28"/>
          <w:szCs w:val="28"/>
        </w:rPr>
        <w:t xml:space="preserve"> Thành lập </w:t>
      </w:r>
      <w:r w:rsidR="00747069" w:rsidRPr="00FF2F21">
        <w:rPr>
          <w:rFonts w:cs="Times New Roman"/>
          <w:sz w:val="28"/>
          <w:szCs w:val="28"/>
        </w:rPr>
        <w:t>Tổ công tác</w:t>
      </w:r>
      <w:r w:rsidR="003D04E0" w:rsidRPr="00FF2F21">
        <w:rPr>
          <w:rFonts w:cs="Times New Roman"/>
          <w:sz w:val="28"/>
          <w:szCs w:val="28"/>
        </w:rPr>
        <w:t xml:space="preserve"> triển khai mô hình “Đảng viên số, Chi bộ số”; phân công đồng chí Ủy viên Ban Thường vụ</w:t>
      </w:r>
      <w:r w:rsidR="00747069" w:rsidRPr="00FF2F21">
        <w:rPr>
          <w:rFonts w:cs="Times New Roman"/>
          <w:sz w:val="28"/>
          <w:szCs w:val="28"/>
        </w:rPr>
        <w:t xml:space="preserve"> Đảng ủy, Đảng ủy viên</w:t>
      </w:r>
      <w:r w:rsidR="003D04E0" w:rsidRPr="00FF2F21">
        <w:rPr>
          <w:rFonts w:cs="Times New Roman"/>
          <w:sz w:val="28"/>
          <w:szCs w:val="28"/>
        </w:rPr>
        <w:t xml:space="preserve"> theo dõi</w:t>
      </w:r>
      <w:r w:rsidR="00747069" w:rsidRPr="00FF2F21">
        <w:rPr>
          <w:rFonts w:cs="Times New Roman"/>
          <w:sz w:val="28"/>
          <w:szCs w:val="28"/>
        </w:rPr>
        <w:t>, phụ trách theo địa bàn,</w:t>
      </w:r>
      <w:r w:rsidR="003D04E0" w:rsidRPr="00FF2F21">
        <w:rPr>
          <w:rFonts w:cs="Times New Roman"/>
          <w:sz w:val="28"/>
          <w:szCs w:val="28"/>
        </w:rPr>
        <w:t xml:space="preserve"> đơn vị thí điểm.</w:t>
      </w:r>
    </w:p>
    <w:p w:rsidR="005E7AD9" w:rsidRPr="00FF2F21" w:rsidRDefault="00747069" w:rsidP="004D7A24">
      <w:pPr>
        <w:spacing w:before="40" w:after="0" w:line="240" w:lineRule="auto"/>
        <w:ind w:firstLine="567"/>
        <w:jc w:val="both"/>
        <w:rPr>
          <w:sz w:val="28"/>
          <w:szCs w:val="28"/>
          <w:lang w:eastAsia="vi-VN" w:bidi="vi-VN"/>
        </w:rPr>
      </w:pPr>
      <w:r w:rsidRPr="00FF2F21">
        <w:rPr>
          <w:rFonts w:cs="Times New Roman"/>
          <w:sz w:val="28"/>
          <w:szCs w:val="28"/>
        </w:rPr>
        <w:t xml:space="preserve">- </w:t>
      </w:r>
      <w:r w:rsidR="005E7AD9" w:rsidRPr="00FF2F21">
        <w:rPr>
          <w:rFonts w:cs="Times New Roman"/>
          <w:sz w:val="28"/>
          <w:szCs w:val="28"/>
        </w:rPr>
        <w:t xml:space="preserve">Chỉ đạo công tác </w:t>
      </w:r>
      <w:r w:rsidRPr="00FF2F21">
        <w:rPr>
          <w:sz w:val="28"/>
          <w:szCs w:val="28"/>
          <w:lang w:val="vi-VN" w:eastAsia="vi-VN" w:bidi="vi-VN"/>
        </w:rPr>
        <w:t>chuẩn bị điều kiện về dữ liệu, nhân sự, thiết bị, hạ tầng và tổ chức quán triệt, tập huấn đến từng chi bộ, đảng viên.</w:t>
      </w:r>
      <w:r w:rsidR="005E7AD9" w:rsidRPr="00FF2F21">
        <w:rPr>
          <w:sz w:val="28"/>
          <w:szCs w:val="28"/>
          <w:lang w:eastAsia="vi-VN" w:bidi="vi-VN"/>
        </w:rPr>
        <w:t xml:space="preserve"> </w:t>
      </w:r>
    </w:p>
    <w:p w:rsidR="00747069" w:rsidRPr="00FF2F21" w:rsidRDefault="005E7AD9" w:rsidP="004D7A24">
      <w:pPr>
        <w:spacing w:before="40" w:after="0" w:line="240" w:lineRule="auto"/>
        <w:ind w:firstLine="567"/>
        <w:jc w:val="both"/>
        <w:rPr>
          <w:sz w:val="28"/>
          <w:szCs w:val="28"/>
          <w:lang w:eastAsia="vi-VN" w:bidi="vi-VN"/>
        </w:rPr>
      </w:pPr>
      <w:r w:rsidRPr="00FF2F21">
        <w:rPr>
          <w:sz w:val="28"/>
          <w:szCs w:val="28"/>
          <w:lang w:eastAsia="vi-VN" w:bidi="vi-VN"/>
        </w:rPr>
        <w:t>- Đ</w:t>
      </w:r>
      <w:r w:rsidR="00747069" w:rsidRPr="00FF2F21">
        <w:rPr>
          <w:sz w:val="28"/>
          <w:szCs w:val="28"/>
          <w:lang w:val="vi-VN" w:eastAsia="vi-VN" w:bidi="vi-VN"/>
        </w:rPr>
        <w:t xml:space="preserve">ịnh kỳ </w:t>
      </w:r>
      <w:r w:rsidRPr="00FF2F21">
        <w:rPr>
          <w:sz w:val="28"/>
          <w:szCs w:val="28"/>
          <w:lang w:eastAsia="vi-VN" w:bidi="vi-VN"/>
        </w:rPr>
        <w:t>báo cáo Ban Thường vụ Thành ủy kết quả thực hiện và các khó khăn, vướng mắc, đề xuất, kiến nghị (nếu có) đảm bảo theo quy định.</w:t>
      </w:r>
    </w:p>
    <w:p w:rsidR="005E7AD9" w:rsidRPr="00FF2F21" w:rsidRDefault="005E7AD9" w:rsidP="004D7A24">
      <w:pPr>
        <w:spacing w:before="40" w:after="0" w:line="240" w:lineRule="auto"/>
        <w:ind w:firstLine="567"/>
        <w:jc w:val="both"/>
        <w:rPr>
          <w:rFonts w:cs="Times New Roman"/>
          <w:b/>
          <w:i/>
          <w:sz w:val="28"/>
          <w:szCs w:val="28"/>
        </w:rPr>
      </w:pPr>
      <w:r w:rsidRPr="00FF2F21">
        <w:rPr>
          <w:rFonts w:cs="Times New Roman"/>
          <w:b/>
          <w:i/>
          <w:sz w:val="28"/>
          <w:szCs w:val="28"/>
        </w:rPr>
        <w:t>2.2. Thường trực Hội đồng nhân dân xã</w:t>
      </w:r>
    </w:p>
    <w:p w:rsidR="005E7AD9" w:rsidRPr="00FF2F21" w:rsidRDefault="005E7AD9" w:rsidP="004D7A24">
      <w:pPr>
        <w:spacing w:before="40" w:after="0" w:line="240" w:lineRule="auto"/>
        <w:ind w:firstLine="567"/>
        <w:jc w:val="both"/>
        <w:rPr>
          <w:sz w:val="28"/>
          <w:szCs w:val="28"/>
        </w:rPr>
      </w:pPr>
      <w:r w:rsidRPr="00FF2F21">
        <w:rPr>
          <w:sz w:val="28"/>
          <w:szCs w:val="28"/>
          <w:lang w:val="vi-VN" w:eastAsia="vi-VN" w:bidi="vi-VN"/>
        </w:rPr>
        <w:t>Căn cứ chức năng, nhiệm vụ được giao, chủ động phối hợp tổ chức triển khai trong lĩnh vực phụ trách; rà soát, chuẩn hóa dữ liệu và quy trình có liên quan.</w:t>
      </w:r>
    </w:p>
    <w:p w:rsidR="005E7AD9" w:rsidRPr="00FF2F21" w:rsidRDefault="005E7AD9" w:rsidP="004D7A24">
      <w:pPr>
        <w:spacing w:before="40" w:after="0" w:line="240" w:lineRule="auto"/>
        <w:ind w:firstLine="567"/>
        <w:rPr>
          <w:rFonts w:cs="Times New Roman"/>
          <w:sz w:val="28"/>
          <w:szCs w:val="28"/>
        </w:rPr>
      </w:pPr>
      <w:r w:rsidRPr="00FF2F21">
        <w:rPr>
          <w:rFonts w:cs="Times New Roman"/>
          <w:b/>
          <w:i/>
          <w:sz w:val="28"/>
          <w:szCs w:val="28"/>
        </w:rPr>
        <w:t xml:space="preserve">2.3. </w:t>
      </w:r>
      <w:r w:rsidRPr="00FF2F21">
        <w:rPr>
          <w:rFonts w:cs="Times New Roman"/>
          <w:b/>
          <w:bCs/>
          <w:i/>
          <w:sz w:val="28"/>
          <w:szCs w:val="28"/>
        </w:rPr>
        <w:t>Ủy ban nhân dân xã</w:t>
      </w:r>
      <w:r w:rsidRPr="00FF2F21">
        <w:rPr>
          <w:rFonts w:cs="Times New Roman"/>
          <w:sz w:val="28"/>
          <w:szCs w:val="28"/>
        </w:rPr>
        <w:t xml:space="preserve"> </w:t>
      </w:r>
    </w:p>
    <w:p w:rsidR="00881B9D" w:rsidRPr="00FF2F21" w:rsidRDefault="005E7AD9" w:rsidP="004D7A24">
      <w:pPr>
        <w:spacing w:before="40" w:after="0" w:line="240" w:lineRule="auto"/>
        <w:ind w:firstLine="567"/>
        <w:jc w:val="both"/>
        <w:rPr>
          <w:rFonts w:cs="Times New Roman"/>
          <w:sz w:val="28"/>
          <w:szCs w:val="28"/>
        </w:rPr>
      </w:pPr>
      <w:r w:rsidRPr="00FF2F21">
        <w:rPr>
          <w:rFonts w:cs="Times New Roman"/>
          <w:sz w:val="28"/>
          <w:szCs w:val="28"/>
        </w:rPr>
        <w:t xml:space="preserve">- </w:t>
      </w:r>
      <w:r w:rsidR="00881B9D" w:rsidRPr="00FF2F21">
        <w:rPr>
          <w:rFonts w:cs="Times New Roman"/>
          <w:sz w:val="28"/>
          <w:szCs w:val="28"/>
        </w:rPr>
        <w:t>C</w:t>
      </w:r>
      <w:r w:rsidR="00881B9D" w:rsidRPr="00FF2F21">
        <w:rPr>
          <w:sz w:val="28"/>
          <w:szCs w:val="28"/>
          <w:lang w:val="vi-VN" w:eastAsia="vi-VN" w:bidi="vi-VN"/>
        </w:rPr>
        <w:t xml:space="preserve">hủ động phối hợp tổ chức triển khai trong lĩnh vực </w:t>
      </w:r>
      <w:r w:rsidR="00881B9D" w:rsidRPr="00FF2F21">
        <w:rPr>
          <w:sz w:val="28"/>
          <w:szCs w:val="28"/>
          <w:lang w:eastAsia="vi-VN" w:bidi="vi-VN"/>
        </w:rPr>
        <w:t>quản lý nhà nước</w:t>
      </w:r>
      <w:r w:rsidR="00881B9D" w:rsidRPr="00FF2F21">
        <w:rPr>
          <w:sz w:val="28"/>
          <w:szCs w:val="28"/>
          <w:lang w:val="vi-VN" w:eastAsia="vi-VN" w:bidi="vi-VN"/>
        </w:rPr>
        <w:t xml:space="preserve">. </w:t>
      </w:r>
      <w:r w:rsidR="00881B9D" w:rsidRPr="00FF2F21">
        <w:rPr>
          <w:rFonts w:cs="Times New Roman"/>
          <w:sz w:val="28"/>
          <w:szCs w:val="28"/>
        </w:rPr>
        <w:t>Rà soát, xây dựng phương án đầu tư hạ tầng kỹ thuật đối với các phòng, ban, đơn vị và các thôn trên địa bàn xã; ưu tiên đầu tư trang thiết bị, cơ sở vật chất tại các Nhà văn hóa thôn, hỗ trợ kỹ thuật ở các cơ sở.</w:t>
      </w:r>
    </w:p>
    <w:p w:rsidR="00881B9D" w:rsidRPr="00FF2F21" w:rsidRDefault="005E7AD9" w:rsidP="004D7A24">
      <w:pPr>
        <w:spacing w:before="40" w:after="0" w:line="240" w:lineRule="auto"/>
        <w:ind w:firstLine="567"/>
        <w:jc w:val="both"/>
        <w:rPr>
          <w:sz w:val="28"/>
          <w:szCs w:val="28"/>
        </w:rPr>
      </w:pPr>
      <w:r w:rsidRPr="00FF2F21">
        <w:rPr>
          <w:rFonts w:cs="Times New Roman"/>
          <w:sz w:val="28"/>
          <w:szCs w:val="28"/>
        </w:rPr>
        <w:t>- Đẩy mạnh công tác thông tin, tuyên truyền, hướng dẫn, tập huấn cho đội ngũ cán bộ chuyển đổi số cơ sở.</w:t>
      </w:r>
      <w:r w:rsidR="00881B9D" w:rsidRPr="00FF2F21">
        <w:rPr>
          <w:rFonts w:cs="Times New Roman"/>
          <w:sz w:val="28"/>
          <w:szCs w:val="28"/>
        </w:rPr>
        <w:t xml:space="preserve"> Kiện toàn và nâng cao hiệu quả hoạt động các Tổ chuyển đổi số</w:t>
      </w:r>
      <w:r w:rsidRPr="00FF2F21">
        <w:rPr>
          <w:sz w:val="28"/>
          <w:szCs w:val="28"/>
        </w:rPr>
        <w:t xml:space="preserve"> </w:t>
      </w:r>
      <w:r w:rsidR="00881B9D" w:rsidRPr="00FF2F21">
        <w:rPr>
          <w:sz w:val="28"/>
          <w:szCs w:val="28"/>
        </w:rPr>
        <w:t>cộng đồng tại các thôn</w:t>
      </w:r>
      <w:r w:rsidRPr="00FF2F21">
        <w:rPr>
          <w:sz w:val="28"/>
          <w:szCs w:val="28"/>
        </w:rPr>
        <w:t xml:space="preserve">. </w:t>
      </w:r>
    </w:p>
    <w:p w:rsidR="005E7AD9" w:rsidRPr="00FF2F21" w:rsidRDefault="00881B9D" w:rsidP="004D7A24">
      <w:pPr>
        <w:spacing w:before="40" w:after="0" w:line="240" w:lineRule="auto"/>
        <w:ind w:firstLine="567"/>
        <w:jc w:val="both"/>
        <w:rPr>
          <w:sz w:val="28"/>
          <w:szCs w:val="28"/>
          <w:lang w:eastAsia="vi-VN" w:bidi="vi-VN"/>
        </w:rPr>
      </w:pPr>
      <w:r w:rsidRPr="00FF2F21">
        <w:rPr>
          <w:sz w:val="28"/>
          <w:szCs w:val="28"/>
          <w:lang w:eastAsia="vi-VN" w:bidi="vi-VN"/>
        </w:rPr>
        <w:t xml:space="preserve">- </w:t>
      </w:r>
      <w:r w:rsidRPr="00FF2F21">
        <w:rPr>
          <w:sz w:val="28"/>
          <w:szCs w:val="28"/>
          <w:lang w:val="vi-VN" w:eastAsia="vi-VN" w:bidi="vi-VN"/>
        </w:rPr>
        <w:t>Chỉ đạo các đơn vị trực thuộc lựa chọn nội dung, sản phẩm cụ thể để tích h</w:t>
      </w:r>
      <w:r w:rsidRPr="00FF2F21">
        <w:rPr>
          <w:sz w:val="28"/>
          <w:szCs w:val="28"/>
          <w:lang w:eastAsia="vi-VN" w:bidi="vi-VN"/>
        </w:rPr>
        <w:t>ợ</w:t>
      </w:r>
      <w:r w:rsidRPr="00FF2F21">
        <w:rPr>
          <w:sz w:val="28"/>
          <w:szCs w:val="28"/>
          <w:lang w:val="vi-VN" w:eastAsia="vi-VN" w:bidi="vi-VN"/>
        </w:rPr>
        <w:t xml:space="preserve">p vào mô hình thí điểm; bảo đảm sự phối hợp nhịp nhàng giữa hệ thống </w:t>
      </w:r>
      <w:r w:rsidRPr="00FF2F21">
        <w:rPr>
          <w:sz w:val="28"/>
          <w:szCs w:val="28"/>
          <w:lang w:eastAsia="vi-VN" w:bidi="vi-VN"/>
        </w:rPr>
        <w:t>Đ</w:t>
      </w:r>
      <w:r w:rsidRPr="00FF2F21">
        <w:rPr>
          <w:sz w:val="28"/>
          <w:szCs w:val="28"/>
          <w:lang w:val="vi-VN" w:eastAsia="vi-VN" w:bidi="vi-VN"/>
        </w:rPr>
        <w:t xml:space="preserve">ảng với hệ thống </w:t>
      </w:r>
      <w:r w:rsidRPr="00FF2F21">
        <w:rPr>
          <w:sz w:val="28"/>
          <w:szCs w:val="28"/>
          <w:lang w:eastAsia="vi-VN" w:bidi="vi-VN"/>
        </w:rPr>
        <w:t>C</w:t>
      </w:r>
      <w:r w:rsidRPr="00FF2F21">
        <w:rPr>
          <w:sz w:val="28"/>
          <w:szCs w:val="28"/>
          <w:lang w:val="vi-VN" w:eastAsia="vi-VN" w:bidi="vi-VN"/>
        </w:rPr>
        <w:t>hính quyền, Mặt trận Tổ quốc và các tổ chức chính trị - xã hội.</w:t>
      </w:r>
    </w:p>
    <w:p w:rsidR="00544B0C" w:rsidRPr="00FF2F21" w:rsidRDefault="0058702F" w:rsidP="004D7A24">
      <w:pPr>
        <w:spacing w:before="40" w:after="0" w:line="240" w:lineRule="auto"/>
        <w:ind w:firstLine="567"/>
        <w:rPr>
          <w:rFonts w:cs="Times New Roman"/>
          <w:b/>
          <w:i/>
          <w:sz w:val="28"/>
          <w:szCs w:val="28"/>
        </w:rPr>
      </w:pPr>
      <w:r w:rsidRPr="00FF2F21">
        <w:rPr>
          <w:rFonts w:cs="Times New Roman"/>
          <w:b/>
          <w:i/>
          <w:sz w:val="28"/>
          <w:szCs w:val="28"/>
        </w:rPr>
        <w:t>2.</w:t>
      </w:r>
      <w:r w:rsidR="00881B9D" w:rsidRPr="00FF2F21">
        <w:rPr>
          <w:rFonts w:cs="Times New Roman"/>
          <w:b/>
          <w:i/>
          <w:sz w:val="28"/>
          <w:szCs w:val="28"/>
        </w:rPr>
        <w:t>4</w:t>
      </w:r>
      <w:r w:rsidR="003D04E0" w:rsidRPr="00FF2F21">
        <w:rPr>
          <w:rFonts w:cs="Times New Roman"/>
          <w:b/>
          <w:i/>
          <w:sz w:val="28"/>
          <w:szCs w:val="28"/>
        </w:rPr>
        <w:t xml:space="preserve">. </w:t>
      </w:r>
      <w:r w:rsidR="00F72A55" w:rsidRPr="00FF2F21">
        <w:rPr>
          <w:rFonts w:cs="Times New Roman"/>
          <w:b/>
          <w:i/>
          <w:iCs/>
          <w:sz w:val="28"/>
          <w:szCs w:val="28"/>
        </w:rPr>
        <w:t>Các Cơ quan tham mưu, giúp việc Đảng ủy</w:t>
      </w:r>
    </w:p>
    <w:p w:rsidR="005E7AD9" w:rsidRPr="00FF2F21" w:rsidRDefault="00544B0C" w:rsidP="004D7A24">
      <w:pPr>
        <w:pStyle w:val="NormalWeb"/>
        <w:widowControl w:val="0"/>
        <w:tabs>
          <w:tab w:val="left" w:pos="993"/>
        </w:tabs>
        <w:snapToGrid w:val="0"/>
        <w:spacing w:before="40" w:beforeAutospacing="0" w:after="0" w:afterAutospacing="0"/>
        <w:ind w:firstLine="567"/>
        <w:jc w:val="both"/>
        <w:rPr>
          <w:bCs/>
          <w:sz w:val="28"/>
          <w:szCs w:val="28"/>
        </w:rPr>
      </w:pPr>
      <w:r w:rsidRPr="00FF2F21">
        <w:rPr>
          <w:bCs/>
          <w:sz w:val="28"/>
          <w:szCs w:val="28"/>
        </w:rPr>
        <w:t xml:space="preserve">Căn cứ chức năng, nhiệm vụ chủ động trong công tác triển khai, hướng dẫn, đôn đốc thực hiện các nhiệm vụ chuyển đổi số lĩnh vực xây dựng Đảng theo ngành dọc; bám sát tình hình cơ sở để kịp thời nắm bắt, giải quyết các khó khăn, vướng mắc của cơ sở trong thực hiện mô hình </w:t>
      </w:r>
      <w:r w:rsidR="005E7AD9" w:rsidRPr="00FF2F21">
        <w:rPr>
          <w:bCs/>
          <w:sz w:val="28"/>
          <w:szCs w:val="28"/>
        </w:rPr>
        <w:t>“Đ</w:t>
      </w:r>
      <w:r w:rsidRPr="00FF2F21">
        <w:rPr>
          <w:bCs/>
          <w:sz w:val="28"/>
          <w:szCs w:val="28"/>
        </w:rPr>
        <w:t>ảng viên số, chi bộ số</w:t>
      </w:r>
      <w:r w:rsidR="005E7AD9" w:rsidRPr="00FF2F21">
        <w:rPr>
          <w:bCs/>
          <w:sz w:val="28"/>
          <w:szCs w:val="28"/>
        </w:rPr>
        <w:t>”</w:t>
      </w:r>
      <w:r w:rsidRPr="00FF2F21">
        <w:rPr>
          <w:bCs/>
          <w:sz w:val="28"/>
          <w:szCs w:val="28"/>
        </w:rPr>
        <w:t xml:space="preserve">. </w:t>
      </w:r>
    </w:p>
    <w:p w:rsidR="00881B9D" w:rsidRPr="00FF2F21" w:rsidRDefault="00544B0C" w:rsidP="004D7A24">
      <w:pPr>
        <w:spacing w:before="40" w:after="0" w:line="240" w:lineRule="auto"/>
        <w:ind w:firstLine="567"/>
        <w:rPr>
          <w:rFonts w:cs="Times New Roman"/>
          <w:i/>
          <w:sz w:val="28"/>
          <w:szCs w:val="28"/>
        </w:rPr>
      </w:pPr>
      <w:r w:rsidRPr="00FF2F21">
        <w:rPr>
          <w:rFonts w:cs="Times New Roman"/>
          <w:i/>
          <w:sz w:val="28"/>
          <w:szCs w:val="28"/>
        </w:rPr>
        <w:t>(</w:t>
      </w:r>
      <w:r w:rsidR="00881B9D" w:rsidRPr="00FF2F21">
        <w:rPr>
          <w:rFonts w:cs="Times New Roman"/>
          <w:i/>
          <w:sz w:val="28"/>
          <w:szCs w:val="28"/>
        </w:rPr>
        <w:t>1</w:t>
      </w:r>
      <w:r w:rsidRPr="00FF2F21">
        <w:rPr>
          <w:rFonts w:cs="Times New Roman"/>
          <w:i/>
          <w:sz w:val="28"/>
          <w:szCs w:val="28"/>
        </w:rPr>
        <w:t xml:space="preserve">). </w:t>
      </w:r>
      <w:r w:rsidR="003D04E0" w:rsidRPr="00FF2F21">
        <w:rPr>
          <w:rFonts w:cs="Times New Roman"/>
          <w:i/>
          <w:sz w:val="28"/>
          <w:szCs w:val="28"/>
        </w:rPr>
        <w:t xml:space="preserve">Ban </w:t>
      </w:r>
      <w:r w:rsidR="00F72A55" w:rsidRPr="00FF2F21">
        <w:rPr>
          <w:rFonts w:cs="Times New Roman"/>
          <w:i/>
          <w:sz w:val="28"/>
          <w:szCs w:val="28"/>
        </w:rPr>
        <w:t>Xây dựng Đảng Đảng ủy</w:t>
      </w:r>
    </w:p>
    <w:p w:rsidR="00881B9D" w:rsidRPr="00FF2F21" w:rsidRDefault="00881B9D" w:rsidP="004D7A24">
      <w:pPr>
        <w:spacing w:before="40" w:after="0" w:line="240" w:lineRule="auto"/>
        <w:ind w:firstLine="567"/>
        <w:jc w:val="both"/>
        <w:rPr>
          <w:sz w:val="28"/>
          <w:szCs w:val="28"/>
          <w:lang w:val="vi-VN" w:eastAsia="vi-VN" w:bidi="vi-VN"/>
        </w:rPr>
      </w:pPr>
      <w:r w:rsidRPr="00FF2F21">
        <w:rPr>
          <w:sz w:val="28"/>
          <w:szCs w:val="28"/>
          <w:lang w:eastAsia="vi-VN" w:bidi="vi-VN"/>
        </w:rPr>
        <w:t xml:space="preserve">- </w:t>
      </w:r>
      <w:r w:rsidRPr="00FF2F21">
        <w:rPr>
          <w:sz w:val="28"/>
          <w:szCs w:val="28"/>
          <w:lang w:val="vi-VN" w:eastAsia="vi-VN" w:bidi="vi-VN"/>
        </w:rPr>
        <w:t xml:space="preserve">Là cơ quan chủ trì tham mưu Ban Thường vụ </w:t>
      </w:r>
      <w:r w:rsidRPr="00FF2F21">
        <w:rPr>
          <w:sz w:val="28"/>
          <w:szCs w:val="28"/>
          <w:lang w:eastAsia="vi-VN" w:bidi="vi-VN"/>
        </w:rPr>
        <w:t>Đảng</w:t>
      </w:r>
      <w:r w:rsidRPr="00FF2F21">
        <w:rPr>
          <w:sz w:val="28"/>
          <w:szCs w:val="28"/>
          <w:lang w:val="vi-VN" w:eastAsia="vi-VN" w:bidi="vi-VN"/>
        </w:rPr>
        <w:t xml:space="preserve"> ủy tổ chức triển khai kế hoạch; chủ trì </w:t>
      </w:r>
      <w:r w:rsidRPr="00FF2F21">
        <w:rPr>
          <w:sz w:val="28"/>
          <w:szCs w:val="28"/>
          <w:lang w:eastAsia="vi-VN" w:bidi="vi-VN"/>
        </w:rPr>
        <w:t>tham mưu triển khai các quy định, hướng dẫn của Thành ủy về</w:t>
      </w:r>
      <w:r w:rsidRPr="00FF2F21">
        <w:rPr>
          <w:sz w:val="28"/>
          <w:szCs w:val="28"/>
          <w:lang w:val="vi-VN" w:eastAsia="vi-VN" w:bidi="vi-VN"/>
        </w:rPr>
        <w:t xml:space="preserve"> khung mô hình, bộ tiêu chí, bộ chỉ số, quy trình nghiệp vụ cốt lõi liên quan đến đảng viên số, chi bộ số, công tác cán bộ trong phạm vi thí điểm.</w:t>
      </w:r>
    </w:p>
    <w:p w:rsidR="00881B9D" w:rsidRPr="00FF2F21" w:rsidRDefault="00881B9D" w:rsidP="004D7A24">
      <w:pPr>
        <w:spacing w:before="40" w:after="0" w:line="240" w:lineRule="auto"/>
        <w:ind w:firstLine="567"/>
        <w:jc w:val="both"/>
        <w:rPr>
          <w:sz w:val="28"/>
          <w:szCs w:val="28"/>
          <w:lang w:val="vi-VN" w:eastAsia="vi-VN" w:bidi="vi-VN"/>
        </w:rPr>
      </w:pPr>
      <w:r w:rsidRPr="00FF2F21">
        <w:rPr>
          <w:sz w:val="28"/>
          <w:szCs w:val="28"/>
          <w:lang w:eastAsia="vi-VN" w:bidi="vi-VN"/>
        </w:rPr>
        <w:t xml:space="preserve">- </w:t>
      </w:r>
      <w:r w:rsidRPr="00FF2F21">
        <w:rPr>
          <w:sz w:val="28"/>
          <w:szCs w:val="28"/>
          <w:lang w:val="vi-VN" w:eastAsia="vi-VN" w:bidi="vi-VN"/>
        </w:rPr>
        <w:t>Chủ trì rà soát, chuẩn hóa, số hóa dữ liệu tổ chức đảng, đảng viên, cán bộ thuộc phạm vi quản lý</w:t>
      </w:r>
      <w:r w:rsidRPr="00FF2F21">
        <w:rPr>
          <w:sz w:val="28"/>
          <w:szCs w:val="28"/>
          <w:lang w:eastAsia="vi-VN" w:bidi="vi-VN"/>
        </w:rPr>
        <w:t xml:space="preserve"> theo hướng dẫn của cấp trên</w:t>
      </w:r>
      <w:r w:rsidRPr="00FF2F21">
        <w:rPr>
          <w:sz w:val="28"/>
          <w:szCs w:val="28"/>
          <w:lang w:val="vi-VN" w:eastAsia="vi-VN" w:bidi="vi-VN"/>
        </w:rPr>
        <w:t>; phối h</w:t>
      </w:r>
      <w:r w:rsidRPr="00FF2F21">
        <w:rPr>
          <w:sz w:val="28"/>
          <w:szCs w:val="28"/>
          <w:lang w:eastAsia="vi-VN" w:bidi="vi-VN"/>
        </w:rPr>
        <w:t>ợ</w:t>
      </w:r>
      <w:r w:rsidRPr="00FF2F21">
        <w:rPr>
          <w:sz w:val="28"/>
          <w:szCs w:val="28"/>
          <w:lang w:val="vi-VN" w:eastAsia="vi-VN" w:bidi="vi-VN"/>
        </w:rPr>
        <w:t>p cập nhật và khai thác dữ liệu phục vụ công tác tổ chức xây dựng Đảng.</w:t>
      </w:r>
    </w:p>
    <w:p w:rsidR="003E79AC" w:rsidRPr="00FF2F21" w:rsidRDefault="003E79AC" w:rsidP="004D7A24">
      <w:pPr>
        <w:spacing w:before="40" w:after="0" w:line="240" w:lineRule="auto"/>
        <w:ind w:firstLine="567"/>
        <w:jc w:val="both"/>
        <w:rPr>
          <w:rFonts w:cs="Times New Roman"/>
          <w:sz w:val="28"/>
          <w:szCs w:val="28"/>
        </w:rPr>
      </w:pPr>
      <w:r w:rsidRPr="00FF2F21">
        <w:rPr>
          <w:rFonts w:cs="Times New Roman"/>
          <w:sz w:val="28"/>
          <w:szCs w:val="28"/>
        </w:rPr>
        <w:lastRenderedPageBreak/>
        <w:t>- Chủ trì chỉ đạo, định hướng công tác tuyên truyền tạo đồng thuận trong triển khai thực hiện; hướng dẫn tuyên truyền, cung cấp các nội dung định hướng sinh hoạt chi bộ, sinh hoạt chuyên đề tới các cấp ủy, tổ chức đảng.</w:t>
      </w:r>
      <w:r w:rsidR="0040753E" w:rsidRPr="00FF2F21">
        <w:rPr>
          <w:rFonts w:cs="Times New Roman"/>
          <w:sz w:val="28"/>
          <w:szCs w:val="28"/>
          <w:lang w:val="vi-VN"/>
        </w:rPr>
        <w:t xml:space="preserve"> </w:t>
      </w:r>
      <w:r w:rsidR="00D145A2" w:rsidRPr="00FF2F21">
        <w:rPr>
          <w:rFonts w:cs="Times New Roman"/>
          <w:sz w:val="28"/>
          <w:szCs w:val="28"/>
        </w:rPr>
        <w:t xml:space="preserve">Nắm bắt và </w:t>
      </w:r>
      <w:r w:rsidRPr="00FF2F21">
        <w:rPr>
          <w:rFonts w:cs="Times New Roman"/>
          <w:sz w:val="28"/>
          <w:szCs w:val="28"/>
        </w:rPr>
        <w:t>kịp thời tham mưu xử lý các vấn đề tư tưởng, tâm lý ngại đổi mới, ngại sử dụng công nghệ.</w:t>
      </w:r>
    </w:p>
    <w:p w:rsidR="00D145A2" w:rsidRPr="00FF2F21" w:rsidRDefault="00D145A2" w:rsidP="004D7A24">
      <w:pPr>
        <w:spacing w:before="40" w:after="0" w:line="240" w:lineRule="auto"/>
        <w:ind w:firstLine="567"/>
        <w:jc w:val="both"/>
        <w:rPr>
          <w:sz w:val="28"/>
          <w:szCs w:val="28"/>
        </w:rPr>
      </w:pPr>
      <w:r w:rsidRPr="00FF2F21">
        <w:rPr>
          <w:sz w:val="28"/>
          <w:szCs w:val="28"/>
          <w:lang w:eastAsia="vi-VN" w:bidi="vi-VN"/>
        </w:rPr>
        <w:t xml:space="preserve">- </w:t>
      </w:r>
      <w:r w:rsidRPr="00FF2F21">
        <w:rPr>
          <w:sz w:val="28"/>
          <w:szCs w:val="28"/>
          <w:lang w:val="vi-VN" w:eastAsia="vi-VN" w:bidi="vi-VN"/>
        </w:rPr>
        <w:t xml:space="preserve">Chủ trì theo dõi, hướng dẫn, đôn đốc các đơn vị thí điểm; tổng hợp tình hình, </w:t>
      </w:r>
      <w:r w:rsidRPr="00FF2F21">
        <w:rPr>
          <w:sz w:val="28"/>
          <w:szCs w:val="28"/>
          <w:lang w:eastAsia="vi-VN" w:bidi="vi-VN"/>
        </w:rPr>
        <w:t xml:space="preserve">tham mưu Ban Thường vụ Đảng ủy </w:t>
      </w:r>
      <w:r w:rsidRPr="00FF2F21">
        <w:rPr>
          <w:sz w:val="28"/>
          <w:szCs w:val="28"/>
          <w:lang w:val="vi-VN" w:eastAsia="vi-VN" w:bidi="vi-VN"/>
        </w:rPr>
        <w:t>sơ kết, tổng kết; đề xuất khen thưởng, phê bình, xử lý trách nhiệm đối với tập thể, cá nhân liên quan.</w:t>
      </w:r>
    </w:p>
    <w:p w:rsidR="00D145A2" w:rsidRPr="00FF2F21" w:rsidRDefault="00881B9D" w:rsidP="004D7A24">
      <w:pPr>
        <w:pStyle w:val="NormalWeb"/>
        <w:widowControl w:val="0"/>
        <w:tabs>
          <w:tab w:val="left" w:pos="993"/>
        </w:tabs>
        <w:snapToGrid w:val="0"/>
        <w:spacing w:before="40" w:beforeAutospacing="0" w:after="0" w:afterAutospacing="0"/>
        <w:ind w:firstLine="567"/>
        <w:jc w:val="both"/>
        <w:rPr>
          <w:i/>
          <w:sz w:val="28"/>
          <w:szCs w:val="28"/>
        </w:rPr>
      </w:pPr>
      <w:r w:rsidRPr="00FF2F21">
        <w:rPr>
          <w:i/>
          <w:sz w:val="28"/>
          <w:szCs w:val="28"/>
        </w:rPr>
        <w:t>(</w:t>
      </w:r>
      <w:r w:rsidR="00D145A2" w:rsidRPr="00FF2F21">
        <w:rPr>
          <w:i/>
          <w:sz w:val="28"/>
          <w:szCs w:val="28"/>
        </w:rPr>
        <w:t>2</w:t>
      </w:r>
      <w:r w:rsidRPr="00FF2F21">
        <w:rPr>
          <w:i/>
          <w:sz w:val="28"/>
          <w:szCs w:val="28"/>
        </w:rPr>
        <w:t>). Văn phòng Đảng ủy</w:t>
      </w:r>
    </w:p>
    <w:p w:rsidR="00D145A2" w:rsidRPr="00FF2F21" w:rsidRDefault="00D145A2" w:rsidP="004D7A24">
      <w:pPr>
        <w:pStyle w:val="NormalWeb"/>
        <w:widowControl w:val="0"/>
        <w:tabs>
          <w:tab w:val="left" w:pos="993"/>
        </w:tabs>
        <w:snapToGrid w:val="0"/>
        <w:spacing w:before="40" w:beforeAutospacing="0" w:after="0" w:afterAutospacing="0"/>
        <w:ind w:firstLine="567"/>
        <w:jc w:val="both"/>
        <w:rPr>
          <w:sz w:val="28"/>
          <w:szCs w:val="28"/>
          <w:lang w:val="vi-VN" w:eastAsia="vi-VN" w:bidi="vi-VN"/>
        </w:rPr>
      </w:pPr>
      <w:r w:rsidRPr="00FF2F21">
        <w:rPr>
          <w:sz w:val="28"/>
          <w:szCs w:val="28"/>
          <w:lang w:eastAsia="vi-VN" w:bidi="vi-VN"/>
        </w:rPr>
        <w:t xml:space="preserve">- </w:t>
      </w:r>
      <w:r w:rsidRPr="00FF2F21">
        <w:rPr>
          <w:sz w:val="28"/>
          <w:szCs w:val="28"/>
          <w:lang w:val="vi-VN" w:eastAsia="vi-VN" w:bidi="vi-VN"/>
        </w:rPr>
        <w:t>Chủ trì tham mưu</w:t>
      </w:r>
      <w:r w:rsidRPr="00FF2F21">
        <w:rPr>
          <w:sz w:val="28"/>
          <w:szCs w:val="28"/>
          <w:lang w:eastAsia="vi-VN" w:bidi="vi-VN"/>
        </w:rPr>
        <w:t xml:space="preserve"> Ban Thường vụ Đảng ủy</w:t>
      </w:r>
      <w:r w:rsidRPr="00FF2F21">
        <w:rPr>
          <w:sz w:val="28"/>
          <w:szCs w:val="28"/>
          <w:lang w:val="vi-VN" w:eastAsia="vi-VN" w:bidi="vi-VN"/>
        </w:rPr>
        <w:t xml:space="preserve">, phối hợp với các đơn vị liên quan </w:t>
      </w:r>
      <w:r w:rsidRPr="00FF2F21">
        <w:rPr>
          <w:sz w:val="28"/>
          <w:szCs w:val="28"/>
          <w:lang w:eastAsia="vi-VN" w:bidi="vi-VN"/>
        </w:rPr>
        <w:t>triển khai xây dựng và</w:t>
      </w:r>
      <w:r w:rsidRPr="00FF2F21">
        <w:rPr>
          <w:sz w:val="28"/>
          <w:szCs w:val="28"/>
          <w:lang w:val="vi-VN" w:eastAsia="vi-VN" w:bidi="vi-VN"/>
        </w:rPr>
        <w:t xml:space="preserve"> vận hành hạ tầng, nền tảng số dùng chung; bảo đảm điều kiện kỹ thuật, đường truyền, thiết bị, tài khoản; xây dựng giải pháp bảo mật, an toàn thông tin, bảo vệ dữ liệu trong suốt quá trình vận hành mô hình.</w:t>
      </w:r>
    </w:p>
    <w:p w:rsidR="00D145A2" w:rsidRPr="00FF2F21" w:rsidRDefault="00D145A2" w:rsidP="004D7A24">
      <w:pPr>
        <w:pStyle w:val="NormalWeb"/>
        <w:widowControl w:val="0"/>
        <w:tabs>
          <w:tab w:val="left" w:pos="993"/>
        </w:tabs>
        <w:snapToGrid w:val="0"/>
        <w:spacing w:before="40" w:beforeAutospacing="0" w:after="0" w:afterAutospacing="0"/>
        <w:ind w:firstLine="567"/>
        <w:jc w:val="both"/>
        <w:rPr>
          <w:sz w:val="28"/>
          <w:szCs w:val="28"/>
          <w:lang w:val="vi-VN" w:eastAsia="vi-VN" w:bidi="vi-VN"/>
        </w:rPr>
      </w:pPr>
      <w:r w:rsidRPr="00FF2F21">
        <w:rPr>
          <w:sz w:val="28"/>
          <w:szCs w:val="28"/>
          <w:lang w:eastAsia="vi-VN" w:bidi="vi-VN"/>
        </w:rPr>
        <w:t xml:space="preserve">- </w:t>
      </w:r>
      <w:r w:rsidRPr="00FF2F21">
        <w:rPr>
          <w:sz w:val="28"/>
          <w:szCs w:val="28"/>
          <w:lang w:val="vi-VN" w:eastAsia="vi-VN" w:bidi="vi-VN"/>
        </w:rPr>
        <w:t xml:space="preserve">Chủ trì </w:t>
      </w:r>
      <w:r w:rsidRPr="00FF2F21">
        <w:rPr>
          <w:sz w:val="28"/>
          <w:szCs w:val="28"/>
          <w:lang w:eastAsia="vi-VN" w:bidi="vi-VN"/>
        </w:rPr>
        <w:t>tham mưu Ban Thường vụ Đảng ủy triển khai thực hiện</w:t>
      </w:r>
      <w:r w:rsidRPr="00FF2F21">
        <w:rPr>
          <w:sz w:val="28"/>
          <w:szCs w:val="28"/>
          <w:lang w:val="vi-VN" w:eastAsia="vi-VN" w:bidi="vi-VN"/>
        </w:rPr>
        <w:t xml:space="preserve"> bảng điều khiển số</w:t>
      </w:r>
      <w:r w:rsidRPr="00FF2F21">
        <w:rPr>
          <w:sz w:val="28"/>
          <w:szCs w:val="28"/>
          <w:lang w:eastAsia="vi-VN" w:bidi="vi-VN"/>
        </w:rPr>
        <w:t xml:space="preserve"> của Thành ủy</w:t>
      </w:r>
      <w:r w:rsidRPr="00FF2F21">
        <w:rPr>
          <w:sz w:val="28"/>
          <w:szCs w:val="28"/>
          <w:lang w:val="vi-VN" w:eastAsia="vi-VN" w:bidi="vi-VN"/>
        </w:rPr>
        <w:t xml:space="preserve"> phục vụ </w:t>
      </w:r>
      <w:r w:rsidRPr="00FF2F21">
        <w:rPr>
          <w:sz w:val="28"/>
          <w:szCs w:val="28"/>
          <w:lang w:eastAsia="vi-VN" w:bidi="vi-VN"/>
        </w:rPr>
        <w:t>sự lãnh đạo của Đảng ủy, Ban Thường vụ, Thường trực Đảng ủy</w:t>
      </w:r>
      <w:r w:rsidRPr="00FF2F21">
        <w:rPr>
          <w:sz w:val="28"/>
          <w:szCs w:val="28"/>
          <w:lang w:val="vi-VN" w:eastAsia="vi-VN" w:bidi="vi-VN"/>
        </w:rPr>
        <w:t>; bảo đảm khả năng tổng hợp, theo dõi, báo cáo nhanh, trực quan, kịp thời.</w:t>
      </w:r>
    </w:p>
    <w:p w:rsidR="00881B9D" w:rsidRPr="00FF2F21" w:rsidRDefault="00D145A2" w:rsidP="004D7A24">
      <w:pPr>
        <w:pStyle w:val="NormalWeb"/>
        <w:widowControl w:val="0"/>
        <w:tabs>
          <w:tab w:val="left" w:pos="993"/>
        </w:tabs>
        <w:snapToGrid w:val="0"/>
        <w:spacing w:before="40" w:beforeAutospacing="0" w:after="0" w:afterAutospacing="0"/>
        <w:ind w:firstLine="567"/>
        <w:jc w:val="both"/>
        <w:rPr>
          <w:sz w:val="28"/>
          <w:szCs w:val="28"/>
        </w:rPr>
      </w:pPr>
      <w:r w:rsidRPr="00FF2F21">
        <w:rPr>
          <w:sz w:val="28"/>
          <w:szCs w:val="28"/>
          <w:lang w:eastAsia="vi-VN" w:bidi="vi-VN"/>
        </w:rPr>
        <w:t xml:space="preserve">- </w:t>
      </w:r>
      <w:r w:rsidRPr="00FF2F21">
        <w:rPr>
          <w:sz w:val="28"/>
          <w:szCs w:val="28"/>
          <w:lang w:val="vi-VN" w:eastAsia="vi-VN" w:bidi="vi-VN"/>
        </w:rPr>
        <w:t xml:space="preserve">Chủ trì tham mưu </w:t>
      </w:r>
      <w:r w:rsidRPr="00FF2F21">
        <w:rPr>
          <w:sz w:val="28"/>
          <w:szCs w:val="28"/>
          <w:lang w:eastAsia="vi-VN" w:bidi="vi-VN"/>
        </w:rPr>
        <w:t xml:space="preserve">Ban Thường vụ Đảng ủy chỉ đạo, </w:t>
      </w:r>
      <w:r w:rsidRPr="00FF2F21">
        <w:rPr>
          <w:sz w:val="28"/>
          <w:szCs w:val="28"/>
          <w:lang w:val="vi-VN" w:eastAsia="vi-VN" w:bidi="vi-VN"/>
        </w:rPr>
        <w:t xml:space="preserve">bố trí và sử dụng nguồn kinh phí để triển khai </w:t>
      </w:r>
      <w:r w:rsidR="0040753E" w:rsidRPr="00FF2F21">
        <w:rPr>
          <w:sz w:val="28"/>
          <w:szCs w:val="28"/>
          <w:lang w:val="vi-VN" w:eastAsia="vi-VN" w:bidi="vi-VN"/>
        </w:rPr>
        <w:t>k</w:t>
      </w:r>
      <w:r w:rsidRPr="00FF2F21">
        <w:rPr>
          <w:sz w:val="28"/>
          <w:szCs w:val="28"/>
          <w:lang w:val="vi-VN" w:eastAsia="vi-VN" w:bidi="vi-VN"/>
        </w:rPr>
        <w:t>ế hoạch theo tiến độ.</w:t>
      </w:r>
    </w:p>
    <w:p w:rsidR="00D145A2" w:rsidRPr="00FF2F21" w:rsidRDefault="002564F6" w:rsidP="004D7A24">
      <w:pPr>
        <w:spacing w:before="40" w:after="0" w:line="240" w:lineRule="auto"/>
        <w:ind w:firstLine="567"/>
        <w:rPr>
          <w:rFonts w:cs="Times New Roman"/>
          <w:i/>
          <w:sz w:val="28"/>
          <w:szCs w:val="28"/>
        </w:rPr>
      </w:pPr>
      <w:r w:rsidRPr="00FF2F21">
        <w:rPr>
          <w:rFonts w:cs="Times New Roman"/>
          <w:i/>
          <w:sz w:val="28"/>
          <w:szCs w:val="28"/>
        </w:rPr>
        <w:t>(</w:t>
      </w:r>
      <w:r w:rsidR="003E79AC" w:rsidRPr="00FF2F21">
        <w:rPr>
          <w:rFonts w:cs="Times New Roman"/>
          <w:i/>
          <w:sz w:val="28"/>
          <w:szCs w:val="28"/>
        </w:rPr>
        <w:t>3</w:t>
      </w:r>
      <w:r w:rsidRPr="00FF2F21">
        <w:rPr>
          <w:rFonts w:cs="Times New Roman"/>
          <w:i/>
          <w:sz w:val="28"/>
          <w:szCs w:val="28"/>
        </w:rPr>
        <w:t>).</w:t>
      </w:r>
      <w:r w:rsidR="003D04E0" w:rsidRPr="00FF2F21">
        <w:rPr>
          <w:rFonts w:cs="Times New Roman"/>
          <w:i/>
          <w:sz w:val="28"/>
          <w:szCs w:val="28"/>
        </w:rPr>
        <w:t xml:space="preserve"> Ủy ban Kiểm tra </w:t>
      </w:r>
      <w:r w:rsidR="003E79AC" w:rsidRPr="00FF2F21">
        <w:rPr>
          <w:rFonts w:cs="Times New Roman"/>
          <w:i/>
          <w:sz w:val="28"/>
          <w:szCs w:val="28"/>
        </w:rPr>
        <w:t>Đảng</w:t>
      </w:r>
      <w:r w:rsidR="003D04E0" w:rsidRPr="00FF2F21">
        <w:rPr>
          <w:rFonts w:cs="Times New Roman"/>
          <w:i/>
          <w:sz w:val="28"/>
          <w:szCs w:val="28"/>
        </w:rPr>
        <w:t xml:space="preserve"> ủy</w:t>
      </w:r>
    </w:p>
    <w:p w:rsidR="00D145A2" w:rsidRPr="00FF2F21" w:rsidRDefault="00D145A2" w:rsidP="004D7A24">
      <w:pPr>
        <w:spacing w:before="40" w:after="0" w:line="240" w:lineRule="auto"/>
        <w:ind w:firstLine="567"/>
        <w:jc w:val="both"/>
        <w:rPr>
          <w:sz w:val="28"/>
          <w:szCs w:val="28"/>
          <w:lang w:val="vi-VN" w:eastAsia="vi-VN" w:bidi="vi-VN"/>
        </w:rPr>
      </w:pPr>
      <w:r w:rsidRPr="00FF2F21">
        <w:rPr>
          <w:sz w:val="28"/>
          <w:szCs w:val="28"/>
          <w:lang w:eastAsia="vi-VN" w:bidi="vi-VN"/>
        </w:rPr>
        <w:t xml:space="preserve">- </w:t>
      </w:r>
      <w:r w:rsidRPr="00FF2F21">
        <w:rPr>
          <w:sz w:val="28"/>
          <w:szCs w:val="28"/>
          <w:lang w:val="vi-VN" w:eastAsia="vi-VN" w:bidi="vi-VN"/>
        </w:rPr>
        <w:t xml:space="preserve">Xây dựng kế hoạch kiểm tra, giám sát việc triển khai </w:t>
      </w:r>
      <w:r w:rsidR="0040753E" w:rsidRPr="00FF2F21">
        <w:rPr>
          <w:sz w:val="28"/>
          <w:szCs w:val="28"/>
          <w:lang w:val="vi-VN" w:eastAsia="vi-VN" w:bidi="vi-VN"/>
        </w:rPr>
        <w:t>k</w:t>
      </w:r>
      <w:r w:rsidRPr="00FF2F21">
        <w:rPr>
          <w:sz w:val="28"/>
          <w:szCs w:val="28"/>
          <w:lang w:eastAsia="vi-VN" w:bidi="vi-VN"/>
        </w:rPr>
        <w:t>ế</w:t>
      </w:r>
      <w:r w:rsidRPr="00FF2F21">
        <w:rPr>
          <w:sz w:val="28"/>
          <w:szCs w:val="28"/>
          <w:lang w:val="vi-VN" w:eastAsia="vi-VN" w:bidi="vi-VN"/>
        </w:rPr>
        <w:t xml:space="preserve"> hoạch; đưa nội dung kiểm tra, giám sát việc thực hiện </w:t>
      </w:r>
      <w:r w:rsidR="0040753E" w:rsidRPr="00FF2F21">
        <w:rPr>
          <w:sz w:val="28"/>
          <w:szCs w:val="28"/>
          <w:lang w:val="vi-VN" w:eastAsia="vi-VN" w:bidi="vi-VN"/>
        </w:rPr>
        <w:t>k</w:t>
      </w:r>
      <w:r w:rsidRPr="00FF2F21">
        <w:rPr>
          <w:sz w:val="28"/>
          <w:szCs w:val="28"/>
          <w:lang w:eastAsia="vi-VN" w:bidi="vi-VN"/>
        </w:rPr>
        <w:t>ế</w:t>
      </w:r>
      <w:r w:rsidRPr="00FF2F21">
        <w:rPr>
          <w:sz w:val="28"/>
          <w:szCs w:val="28"/>
          <w:lang w:val="vi-VN" w:eastAsia="vi-VN" w:bidi="vi-VN"/>
        </w:rPr>
        <w:t xml:space="preserve"> hoạch </w:t>
      </w:r>
      <w:r w:rsidRPr="00FF2F21">
        <w:rPr>
          <w:sz w:val="28"/>
          <w:szCs w:val="28"/>
          <w:lang w:eastAsia="vi-VN" w:bidi="vi-VN"/>
        </w:rPr>
        <w:t xml:space="preserve">này </w:t>
      </w:r>
      <w:r w:rsidRPr="00FF2F21">
        <w:rPr>
          <w:sz w:val="28"/>
          <w:szCs w:val="28"/>
          <w:lang w:val="vi-VN" w:eastAsia="vi-VN" w:bidi="vi-VN"/>
        </w:rPr>
        <w:t>vào chương trình công tác hằng năm; tăng cường kiểm tra, giám sát công tác lãnh đạo, chỉ đạo của các cấp ủy, việc chấp hành quy chế quản lý, cập nhật và khai thác dữ liệu.</w:t>
      </w:r>
    </w:p>
    <w:p w:rsidR="00185018" w:rsidRPr="00FF2F21" w:rsidRDefault="00D145A2" w:rsidP="004D7A24">
      <w:pPr>
        <w:spacing w:before="40" w:after="0" w:line="240" w:lineRule="auto"/>
        <w:ind w:firstLine="567"/>
        <w:jc w:val="both"/>
        <w:rPr>
          <w:sz w:val="28"/>
          <w:szCs w:val="28"/>
        </w:rPr>
      </w:pPr>
      <w:r w:rsidRPr="00FF2F21">
        <w:rPr>
          <w:sz w:val="28"/>
          <w:szCs w:val="28"/>
          <w:lang w:eastAsia="vi-VN" w:bidi="vi-VN"/>
        </w:rPr>
        <w:t xml:space="preserve">- </w:t>
      </w:r>
      <w:r w:rsidRPr="00FF2F21">
        <w:rPr>
          <w:sz w:val="28"/>
          <w:szCs w:val="28"/>
          <w:lang w:val="vi-VN" w:eastAsia="vi-VN" w:bidi="vi-VN"/>
        </w:rPr>
        <w:t xml:space="preserve">Hướng dẫn, đôn đốc các cấp ủy thực hiện kiểm tra, giám sát thường xuyên; tham mưu </w:t>
      </w:r>
      <w:r w:rsidRPr="00FF2F21">
        <w:rPr>
          <w:sz w:val="28"/>
          <w:szCs w:val="28"/>
          <w:lang w:eastAsia="vi-VN" w:bidi="vi-VN"/>
        </w:rPr>
        <w:t xml:space="preserve">xử lý, </w:t>
      </w:r>
      <w:r w:rsidRPr="00FF2F21">
        <w:rPr>
          <w:sz w:val="28"/>
          <w:szCs w:val="28"/>
          <w:lang w:val="vi-VN" w:eastAsia="vi-VN" w:bidi="vi-VN"/>
        </w:rPr>
        <w:t>phát hiện sớm dấu hiệu vi phạm, nhiệm vụ chậm tiến độ, chất lượng sinh hoạt chi bộ không bảo đảm.</w:t>
      </w:r>
    </w:p>
    <w:p w:rsidR="003E79AC" w:rsidRPr="00FF2F21" w:rsidRDefault="00D145A2" w:rsidP="004D7A24">
      <w:pPr>
        <w:pStyle w:val="NormalWeb"/>
        <w:widowControl w:val="0"/>
        <w:snapToGrid w:val="0"/>
        <w:spacing w:before="40" w:beforeAutospacing="0" w:after="0" w:afterAutospacing="0"/>
        <w:ind w:firstLine="567"/>
        <w:jc w:val="both"/>
        <w:rPr>
          <w:b/>
          <w:i/>
          <w:sz w:val="28"/>
          <w:szCs w:val="28"/>
        </w:rPr>
      </w:pPr>
      <w:r w:rsidRPr="00FF2F21">
        <w:rPr>
          <w:b/>
          <w:i/>
          <w:sz w:val="28"/>
          <w:szCs w:val="28"/>
        </w:rPr>
        <w:t>2.</w:t>
      </w:r>
      <w:r w:rsidR="003E79AC" w:rsidRPr="00FF2F21">
        <w:rPr>
          <w:b/>
          <w:i/>
          <w:sz w:val="28"/>
          <w:szCs w:val="28"/>
        </w:rPr>
        <w:t>5. Ban Thường trực Ủy ban Mặt trận Tổ quốc Việt Nam xã</w:t>
      </w:r>
    </w:p>
    <w:p w:rsidR="003E79AC" w:rsidRPr="00FF2F21" w:rsidRDefault="003E79AC" w:rsidP="004D7A24">
      <w:pPr>
        <w:spacing w:before="40" w:after="0" w:line="240" w:lineRule="auto"/>
        <w:ind w:firstLine="567"/>
        <w:jc w:val="both"/>
        <w:rPr>
          <w:rFonts w:cs="Times New Roman"/>
          <w:sz w:val="28"/>
          <w:szCs w:val="28"/>
        </w:rPr>
      </w:pPr>
      <w:r w:rsidRPr="00FF2F21">
        <w:rPr>
          <w:rFonts w:cs="Times New Roman"/>
          <w:sz w:val="28"/>
          <w:szCs w:val="28"/>
        </w:rPr>
        <w:t xml:space="preserve">- </w:t>
      </w:r>
      <w:r w:rsidR="002A762A" w:rsidRPr="00FF2F21">
        <w:rPr>
          <w:rFonts w:cs="Times New Roman"/>
          <w:sz w:val="28"/>
          <w:szCs w:val="28"/>
        </w:rPr>
        <w:t xml:space="preserve">Đẩy mạnh công tác tuyên truyền triển khai thực hiện kế hoạch của Ban Thường vụ Đảng ủy về xây dựng mô hình thí điểm “Đảng viên số, Chi bộ số”. Tiếp tục </w:t>
      </w:r>
      <w:r w:rsidR="002A762A" w:rsidRPr="00FF2F21">
        <w:rPr>
          <w:sz w:val="28"/>
          <w:szCs w:val="28"/>
        </w:rPr>
        <w:t xml:space="preserve">triển khai thực hiện có hiệu quả Mặt trận số </w:t>
      </w:r>
      <w:r w:rsidR="002A762A" w:rsidRPr="00FF2F21">
        <w:rPr>
          <w:spacing w:val="-6"/>
          <w:sz w:val="28"/>
          <w:szCs w:val="28"/>
        </w:rPr>
        <w:t xml:space="preserve">và </w:t>
      </w:r>
      <w:r w:rsidR="002A762A" w:rsidRPr="00FF2F21">
        <w:rPr>
          <w:bCs/>
          <w:spacing w:val="-6"/>
          <w:sz w:val="28"/>
          <w:szCs w:val="28"/>
          <w:shd w:val="clear" w:color="auto" w:fill="FFFFFF"/>
        </w:rPr>
        <w:t xml:space="preserve">mô hình </w:t>
      </w:r>
      <w:r w:rsidR="002A762A" w:rsidRPr="00FF2F21">
        <w:rPr>
          <w:bCs/>
          <w:i/>
          <w:spacing w:val="-6"/>
          <w:sz w:val="28"/>
          <w:szCs w:val="28"/>
          <w:shd w:val="clear" w:color="auto" w:fill="FFFFFF"/>
        </w:rPr>
        <w:t>“Lắng nghe để hành động - Hành động để phục vụ - Số hóa đến người dân”,</w:t>
      </w:r>
      <w:r w:rsidRPr="00FF2F21">
        <w:rPr>
          <w:rFonts w:cs="Times New Roman"/>
          <w:sz w:val="28"/>
          <w:szCs w:val="28"/>
        </w:rPr>
        <w:t xml:space="preserve"> gắn với nhiệm vụ chính trị của địa phương.</w:t>
      </w:r>
    </w:p>
    <w:p w:rsidR="003E79AC" w:rsidRPr="00FF2F21" w:rsidRDefault="003E79AC" w:rsidP="004D7A24">
      <w:pPr>
        <w:spacing w:before="40" w:after="0" w:line="240" w:lineRule="auto"/>
        <w:ind w:firstLine="567"/>
        <w:jc w:val="both"/>
        <w:rPr>
          <w:rFonts w:cs="Times New Roman"/>
          <w:sz w:val="28"/>
          <w:szCs w:val="28"/>
        </w:rPr>
      </w:pPr>
      <w:r w:rsidRPr="00FF2F21">
        <w:rPr>
          <w:rFonts w:cs="Times New Roman"/>
          <w:sz w:val="28"/>
          <w:szCs w:val="28"/>
        </w:rPr>
        <w:t xml:space="preserve">- Vận động </w:t>
      </w:r>
      <w:r w:rsidR="002A762A" w:rsidRPr="00FF2F21">
        <w:rPr>
          <w:rFonts w:cs="Times New Roman"/>
          <w:sz w:val="28"/>
          <w:szCs w:val="28"/>
        </w:rPr>
        <w:t xml:space="preserve">cán bộ, đoàn viên, hội viên và </w:t>
      </w:r>
      <w:r w:rsidRPr="00FF2F21">
        <w:rPr>
          <w:rFonts w:cs="Times New Roman"/>
          <w:sz w:val="28"/>
          <w:szCs w:val="28"/>
        </w:rPr>
        <w:t>Nhân dân sử dụng dịch vụ công trực tuyến, tài khoản định danh điện tử, thanh toán không dùng tiền mặt và các tiện ích số phục vụ đời sống; hỗ trợ người cao tuổi, người yếu thế tiếp cận công nghệ. Nắm bắt dư luận xã hội, kịp thời phản ánh khó khăn, vướng mắc, kiến nghị của Nhân dân về hạ tầng, dịch vụ số; tham mưu giải pháp tháo gỡ, nâng cao hiệu quả triển khai.</w:t>
      </w:r>
    </w:p>
    <w:p w:rsidR="003E79AC" w:rsidRPr="00FF2F21" w:rsidRDefault="003E79AC" w:rsidP="004D7A24">
      <w:pPr>
        <w:pStyle w:val="NormalWeb"/>
        <w:widowControl w:val="0"/>
        <w:snapToGrid w:val="0"/>
        <w:spacing w:before="40" w:beforeAutospacing="0" w:after="0" w:afterAutospacing="0"/>
        <w:ind w:firstLine="567"/>
        <w:jc w:val="both"/>
        <w:rPr>
          <w:sz w:val="28"/>
          <w:szCs w:val="28"/>
        </w:rPr>
      </w:pPr>
      <w:r w:rsidRPr="00FF2F21">
        <w:rPr>
          <w:sz w:val="28"/>
          <w:szCs w:val="28"/>
        </w:rPr>
        <w:t xml:space="preserve">- Chỉ đạo các đoàn thể, nhất là </w:t>
      </w:r>
      <w:r w:rsidR="002A762A" w:rsidRPr="00FF2F21">
        <w:rPr>
          <w:sz w:val="28"/>
          <w:szCs w:val="28"/>
        </w:rPr>
        <w:t xml:space="preserve">lực lượng </w:t>
      </w:r>
      <w:r w:rsidRPr="00FF2F21">
        <w:rPr>
          <w:sz w:val="28"/>
          <w:szCs w:val="28"/>
        </w:rPr>
        <w:t xml:space="preserve">Đoàn Thanh niên cử đoàn viên xung kích, am hiểu </w:t>
      </w:r>
      <w:r w:rsidR="002A762A" w:rsidRPr="00FF2F21">
        <w:rPr>
          <w:sz w:val="28"/>
          <w:szCs w:val="28"/>
        </w:rPr>
        <w:t>công nghệ thông tin</w:t>
      </w:r>
      <w:r w:rsidRPr="00FF2F21">
        <w:rPr>
          <w:sz w:val="28"/>
          <w:szCs w:val="28"/>
        </w:rPr>
        <w:t xml:space="preserve"> hỗ trợ công tác chuyển đổi số tại các chi</w:t>
      </w:r>
      <w:r w:rsidR="002A762A" w:rsidRPr="00FF2F21">
        <w:rPr>
          <w:sz w:val="28"/>
          <w:szCs w:val="28"/>
        </w:rPr>
        <w:t>,</w:t>
      </w:r>
      <w:r w:rsidRPr="00FF2F21">
        <w:rPr>
          <w:sz w:val="28"/>
          <w:szCs w:val="28"/>
        </w:rPr>
        <w:t xml:space="preserve"> đảng bộ.</w:t>
      </w:r>
    </w:p>
    <w:p w:rsidR="002A762A" w:rsidRPr="00FF2F21" w:rsidRDefault="002A762A" w:rsidP="004D7A24">
      <w:pPr>
        <w:pStyle w:val="NormalWeb"/>
        <w:widowControl w:val="0"/>
        <w:snapToGrid w:val="0"/>
        <w:spacing w:before="40" w:beforeAutospacing="0" w:after="0" w:afterAutospacing="0"/>
        <w:ind w:firstLine="567"/>
        <w:jc w:val="both"/>
        <w:rPr>
          <w:b/>
          <w:bCs/>
          <w:i/>
          <w:iCs/>
          <w:sz w:val="28"/>
          <w:szCs w:val="28"/>
        </w:rPr>
      </w:pPr>
      <w:r w:rsidRPr="00FF2F21">
        <w:rPr>
          <w:b/>
          <w:bCs/>
          <w:i/>
          <w:iCs/>
          <w:sz w:val="28"/>
          <w:szCs w:val="28"/>
        </w:rPr>
        <w:t>2.</w:t>
      </w:r>
      <w:r w:rsidR="003E79AC" w:rsidRPr="00FF2F21">
        <w:rPr>
          <w:b/>
          <w:bCs/>
          <w:i/>
          <w:iCs/>
          <w:sz w:val="28"/>
          <w:szCs w:val="28"/>
        </w:rPr>
        <w:t>6</w:t>
      </w:r>
      <w:r w:rsidR="00E22907" w:rsidRPr="00FF2F21">
        <w:rPr>
          <w:b/>
          <w:bCs/>
          <w:i/>
          <w:iCs/>
          <w:sz w:val="28"/>
          <w:szCs w:val="28"/>
        </w:rPr>
        <w:t xml:space="preserve">. </w:t>
      </w:r>
      <w:r w:rsidR="003E79AC" w:rsidRPr="00FF2F21">
        <w:rPr>
          <w:b/>
          <w:bCs/>
          <w:i/>
          <w:iCs/>
          <w:sz w:val="28"/>
          <w:szCs w:val="28"/>
        </w:rPr>
        <w:t xml:space="preserve">Các </w:t>
      </w:r>
      <w:r w:rsidR="00631EE9" w:rsidRPr="00FF2F21">
        <w:rPr>
          <w:b/>
          <w:bCs/>
          <w:i/>
          <w:iCs/>
          <w:sz w:val="28"/>
          <w:szCs w:val="28"/>
          <w:lang w:val="vi-VN"/>
        </w:rPr>
        <w:t>đ</w:t>
      </w:r>
      <w:r w:rsidR="003E79AC" w:rsidRPr="00FF2F21">
        <w:rPr>
          <w:b/>
          <w:bCs/>
          <w:i/>
          <w:iCs/>
          <w:sz w:val="28"/>
          <w:szCs w:val="28"/>
        </w:rPr>
        <w:t>ảng bộ</w:t>
      </w:r>
      <w:r w:rsidR="00E22907" w:rsidRPr="00FF2F21">
        <w:rPr>
          <w:b/>
          <w:bCs/>
          <w:i/>
          <w:iCs/>
          <w:sz w:val="28"/>
          <w:szCs w:val="28"/>
        </w:rPr>
        <w:t>, chi bộ</w:t>
      </w:r>
      <w:r w:rsidR="003E79AC" w:rsidRPr="00FF2F21">
        <w:rPr>
          <w:b/>
          <w:bCs/>
          <w:i/>
          <w:iCs/>
          <w:sz w:val="28"/>
          <w:szCs w:val="28"/>
        </w:rPr>
        <w:t xml:space="preserve"> trực thuộc </w:t>
      </w:r>
      <w:r w:rsidR="00E13122" w:rsidRPr="00FF2F21">
        <w:rPr>
          <w:b/>
          <w:bCs/>
          <w:i/>
          <w:iCs/>
          <w:sz w:val="28"/>
          <w:szCs w:val="28"/>
        </w:rPr>
        <w:t>Đảng ủy xã</w:t>
      </w:r>
      <w:r w:rsidR="00E22907" w:rsidRPr="00FF2F21">
        <w:rPr>
          <w:b/>
          <w:bCs/>
          <w:i/>
          <w:iCs/>
          <w:sz w:val="28"/>
          <w:szCs w:val="28"/>
        </w:rPr>
        <w:t xml:space="preserve"> </w:t>
      </w:r>
    </w:p>
    <w:p w:rsidR="00E13122" w:rsidRPr="00FF2F21" w:rsidRDefault="003E79AC" w:rsidP="004D7A24">
      <w:pPr>
        <w:pStyle w:val="NormalWeb"/>
        <w:widowControl w:val="0"/>
        <w:snapToGrid w:val="0"/>
        <w:spacing w:before="40" w:beforeAutospacing="0" w:after="0" w:afterAutospacing="0"/>
        <w:ind w:firstLine="567"/>
        <w:jc w:val="both"/>
        <w:rPr>
          <w:sz w:val="28"/>
          <w:szCs w:val="28"/>
        </w:rPr>
      </w:pPr>
      <w:r w:rsidRPr="00FF2F21">
        <w:rPr>
          <w:sz w:val="28"/>
          <w:szCs w:val="28"/>
        </w:rPr>
        <w:t xml:space="preserve">- </w:t>
      </w:r>
      <w:r w:rsidR="002A762A" w:rsidRPr="00FF2F21">
        <w:rPr>
          <w:sz w:val="28"/>
          <w:szCs w:val="28"/>
        </w:rPr>
        <w:t>T</w:t>
      </w:r>
      <w:r w:rsidRPr="00FF2F21">
        <w:rPr>
          <w:sz w:val="28"/>
          <w:szCs w:val="28"/>
        </w:rPr>
        <w:t xml:space="preserve">ổ chức </w:t>
      </w:r>
      <w:r w:rsidR="002A762A" w:rsidRPr="00FF2F21">
        <w:rPr>
          <w:sz w:val="28"/>
          <w:szCs w:val="28"/>
        </w:rPr>
        <w:t xml:space="preserve">quán triệt, tuyên truyền và </w:t>
      </w:r>
      <w:r w:rsidRPr="00FF2F21">
        <w:rPr>
          <w:sz w:val="28"/>
          <w:szCs w:val="28"/>
        </w:rPr>
        <w:t xml:space="preserve">triển khai </w:t>
      </w:r>
      <w:r w:rsidR="00631EE9" w:rsidRPr="00FF2F21">
        <w:rPr>
          <w:sz w:val="28"/>
          <w:szCs w:val="28"/>
        </w:rPr>
        <w:t>k</w:t>
      </w:r>
      <w:r w:rsidRPr="00FF2F21">
        <w:rPr>
          <w:sz w:val="28"/>
          <w:szCs w:val="28"/>
        </w:rPr>
        <w:t>ế hoạc</w:t>
      </w:r>
      <w:r w:rsidR="002A762A" w:rsidRPr="00FF2F21">
        <w:rPr>
          <w:sz w:val="28"/>
          <w:szCs w:val="28"/>
        </w:rPr>
        <w:t xml:space="preserve">h của Ban Thường vụ Đảng ủy tại </w:t>
      </w:r>
      <w:r w:rsidR="00E13122" w:rsidRPr="00FF2F21">
        <w:rPr>
          <w:sz w:val="28"/>
          <w:szCs w:val="28"/>
        </w:rPr>
        <w:t>đơn vị đến cán bộ, đảng viên và Nhân dân</w:t>
      </w:r>
      <w:r w:rsidR="002A762A" w:rsidRPr="00FF2F21">
        <w:rPr>
          <w:sz w:val="28"/>
          <w:szCs w:val="28"/>
        </w:rPr>
        <w:t xml:space="preserve">. </w:t>
      </w:r>
    </w:p>
    <w:p w:rsidR="00E13122" w:rsidRPr="00FF2F21" w:rsidRDefault="00E13122" w:rsidP="004D7A24">
      <w:pPr>
        <w:pStyle w:val="NormalWeb"/>
        <w:widowControl w:val="0"/>
        <w:snapToGrid w:val="0"/>
        <w:spacing w:before="40" w:beforeAutospacing="0" w:after="0" w:afterAutospacing="0"/>
        <w:ind w:firstLine="567"/>
        <w:jc w:val="both"/>
        <w:rPr>
          <w:sz w:val="28"/>
          <w:szCs w:val="28"/>
          <w:lang w:val="vi-VN" w:eastAsia="vi-VN" w:bidi="vi-VN"/>
        </w:rPr>
      </w:pPr>
      <w:r w:rsidRPr="00FF2F21">
        <w:rPr>
          <w:sz w:val="28"/>
          <w:szCs w:val="28"/>
        </w:rPr>
        <w:t xml:space="preserve">- </w:t>
      </w:r>
      <w:r w:rsidRPr="00FF2F21">
        <w:rPr>
          <w:sz w:val="28"/>
          <w:szCs w:val="28"/>
          <w:lang w:eastAsia="vi-VN" w:bidi="vi-VN"/>
        </w:rPr>
        <w:t>C</w:t>
      </w:r>
      <w:r w:rsidR="002A762A" w:rsidRPr="00FF2F21">
        <w:rPr>
          <w:sz w:val="28"/>
          <w:szCs w:val="28"/>
          <w:lang w:val="vi-VN" w:eastAsia="vi-VN" w:bidi="vi-VN"/>
        </w:rPr>
        <w:t xml:space="preserve">hủ động rà soát, chuẩn bị các điều kiện, triển khai thí điểm và mở rộng thí điểm </w:t>
      </w:r>
      <w:r w:rsidR="002A762A" w:rsidRPr="00FF2F21">
        <w:rPr>
          <w:sz w:val="28"/>
          <w:szCs w:val="28"/>
          <w:lang w:val="vi-VN" w:eastAsia="vi-VN" w:bidi="vi-VN"/>
        </w:rPr>
        <w:lastRenderedPageBreak/>
        <w:t xml:space="preserve">mô hình “Đảng viên số, Chi bộ số”, xây dựng “Đảng bộ số” theo đúng lộ </w:t>
      </w:r>
      <w:r w:rsidRPr="00FF2F21">
        <w:rPr>
          <w:sz w:val="28"/>
          <w:szCs w:val="28"/>
          <w:lang w:eastAsia="vi-VN" w:bidi="vi-VN"/>
        </w:rPr>
        <w:t>tr</w:t>
      </w:r>
      <w:r w:rsidR="002A762A" w:rsidRPr="00FF2F21">
        <w:rPr>
          <w:sz w:val="28"/>
          <w:szCs w:val="28"/>
          <w:lang w:val="vi-VN" w:eastAsia="vi-VN" w:bidi="vi-VN"/>
        </w:rPr>
        <w:t>ình của K</w:t>
      </w:r>
      <w:r w:rsidRPr="00FF2F21">
        <w:rPr>
          <w:sz w:val="28"/>
          <w:szCs w:val="28"/>
          <w:lang w:eastAsia="vi-VN" w:bidi="vi-VN"/>
        </w:rPr>
        <w:t>ế</w:t>
      </w:r>
      <w:r w:rsidRPr="00FF2F21">
        <w:rPr>
          <w:sz w:val="28"/>
          <w:szCs w:val="28"/>
          <w:lang w:val="vi-VN" w:eastAsia="vi-VN" w:bidi="vi-VN"/>
        </w:rPr>
        <w:t xml:space="preserve"> hoạch; </w:t>
      </w:r>
      <w:r w:rsidR="002A762A" w:rsidRPr="00FF2F21">
        <w:rPr>
          <w:sz w:val="28"/>
          <w:szCs w:val="28"/>
          <w:lang w:val="vi-VN" w:eastAsia="vi-VN" w:bidi="vi-VN"/>
        </w:rPr>
        <w:t>chủ động, trách nhiệm, gương mẫu triển khai các nhiệm vụ, giải pháp phù hợp với tình hình thực tiễn của chi bộ.</w:t>
      </w:r>
    </w:p>
    <w:p w:rsidR="002A762A" w:rsidRPr="00FF2F21" w:rsidRDefault="00E13122" w:rsidP="004D7A24">
      <w:pPr>
        <w:pStyle w:val="NormalWeb"/>
        <w:widowControl w:val="0"/>
        <w:snapToGrid w:val="0"/>
        <w:spacing w:before="40" w:beforeAutospacing="0" w:after="0" w:afterAutospacing="0"/>
        <w:ind w:firstLine="567"/>
        <w:jc w:val="both"/>
        <w:rPr>
          <w:sz w:val="28"/>
          <w:szCs w:val="28"/>
        </w:rPr>
      </w:pPr>
      <w:r w:rsidRPr="00FF2F21">
        <w:rPr>
          <w:sz w:val="28"/>
          <w:szCs w:val="28"/>
          <w:lang w:eastAsia="vi-VN" w:bidi="vi-VN"/>
        </w:rPr>
        <w:t>- T</w:t>
      </w:r>
      <w:r w:rsidR="002A762A" w:rsidRPr="00FF2F21">
        <w:rPr>
          <w:sz w:val="28"/>
          <w:szCs w:val="28"/>
          <w:lang w:val="vi-VN" w:eastAsia="vi-VN" w:bidi="vi-VN"/>
        </w:rPr>
        <w:t>hường xuyên rà soát, đánh giá kết quả thực hiện, kịp thời kiến nghị, đề xuất và chủ động phối h</w:t>
      </w:r>
      <w:r w:rsidRPr="00FF2F21">
        <w:rPr>
          <w:sz w:val="28"/>
          <w:szCs w:val="28"/>
          <w:lang w:eastAsia="vi-VN" w:bidi="vi-VN"/>
        </w:rPr>
        <w:t>ợ</w:t>
      </w:r>
      <w:r w:rsidR="002A762A" w:rsidRPr="00FF2F21">
        <w:rPr>
          <w:sz w:val="28"/>
          <w:szCs w:val="28"/>
          <w:lang w:val="vi-VN" w:eastAsia="vi-VN" w:bidi="vi-VN"/>
        </w:rPr>
        <w:t xml:space="preserve">p với các cơ quan, đơn vị liên quan trong giải quyết các nội dung khó khăn, vướng mắc, bất cập; tăng cường quán triệt, phát huy vai trò trách nhiệm của đảng viên, nhất là vai trò người đứng đầu trong thực hiện nhiệm vụ gắn với công tác đánh giá, xếp loại đảng viên theo quy định; định kỳ báo cáo kết quả thực hiện về </w:t>
      </w:r>
      <w:r w:rsidRPr="00FF2F21">
        <w:rPr>
          <w:sz w:val="28"/>
          <w:szCs w:val="28"/>
          <w:lang w:eastAsia="vi-VN" w:bidi="vi-VN"/>
        </w:rPr>
        <w:t xml:space="preserve">Ban Thường vụ </w:t>
      </w:r>
      <w:r w:rsidR="002A762A" w:rsidRPr="00FF2F21">
        <w:rPr>
          <w:sz w:val="28"/>
          <w:szCs w:val="28"/>
          <w:lang w:val="vi-VN" w:eastAsia="vi-VN" w:bidi="vi-VN"/>
        </w:rPr>
        <w:t xml:space="preserve">Đảng ủy </w:t>
      </w:r>
      <w:r w:rsidRPr="00FF2F21">
        <w:rPr>
          <w:sz w:val="28"/>
          <w:szCs w:val="28"/>
          <w:lang w:eastAsia="vi-VN" w:bidi="vi-VN"/>
        </w:rPr>
        <w:t>đảm bảo theo quy định</w:t>
      </w:r>
      <w:r w:rsidR="002A762A" w:rsidRPr="00FF2F21">
        <w:rPr>
          <w:sz w:val="28"/>
          <w:szCs w:val="28"/>
          <w:lang w:val="vi-VN" w:eastAsia="vi-VN" w:bidi="vi-VN"/>
        </w:rPr>
        <w:t>.</w:t>
      </w:r>
    </w:p>
    <w:p w:rsidR="00416345" w:rsidRPr="00FF2F21" w:rsidRDefault="00DB05BC" w:rsidP="004D7A24">
      <w:pPr>
        <w:spacing w:before="40" w:after="0" w:line="240" w:lineRule="auto"/>
        <w:ind w:firstLine="567"/>
        <w:jc w:val="both"/>
        <w:rPr>
          <w:rFonts w:cs="Times New Roman"/>
          <w:sz w:val="28"/>
          <w:szCs w:val="28"/>
        </w:rPr>
      </w:pPr>
      <w:r w:rsidRPr="00FF2F21">
        <w:rPr>
          <w:rFonts w:cs="Times New Roman"/>
          <w:sz w:val="28"/>
          <w:szCs w:val="28"/>
        </w:rPr>
        <w:t xml:space="preserve">Trong quá trình tổ chức thực hiện, nếu có khó khăn, vướng mắc, các </w:t>
      </w:r>
      <w:r w:rsidR="00E13122" w:rsidRPr="00FF2F21">
        <w:rPr>
          <w:rFonts w:cs="Times New Roman"/>
          <w:sz w:val="28"/>
          <w:szCs w:val="28"/>
        </w:rPr>
        <w:t xml:space="preserve">cấp ủy, </w:t>
      </w:r>
      <w:r w:rsidRPr="00FF2F21">
        <w:rPr>
          <w:rFonts w:cs="Times New Roman"/>
          <w:sz w:val="28"/>
          <w:szCs w:val="28"/>
        </w:rPr>
        <w:t xml:space="preserve">cơ quan, đơn vị kịp thời phản ánh về Ban </w:t>
      </w:r>
      <w:r w:rsidR="00594308" w:rsidRPr="00FF2F21">
        <w:rPr>
          <w:rFonts w:cs="Times New Roman"/>
          <w:sz w:val="28"/>
          <w:szCs w:val="28"/>
        </w:rPr>
        <w:t>Xây dựng Đảng Đảng ủy</w:t>
      </w:r>
      <w:r w:rsidRPr="00FF2F21">
        <w:rPr>
          <w:rFonts w:cs="Times New Roman"/>
          <w:sz w:val="28"/>
          <w:szCs w:val="28"/>
        </w:rPr>
        <w:t xml:space="preserve"> để chủ trì, phối hợp với Văn phòng </w:t>
      </w:r>
      <w:r w:rsidR="00594308" w:rsidRPr="00FF2F21">
        <w:rPr>
          <w:rFonts w:cs="Times New Roman"/>
          <w:sz w:val="28"/>
          <w:szCs w:val="28"/>
        </w:rPr>
        <w:t>Đảng</w:t>
      </w:r>
      <w:r w:rsidRPr="00FF2F21">
        <w:rPr>
          <w:rFonts w:cs="Times New Roman"/>
          <w:sz w:val="28"/>
          <w:szCs w:val="28"/>
        </w:rPr>
        <w:t xml:space="preserve"> ủy và các cơ quan liên quan tổng hợp, báo cáo Ban Thường vụ </w:t>
      </w:r>
      <w:r w:rsidR="00594308" w:rsidRPr="00FF2F21">
        <w:rPr>
          <w:rFonts w:cs="Times New Roman"/>
          <w:sz w:val="28"/>
          <w:szCs w:val="28"/>
        </w:rPr>
        <w:t>Đảng</w:t>
      </w:r>
      <w:r w:rsidRPr="00FF2F21">
        <w:rPr>
          <w:rFonts w:cs="Times New Roman"/>
          <w:sz w:val="28"/>
          <w:szCs w:val="28"/>
        </w:rPr>
        <w:t xml:space="preserve"> ủy xem xét, chỉ đạo</w:t>
      </w:r>
      <w:r w:rsidR="00D41897" w:rsidRPr="00FF2F21">
        <w:rPr>
          <w:rFonts w:cs="Times New Roman"/>
          <w:sz w:val="28"/>
          <w:szCs w:val="28"/>
        </w:rPr>
        <w:t>.</w:t>
      </w:r>
      <w:r w:rsidR="00416345" w:rsidRPr="00FF2F21">
        <w:rPr>
          <w:rFonts w:cs="Times New Roman"/>
          <w:sz w:val="28"/>
          <w:szCs w:val="28"/>
        </w:rPr>
        <w:t>/.</w:t>
      </w:r>
    </w:p>
    <w:p w:rsidR="00E03F87" w:rsidRPr="00FF2F21" w:rsidRDefault="00E03F87" w:rsidP="002872FE">
      <w:pPr>
        <w:spacing w:before="40" w:after="0" w:line="240" w:lineRule="auto"/>
        <w:ind w:firstLine="567"/>
        <w:jc w:val="both"/>
        <w:rPr>
          <w:rFonts w:cs="Times New Roman"/>
          <w:sz w:val="2"/>
          <w:szCs w:val="18"/>
        </w:rPr>
      </w:pPr>
    </w:p>
    <w:tbl>
      <w:tblPr>
        <w:tblStyle w:val="TableGrid"/>
        <w:tblW w:w="97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89"/>
        <w:gridCol w:w="4890"/>
      </w:tblGrid>
      <w:tr w:rsidR="00FF2F21" w:rsidRPr="00FF2F21" w:rsidTr="002D2B48">
        <w:trPr>
          <w:trHeight w:val="2369"/>
        </w:trPr>
        <w:tc>
          <w:tcPr>
            <w:tcW w:w="4889" w:type="dxa"/>
          </w:tcPr>
          <w:p w:rsidR="00594308" w:rsidRPr="00FF2F21" w:rsidRDefault="00594308" w:rsidP="00594308">
            <w:pPr>
              <w:rPr>
                <w:sz w:val="28"/>
                <w:u w:val="single"/>
              </w:rPr>
            </w:pPr>
            <w:r w:rsidRPr="00FF2F21">
              <w:rPr>
                <w:sz w:val="28"/>
                <w:u w:val="single"/>
              </w:rPr>
              <w:t>Nơi nhận:</w:t>
            </w:r>
          </w:p>
          <w:p w:rsidR="00594308" w:rsidRPr="00FF2F21" w:rsidRDefault="00E13122" w:rsidP="00594308">
            <w:pPr>
              <w:rPr>
                <w:sz w:val="24"/>
                <w:szCs w:val="24"/>
              </w:rPr>
            </w:pPr>
            <w:r w:rsidRPr="00FF2F21">
              <w:rPr>
                <w:noProof/>
                <w:sz w:val="24"/>
                <w:szCs w:val="24"/>
              </w:rPr>
              <mc:AlternateContent>
                <mc:Choice Requires="wps">
                  <w:drawing>
                    <wp:anchor distT="0" distB="0" distL="114300" distR="114300" simplePos="0" relativeHeight="251661312" behindDoc="0" locked="0" layoutInCell="1" allowOverlap="1">
                      <wp:simplePos x="0" y="0"/>
                      <wp:positionH relativeFrom="column">
                        <wp:posOffset>1737360</wp:posOffset>
                      </wp:positionH>
                      <wp:positionV relativeFrom="paragraph">
                        <wp:posOffset>19685</wp:posOffset>
                      </wp:positionV>
                      <wp:extent cx="9525" cy="504825"/>
                      <wp:effectExtent l="0" t="0" r="28575" b="28575"/>
                      <wp:wrapNone/>
                      <wp:docPr id="4" name="Straight Connector 4"/>
                      <wp:cNvGraphicFramePr/>
                      <a:graphic xmlns:a="http://schemas.openxmlformats.org/drawingml/2006/main">
                        <a:graphicData uri="http://schemas.microsoft.com/office/word/2010/wordprocessingShape">
                          <wps:wsp>
                            <wps:cNvCnPr/>
                            <wps:spPr>
                              <a:xfrm>
                                <a:off x="0" y="0"/>
                                <a:ext cx="9525" cy="504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937FDC3" id="Straight Connector 4"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36.8pt,1.55pt" to="137.55pt,4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" strokecolor="black [3040]"/>
                  </w:pict>
                </mc:Fallback>
              </mc:AlternateContent>
            </w:r>
            <w:r w:rsidR="00594308" w:rsidRPr="00FF2F21">
              <w:rPr>
                <w:sz w:val="24"/>
                <w:szCs w:val="24"/>
              </w:rPr>
              <w:t xml:space="preserve">- Ban </w:t>
            </w:r>
            <w:r w:rsidRPr="00FF2F21">
              <w:rPr>
                <w:sz w:val="24"/>
                <w:szCs w:val="24"/>
              </w:rPr>
              <w:t>Thường vụ</w:t>
            </w:r>
            <w:r w:rsidR="00594308" w:rsidRPr="00FF2F21">
              <w:rPr>
                <w:sz w:val="24"/>
                <w:szCs w:val="24"/>
              </w:rPr>
              <w:t xml:space="preserve"> Thành ủy,</w:t>
            </w:r>
          </w:p>
          <w:p w:rsidR="00594308" w:rsidRPr="00FF2F21" w:rsidRDefault="00594308" w:rsidP="00594308">
            <w:pPr>
              <w:tabs>
                <w:tab w:val="left" w:pos="2892"/>
              </w:tabs>
              <w:rPr>
                <w:sz w:val="24"/>
                <w:szCs w:val="24"/>
              </w:rPr>
            </w:pPr>
            <w:r w:rsidRPr="00FF2F21">
              <w:rPr>
                <w:sz w:val="24"/>
                <w:szCs w:val="24"/>
              </w:rPr>
              <w:t xml:space="preserve">- </w:t>
            </w:r>
            <w:r w:rsidR="00E13122" w:rsidRPr="00FF2F21">
              <w:rPr>
                <w:sz w:val="24"/>
                <w:szCs w:val="24"/>
              </w:rPr>
              <w:t>Các ban Đảng</w:t>
            </w:r>
            <w:r w:rsidRPr="00FF2F21">
              <w:rPr>
                <w:sz w:val="24"/>
                <w:szCs w:val="24"/>
              </w:rPr>
              <w:t xml:space="preserve"> Thành ủy,</w:t>
            </w:r>
            <w:r w:rsidRPr="00FF2F21">
              <w:rPr>
                <w:sz w:val="24"/>
                <w:szCs w:val="24"/>
              </w:rPr>
              <w:tab/>
            </w:r>
            <w:r w:rsidRPr="00FF2F21">
              <w:rPr>
                <w:i/>
                <w:sz w:val="24"/>
                <w:szCs w:val="24"/>
              </w:rPr>
              <w:t>(để báo cáo)</w:t>
            </w:r>
          </w:p>
          <w:p w:rsidR="00594308" w:rsidRPr="00FF2F21" w:rsidRDefault="00594308" w:rsidP="00594308">
            <w:pPr>
              <w:rPr>
                <w:sz w:val="24"/>
                <w:szCs w:val="24"/>
              </w:rPr>
            </w:pPr>
            <w:r w:rsidRPr="00FF2F21">
              <w:rPr>
                <w:sz w:val="24"/>
                <w:szCs w:val="24"/>
              </w:rPr>
              <w:t>- Thường trực Đảng ủy</w:t>
            </w:r>
            <w:r w:rsidR="00E13122" w:rsidRPr="00FF2F21">
              <w:rPr>
                <w:sz w:val="24"/>
                <w:szCs w:val="24"/>
              </w:rPr>
              <w:t xml:space="preserve"> xã</w:t>
            </w:r>
            <w:r w:rsidRPr="00FF2F21">
              <w:rPr>
                <w:sz w:val="24"/>
                <w:szCs w:val="24"/>
              </w:rPr>
              <w:t>,</w:t>
            </w:r>
          </w:p>
          <w:p w:rsidR="00E13122" w:rsidRPr="00FF2F21" w:rsidRDefault="00E13122" w:rsidP="00594308">
            <w:pPr>
              <w:rPr>
                <w:sz w:val="24"/>
                <w:szCs w:val="24"/>
              </w:rPr>
            </w:pPr>
            <w:r w:rsidRPr="00FF2F21">
              <w:rPr>
                <w:sz w:val="24"/>
                <w:szCs w:val="24"/>
              </w:rPr>
              <w:t>- Thường trực HĐND, UBND xã,</w:t>
            </w:r>
          </w:p>
          <w:p w:rsidR="00594308" w:rsidRPr="00FF2F21" w:rsidRDefault="00594308" w:rsidP="00594308">
            <w:pPr>
              <w:rPr>
                <w:sz w:val="24"/>
                <w:szCs w:val="24"/>
              </w:rPr>
            </w:pPr>
            <w:r w:rsidRPr="00FF2F21">
              <w:rPr>
                <w:sz w:val="24"/>
                <w:szCs w:val="24"/>
              </w:rPr>
              <w:t>- Ban Thường trực UBMTTQ xã,</w:t>
            </w:r>
          </w:p>
          <w:p w:rsidR="002D2B48" w:rsidRPr="00FF2F21" w:rsidRDefault="002D2B48" w:rsidP="00594308">
            <w:pPr>
              <w:rPr>
                <w:sz w:val="24"/>
                <w:szCs w:val="24"/>
              </w:rPr>
            </w:pPr>
            <w:r w:rsidRPr="00FF2F21">
              <w:rPr>
                <w:sz w:val="24"/>
                <w:szCs w:val="24"/>
              </w:rPr>
              <w:t>- Các phòng, ban, đơn vị thuộc xã,</w:t>
            </w:r>
          </w:p>
          <w:p w:rsidR="00594308" w:rsidRPr="00FF2F21" w:rsidRDefault="00594308" w:rsidP="00594308">
            <w:pPr>
              <w:rPr>
                <w:sz w:val="24"/>
                <w:szCs w:val="24"/>
              </w:rPr>
            </w:pPr>
            <w:r w:rsidRPr="00FF2F21">
              <w:rPr>
                <w:sz w:val="24"/>
                <w:szCs w:val="24"/>
              </w:rPr>
              <w:t xml:space="preserve">- Các </w:t>
            </w:r>
            <w:r w:rsidR="00631EE9" w:rsidRPr="00FF2F21">
              <w:rPr>
                <w:sz w:val="24"/>
                <w:szCs w:val="24"/>
                <w:lang w:val="vi-VN"/>
              </w:rPr>
              <w:t>đ</w:t>
            </w:r>
            <w:r w:rsidRPr="00FF2F21">
              <w:rPr>
                <w:sz w:val="24"/>
                <w:szCs w:val="24"/>
              </w:rPr>
              <w:t xml:space="preserve">ảng bộ, </w:t>
            </w:r>
            <w:r w:rsidR="00631EE9" w:rsidRPr="00FF2F21">
              <w:rPr>
                <w:sz w:val="24"/>
                <w:szCs w:val="24"/>
              </w:rPr>
              <w:t>c</w:t>
            </w:r>
            <w:r w:rsidRPr="00FF2F21">
              <w:rPr>
                <w:sz w:val="24"/>
                <w:szCs w:val="24"/>
              </w:rPr>
              <w:t>hi bộ trực thuộc</w:t>
            </w:r>
            <w:r w:rsidR="00E13122" w:rsidRPr="00FF2F21">
              <w:rPr>
                <w:sz w:val="24"/>
                <w:szCs w:val="24"/>
              </w:rPr>
              <w:t xml:space="preserve"> ĐU</w:t>
            </w:r>
            <w:r w:rsidRPr="00FF2F21">
              <w:rPr>
                <w:sz w:val="24"/>
                <w:szCs w:val="24"/>
              </w:rPr>
              <w:t>,</w:t>
            </w:r>
          </w:p>
          <w:p w:rsidR="00594308" w:rsidRPr="00FF2F21" w:rsidRDefault="00594308" w:rsidP="00594308">
            <w:pPr>
              <w:rPr>
                <w:sz w:val="28"/>
              </w:rPr>
            </w:pPr>
            <w:r w:rsidRPr="00FF2F21">
              <w:rPr>
                <w:sz w:val="24"/>
                <w:szCs w:val="24"/>
              </w:rPr>
              <w:t>- Lưu VPĐU.</w:t>
            </w:r>
          </w:p>
        </w:tc>
        <w:tc>
          <w:tcPr>
            <w:tcW w:w="4890" w:type="dxa"/>
          </w:tcPr>
          <w:p w:rsidR="00594308" w:rsidRPr="00FF2F21" w:rsidRDefault="00594308" w:rsidP="00B7494D">
            <w:pPr>
              <w:jc w:val="center"/>
              <w:rPr>
                <w:b/>
                <w:sz w:val="28"/>
              </w:rPr>
            </w:pPr>
            <w:r w:rsidRPr="00FF2F21">
              <w:rPr>
                <w:b/>
                <w:sz w:val="28"/>
              </w:rPr>
              <w:t>T/M BAN THƯỜNG VỤ</w:t>
            </w:r>
          </w:p>
          <w:p w:rsidR="00594308" w:rsidRPr="00FF2F21" w:rsidRDefault="00594308" w:rsidP="00B7494D">
            <w:pPr>
              <w:jc w:val="center"/>
              <w:rPr>
                <w:sz w:val="28"/>
              </w:rPr>
            </w:pPr>
            <w:r w:rsidRPr="00FF2F21">
              <w:rPr>
                <w:sz w:val="28"/>
              </w:rPr>
              <w:t>PHÓ BÍ THƯ THƯỜNG TRỰC</w:t>
            </w:r>
          </w:p>
          <w:p w:rsidR="00594308" w:rsidRPr="00FF2F21" w:rsidRDefault="00594308" w:rsidP="00B7494D">
            <w:pPr>
              <w:jc w:val="center"/>
              <w:rPr>
                <w:sz w:val="28"/>
              </w:rPr>
            </w:pPr>
          </w:p>
          <w:p w:rsidR="00594308" w:rsidRPr="00FF2F21" w:rsidRDefault="00594308" w:rsidP="00B7494D">
            <w:pPr>
              <w:jc w:val="center"/>
              <w:rPr>
                <w:b/>
                <w:sz w:val="28"/>
              </w:rPr>
            </w:pPr>
          </w:p>
          <w:p w:rsidR="00594308" w:rsidRPr="00FF2F21" w:rsidRDefault="00594308" w:rsidP="00B7494D">
            <w:pPr>
              <w:jc w:val="center"/>
              <w:rPr>
                <w:b/>
                <w:sz w:val="28"/>
              </w:rPr>
            </w:pPr>
          </w:p>
          <w:p w:rsidR="00594308" w:rsidRPr="00FF2F21" w:rsidRDefault="00594308" w:rsidP="00B7494D">
            <w:pPr>
              <w:jc w:val="center"/>
              <w:rPr>
                <w:b/>
                <w:sz w:val="28"/>
              </w:rPr>
            </w:pPr>
          </w:p>
          <w:p w:rsidR="00594308" w:rsidRPr="00FF2F21" w:rsidRDefault="00594308" w:rsidP="00B7494D">
            <w:pPr>
              <w:jc w:val="center"/>
              <w:rPr>
                <w:sz w:val="28"/>
              </w:rPr>
            </w:pPr>
            <w:r w:rsidRPr="00FF2F21">
              <w:rPr>
                <w:b/>
                <w:sz w:val="28"/>
              </w:rPr>
              <w:t>Trần Duyên Hải</w:t>
            </w:r>
          </w:p>
        </w:tc>
      </w:tr>
    </w:tbl>
    <w:tbl>
      <w:tblPr>
        <w:tblW w:w="0" w:type="auto"/>
        <w:jc w:val="center"/>
        <w:tblLayout w:type="fixed"/>
        <w:tblLook w:val="04A0" w:firstRow="1" w:lastRow="0" w:firstColumn="1" w:lastColumn="0" w:noHBand="0" w:noVBand="1"/>
      </w:tblPr>
      <w:tblGrid>
        <w:gridCol w:w="4702"/>
        <w:gridCol w:w="4702"/>
      </w:tblGrid>
      <w:tr w:rsidR="00ED7EE5" w:rsidRPr="00FF2F21">
        <w:trPr>
          <w:jc w:val="center"/>
        </w:trPr>
        <w:tc>
          <w:tcPr>
            <w:tcW w:w="4702" w:type="dxa"/>
            <w:tcBorders>
              <w:top w:val="nil"/>
              <w:left w:val="nil"/>
              <w:bottom w:val="nil"/>
              <w:right w:val="nil"/>
            </w:tcBorders>
          </w:tcPr>
          <w:p w:rsidR="004C214D" w:rsidRPr="00FF2F21" w:rsidRDefault="004C214D">
            <w:pPr>
              <w:rPr>
                <w:sz w:val="28"/>
                <w:szCs w:val="28"/>
              </w:rPr>
            </w:pPr>
          </w:p>
        </w:tc>
        <w:tc>
          <w:tcPr>
            <w:tcW w:w="4702" w:type="dxa"/>
            <w:tcBorders>
              <w:top w:val="nil"/>
              <w:left w:val="nil"/>
              <w:bottom w:val="nil"/>
              <w:right w:val="nil"/>
            </w:tcBorders>
          </w:tcPr>
          <w:p w:rsidR="004C214D" w:rsidRPr="00FF2F21" w:rsidRDefault="004C214D">
            <w:pPr>
              <w:jc w:val="center"/>
              <w:rPr>
                <w:sz w:val="28"/>
                <w:szCs w:val="28"/>
              </w:rPr>
            </w:pPr>
          </w:p>
        </w:tc>
      </w:tr>
    </w:tbl>
    <w:p w:rsidR="003D04E0" w:rsidRPr="00FF2F21" w:rsidRDefault="003D04E0"/>
    <w:sectPr w:rsidR="003D04E0" w:rsidRPr="00FF2F21" w:rsidSect="0072777E">
      <w:headerReference w:type="default" r:id="rId8"/>
      <w:pgSz w:w="12240" w:h="15840"/>
      <w:pgMar w:top="1077" w:right="851" w:bottom="907" w:left="1701" w:header="397"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0AC7" w:rsidRDefault="003F0AC7" w:rsidP="0001525C">
      <w:pPr>
        <w:spacing w:after="0" w:line="240" w:lineRule="auto"/>
      </w:pPr>
      <w:r>
        <w:separator/>
      </w:r>
    </w:p>
  </w:endnote>
  <w:endnote w:type="continuationSeparator" w:id="0">
    <w:p w:rsidR="003F0AC7" w:rsidRDefault="003F0AC7" w:rsidP="000152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0AC7" w:rsidRDefault="003F0AC7" w:rsidP="0001525C">
      <w:pPr>
        <w:spacing w:after="0" w:line="240" w:lineRule="auto"/>
      </w:pPr>
      <w:r>
        <w:separator/>
      </w:r>
    </w:p>
  </w:footnote>
  <w:footnote w:type="continuationSeparator" w:id="0">
    <w:p w:rsidR="003F0AC7" w:rsidRDefault="003F0AC7" w:rsidP="0001525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8614925"/>
      <w:docPartObj>
        <w:docPartGallery w:val="Page Numbers (Top of Page)"/>
        <w:docPartUnique/>
      </w:docPartObj>
    </w:sdtPr>
    <w:sdtEndPr>
      <w:rPr>
        <w:noProof/>
      </w:rPr>
    </w:sdtEndPr>
    <w:sdtContent>
      <w:p w:rsidR="00B82F54" w:rsidRDefault="00B82F54">
        <w:pPr>
          <w:pStyle w:val="Header"/>
          <w:jc w:val="center"/>
        </w:pPr>
        <w:r>
          <w:fldChar w:fldCharType="begin"/>
        </w:r>
        <w:r>
          <w:instrText xml:space="preserve"> PAGE   \* MERGEFORMAT </w:instrText>
        </w:r>
        <w:r>
          <w:fldChar w:fldCharType="separate"/>
        </w:r>
        <w:r w:rsidR="00412ACE">
          <w:rPr>
            <w:noProof/>
          </w:rPr>
          <w:t>11</w:t>
        </w:r>
        <w:r>
          <w:rPr>
            <w:noProof/>
          </w:rPr>
          <w:fldChar w:fldCharType="end"/>
        </w:r>
      </w:p>
    </w:sdtContent>
  </w:sdt>
  <w:p w:rsidR="00B82F54" w:rsidRDefault="00B82F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3EA63AB"/>
    <w:multiLevelType w:val="hybridMultilevel"/>
    <w:tmpl w:val="B5946A20"/>
    <w:lvl w:ilvl="0" w:tplc="AA18D624">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3990D23"/>
    <w:multiLevelType w:val="hybridMultilevel"/>
    <w:tmpl w:val="E8DAB49C"/>
    <w:lvl w:ilvl="0" w:tplc="0DE8FD3E">
      <w:start w:val="6"/>
      <w:numFmt w:val="bullet"/>
      <w:lvlText w:val="-"/>
      <w:lvlJc w:val="left"/>
      <w:pPr>
        <w:ind w:left="252" w:hanging="360"/>
      </w:pPr>
      <w:rPr>
        <w:rFonts w:ascii="Times New Roman" w:eastAsia="Times New Roman" w:hAnsi="Times New Roman" w:cs="Times New Roman" w:hint="default"/>
      </w:rPr>
    </w:lvl>
    <w:lvl w:ilvl="1" w:tplc="04090003" w:tentative="1">
      <w:start w:val="1"/>
      <w:numFmt w:val="bullet"/>
      <w:lvlText w:val="o"/>
      <w:lvlJc w:val="left"/>
      <w:pPr>
        <w:ind w:left="972" w:hanging="360"/>
      </w:pPr>
      <w:rPr>
        <w:rFonts w:ascii="Courier New" w:hAnsi="Courier New" w:cs="Courier New" w:hint="default"/>
      </w:rPr>
    </w:lvl>
    <w:lvl w:ilvl="2" w:tplc="04090005" w:tentative="1">
      <w:start w:val="1"/>
      <w:numFmt w:val="bullet"/>
      <w:lvlText w:val=""/>
      <w:lvlJc w:val="left"/>
      <w:pPr>
        <w:ind w:left="1692" w:hanging="360"/>
      </w:pPr>
      <w:rPr>
        <w:rFonts w:ascii="Wingdings" w:hAnsi="Wingdings" w:hint="default"/>
      </w:rPr>
    </w:lvl>
    <w:lvl w:ilvl="3" w:tplc="04090001" w:tentative="1">
      <w:start w:val="1"/>
      <w:numFmt w:val="bullet"/>
      <w:lvlText w:val=""/>
      <w:lvlJc w:val="left"/>
      <w:pPr>
        <w:ind w:left="2412" w:hanging="360"/>
      </w:pPr>
      <w:rPr>
        <w:rFonts w:ascii="Symbol" w:hAnsi="Symbol" w:hint="default"/>
      </w:rPr>
    </w:lvl>
    <w:lvl w:ilvl="4" w:tplc="04090003" w:tentative="1">
      <w:start w:val="1"/>
      <w:numFmt w:val="bullet"/>
      <w:lvlText w:val="o"/>
      <w:lvlJc w:val="left"/>
      <w:pPr>
        <w:ind w:left="3132" w:hanging="360"/>
      </w:pPr>
      <w:rPr>
        <w:rFonts w:ascii="Courier New" w:hAnsi="Courier New" w:cs="Courier New" w:hint="default"/>
      </w:rPr>
    </w:lvl>
    <w:lvl w:ilvl="5" w:tplc="04090005" w:tentative="1">
      <w:start w:val="1"/>
      <w:numFmt w:val="bullet"/>
      <w:lvlText w:val=""/>
      <w:lvlJc w:val="left"/>
      <w:pPr>
        <w:ind w:left="3852" w:hanging="360"/>
      </w:pPr>
      <w:rPr>
        <w:rFonts w:ascii="Wingdings" w:hAnsi="Wingdings" w:hint="default"/>
      </w:rPr>
    </w:lvl>
    <w:lvl w:ilvl="6" w:tplc="04090001" w:tentative="1">
      <w:start w:val="1"/>
      <w:numFmt w:val="bullet"/>
      <w:lvlText w:val=""/>
      <w:lvlJc w:val="left"/>
      <w:pPr>
        <w:ind w:left="4572" w:hanging="360"/>
      </w:pPr>
      <w:rPr>
        <w:rFonts w:ascii="Symbol" w:hAnsi="Symbol" w:hint="default"/>
      </w:rPr>
    </w:lvl>
    <w:lvl w:ilvl="7" w:tplc="04090003" w:tentative="1">
      <w:start w:val="1"/>
      <w:numFmt w:val="bullet"/>
      <w:lvlText w:val="o"/>
      <w:lvlJc w:val="left"/>
      <w:pPr>
        <w:ind w:left="5292" w:hanging="360"/>
      </w:pPr>
      <w:rPr>
        <w:rFonts w:ascii="Courier New" w:hAnsi="Courier New" w:cs="Courier New" w:hint="default"/>
      </w:rPr>
    </w:lvl>
    <w:lvl w:ilvl="8" w:tplc="04090005" w:tentative="1">
      <w:start w:val="1"/>
      <w:numFmt w:val="bullet"/>
      <w:lvlText w:val=""/>
      <w:lvlJc w:val="left"/>
      <w:pPr>
        <w:ind w:left="6012" w:hanging="360"/>
      </w:pPr>
      <w:rPr>
        <w:rFonts w:ascii="Wingdings" w:hAnsi="Wingdings" w:hint="default"/>
      </w:rPr>
    </w:lvl>
  </w:abstractNum>
  <w:abstractNum w:abstractNumId="11" w15:restartNumberingAfterBreak="0">
    <w:nsid w:val="1F820283"/>
    <w:multiLevelType w:val="hybridMultilevel"/>
    <w:tmpl w:val="FC4472C6"/>
    <w:lvl w:ilvl="0" w:tplc="7BA26062">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1D239F"/>
    <w:multiLevelType w:val="multilevel"/>
    <w:tmpl w:val="682E4D6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BB37E54"/>
    <w:multiLevelType w:val="multilevel"/>
    <w:tmpl w:val="621E90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6"/>
        <w:szCs w:val="26"/>
        <w:u w:val="none"/>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92D6548"/>
    <w:multiLevelType w:val="multilevel"/>
    <w:tmpl w:val="82EE5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 w:numId="10">
    <w:abstractNumId w:val="14"/>
  </w:num>
  <w:num w:numId="11">
    <w:abstractNumId w:val="11"/>
  </w:num>
  <w:num w:numId="12">
    <w:abstractNumId w:val="10"/>
  </w:num>
  <w:num w:numId="13">
    <w:abstractNumId w:val="9"/>
  </w:num>
  <w:num w:numId="14">
    <w:abstractNumId w:val="12"/>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30"/>
    <w:rsid w:val="000037D1"/>
    <w:rsid w:val="0001525C"/>
    <w:rsid w:val="00026791"/>
    <w:rsid w:val="00034616"/>
    <w:rsid w:val="00034792"/>
    <w:rsid w:val="00034910"/>
    <w:rsid w:val="00040AF1"/>
    <w:rsid w:val="00050A1A"/>
    <w:rsid w:val="0006063C"/>
    <w:rsid w:val="00082175"/>
    <w:rsid w:val="00083F6F"/>
    <w:rsid w:val="00087645"/>
    <w:rsid w:val="00087CEF"/>
    <w:rsid w:val="00091701"/>
    <w:rsid w:val="00094A57"/>
    <w:rsid w:val="000B4E81"/>
    <w:rsid w:val="000C65D6"/>
    <w:rsid w:val="000C6FB6"/>
    <w:rsid w:val="000D16A8"/>
    <w:rsid w:val="000D1BC9"/>
    <w:rsid w:val="000E4BA5"/>
    <w:rsid w:val="000F227A"/>
    <w:rsid w:val="00115CAE"/>
    <w:rsid w:val="00117241"/>
    <w:rsid w:val="001337F8"/>
    <w:rsid w:val="00141978"/>
    <w:rsid w:val="00142EF0"/>
    <w:rsid w:val="0015074B"/>
    <w:rsid w:val="00152861"/>
    <w:rsid w:val="0015381A"/>
    <w:rsid w:val="0015703A"/>
    <w:rsid w:val="00163E15"/>
    <w:rsid w:val="00173121"/>
    <w:rsid w:val="00182D47"/>
    <w:rsid w:val="00185018"/>
    <w:rsid w:val="00192848"/>
    <w:rsid w:val="00195EDF"/>
    <w:rsid w:val="001A2FEC"/>
    <w:rsid w:val="001A7E87"/>
    <w:rsid w:val="001C0C51"/>
    <w:rsid w:val="001E1BB3"/>
    <w:rsid w:val="00207E33"/>
    <w:rsid w:val="00211C46"/>
    <w:rsid w:val="0021211D"/>
    <w:rsid w:val="00215A8B"/>
    <w:rsid w:val="00230F7D"/>
    <w:rsid w:val="002468C4"/>
    <w:rsid w:val="002532CA"/>
    <w:rsid w:val="002564F6"/>
    <w:rsid w:val="002606D6"/>
    <w:rsid w:val="0028295E"/>
    <w:rsid w:val="00282C88"/>
    <w:rsid w:val="002872FE"/>
    <w:rsid w:val="0029639D"/>
    <w:rsid w:val="002A2058"/>
    <w:rsid w:val="002A762A"/>
    <w:rsid w:val="002B1ACB"/>
    <w:rsid w:val="002B1B58"/>
    <w:rsid w:val="002B3A5B"/>
    <w:rsid w:val="002C6C94"/>
    <w:rsid w:val="002D2B48"/>
    <w:rsid w:val="003246B2"/>
    <w:rsid w:val="003267F2"/>
    <w:rsid w:val="00326F90"/>
    <w:rsid w:val="003272B6"/>
    <w:rsid w:val="00344474"/>
    <w:rsid w:val="00346B07"/>
    <w:rsid w:val="00352C15"/>
    <w:rsid w:val="00354848"/>
    <w:rsid w:val="00362CB3"/>
    <w:rsid w:val="003651F5"/>
    <w:rsid w:val="003758DD"/>
    <w:rsid w:val="00376D1D"/>
    <w:rsid w:val="003A52D6"/>
    <w:rsid w:val="003D04E0"/>
    <w:rsid w:val="003D5E67"/>
    <w:rsid w:val="003D6E51"/>
    <w:rsid w:val="003E17D6"/>
    <w:rsid w:val="003E79AC"/>
    <w:rsid w:val="003F0AC7"/>
    <w:rsid w:val="003F0E99"/>
    <w:rsid w:val="0040753E"/>
    <w:rsid w:val="00412849"/>
    <w:rsid w:val="00412ACE"/>
    <w:rsid w:val="00416345"/>
    <w:rsid w:val="00416864"/>
    <w:rsid w:val="004354CE"/>
    <w:rsid w:val="00447822"/>
    <w:rsid w:val="0048058C"/>
    <w:rsid w:val="00481BDA"/>
    <w:rsid w:val="004B0741"/>
    <w:rsid w:val="004C2064"/>
    <w:rsid w:val="004C214D"/>
    <w:rsid w:val="004C6AF0"/>
    <w:rsid w:val="004D7A24"/>
    <w:rsid w:val="004F086B"/>
    <w:rsid w:val="005006C0"/>
    <w:rsid w:val="005168ED"/>
    <w:rsid w:val="00544B0C"/>
    <w:rsid w:val="00546DA7"/>
    <w:rsid w:val="00552350"/>
    <w:rsid w:val="0056037F"/>
    <w:rsid w:val="0058702F"/>
    <w:rsid w:val="00594308"/>
    <w:rsid w:val="005979CD"/>
    <w:rsid w:val="005A393F"/>
    <w:rsid w:val="005B0E4F"/>
    <w:rsid w:val="005B2AF1"/>
    <w:rsid w:val="005D417F"/>
    <w:rsid w:val="005E7AD9"/>
    <w:rsid w:val="006019D1"/>
    <w:rsid w:val="00622103"/>
    <w:rsid w:val="00622353"/>
    <w:rsid w:val="00622858"/>
    <w:rsid w:val="0063033F"/>
    <w:rsid w:val="00631EE9"/>
    <w:rsid w:val="00654FDB"/>
    <w:rsid w:val="00667C61"/>
    <w:rsid w:val="006800B6"/>
    <w:rsid w:val="00684B07"/>
    <w:rsid w:val="006A0FF5"/>
    <w:rsid w:val="006A500A"/>
    <w:rsid w:val="006A5065"/>
    <w:rsid w:val="006B0195"/>
    <w:rsid w:val="006D0421"/>
    <w:rsid w:val="006E51DC"/>
    <w:rsid w:val="00714510"/>
    <w:rsid w:val="00720109"/>
    <w:rsid w:val="00720D93"/>
    <w:rsid w:val="007218E9"/>
    <w:rsid w:val="0072777E"/>
    <w:rsid w:val="00737B29"/>
    <w:rsid w:val="00747069"/>
    <w:rsid w:val="00756BCE"/>
    <w:rsid w:val="00757E71"/>
    <w:rsid w:val="00772008"/>
    <w:rsid w:val="007807B8"/>
    <w:rsid w:val="00786995"/>
    <w:rsid w:val="007D429D"/>
    <w:rsid w:val="007E6FD7"/>
    <w:rsid w:val="007F0EFE"/>
    <w:rsid w:val="00814965"/>
    <w:rsid w:val="00832966"/>
    <w:rsid w:val="00881B9D"/>
    <w:rsid w:val="00883792"/>
    <w:rsid w:val="008A538C"/>
    <w:rsid w:val="008C43A3"/>
    <w:rsid w:val="008D7360"/>
    <w:rsid w:val="008F2121"/>
    <w:rsid w:val="00913496"/>
    <w:rsid w:val="00953A4A"/>
    <w:rsid w:val="0096416D"/>
    <w:rsid w:val="0097690E"/>
    <w:rsid w:val="00985C43"/>
    <w:rsid w:val="0098788A"/>
    <w:rsid w:val="00990793"/>
    <w:rsid w:val="00991AF8"/>
    <w:rsid w:val="009B0C11"/>
    <w:rsid w:val="009B15FD"/>
    <w:rsid w:val="009B341B"/>
    <w:rsid w:val="009B3650"/>
    <w:rsid w:val="009E13A6"/>
    <w:rsid w:val="009E497E"/>
    <w:rsid w:val="009F5066"/>
    <w:rsid w:val="00A00AC7"/>
    <w:rsid w:val="00A011D8"/>
    <w:rsid w:val="00A126EB"/>
    <w:rsid w:val="00A13ED3"/>
    <w:rsid w:val="00A16A6D"/>
    <w:rsid w:val="00A25FD0"/>
    <w:rsid w:val="00A35678"/>
    <w:rsid w:val="00A356E2"/>
    <w:rsid w:val="00A53566"/>
    <w:rsid w:val="00A62D38"/>
    <w:rsid w:val="00A67645"/>
    <w:rsid w:val="00A73442"/>
    <w:rsid w:val="00A8495D"/>
    <w:rsid w:val="00AA1D8D"/>
    <w:rsid w:val="00AE02CD"/>
    <w:rsid w:val="00AF3411"/>
    <w:rsid w:val="00AF46CE"/>
    <w:rsid w:val="00B24D8C"/>
    <w:rsid w:val="00B258A2"/>
    <w:rsid w:val="00B33EB3"/>
    <w:rsid w:val="00B41B2F"/>
    <w:rsid w:val="00B47730"/>
    <w:rsid w:val="00B47E4C"/>
    <w:rsid w:val="00B51E98"/>
    <w:rsid w:val="00B55FB5"/>
    <w:rsid w:val="00B5783F"/>
    <w:rsid w:val="00B74130"/>
    <w:rsid w:val="00B7494D"/>
    <w:rsid w:val="00B82F54"/>
    <w:rsid w:val="00BB4B55"/>
    <w:rsid w:val="00BB5DF2"/>
    <w:rsid w:val="00BD2C8C"/>
    <w:rsid w:val="00BE69EA"/>
    <w:rsid w:val="00BF38A5"/>
    <w:rsid w:val="00C15D97"/>
    <w:rsid w:val="00C176F4"/>
    <w:rsid w:val="00C26E26"/>
    <w:rsid w:val="00C35829"/>
    <w:rsid w:val="00C91C19"/>
    <w:rsid w:val="00C92D95"/>
    <w:rsid w:val="00CA1CBA"/>
    <w:rsid w:val="00CA68D6"/>
    <w:rsid w:val="00CA69D0"/>
    <w:rsid w:val="00CB0664"/>
    <w:rsid w:val="00CB4DC8"/>
    <w:rsid w:val="00CB666B"/>
    <w:rsid w:val="00CD53E8"/>
    <w:rsid w:val="00CE1922"/>
    <w:rsid w:val="00CF42CE"/>
    <w:rsid w:val="00CF7B0E"/>
    <w:rsid w:val="00D037D0"/>
    <w:rsid w:val="00D145A2"/>
    <w:rsid w:val="00D230E1"/>
    <w:rsid w:val="00D41897"/>
    <w:rsid w:val="00D568F1"/>
    <w:rsid w:val="00D67F73"/>
    <w:rsid w:val="00D76BCE"/>
    <w:rsid w:val="00D90870"/>
    <w:rsid w:val="00D96F30"/>
    <w:rsid w:val="00D97750"/>
    <w:rsid w:val="00DA5D85"/>
    <w:rsid w:val="00DA71CC"/>
    <w:rsid w:val="00DB05BC"/>
    <w:rsid w:val="00DB7CC2"/>
    <w:rsid w:val="00DF22A4"/>
    <w:rsid w:val="00DF7113"/>
    <w:rsid w:val="00E012A6"/>
    <w:rsid w:val="00E03F87"/>
    <w:rsid w:val="00E13122"/>
    <w:rsid w:val="00E22907"/>
    <w:rsid w:val="00E37DAD"/>
    <w:rsid w:val="00E52D2F"/>
    <w:rsid w:val="00E52EA1"/>
    <w:rsid w:val="00E61985"/>
    <w:rsid w:val="00E7000C"/>
    <w:rsid w:val="00E71966"/>
    <w:rsid w:val="00E83DF6"/>
    <w:rsid w:val="00E91E45"/>
    <w:rsid w:val="00E9393C"/>
    <w:rsid w:val="00E94D86"/>
    <w:rsid w:val="00EA1175"/>
    <w:rsid w:val="00EA4779"/>
    <w:rsid w:val="00EB2D74"/>
    <w:rsid w:val="00EB4634"/>
    <w:rsid w:val="00ED4E5F"/>
    <w:rsid w:val="00ED5360"/>
    <w:rsid w:val="00ED5EDF"/>
    <w:rsid w:val="00ED7EE5"/>
    <w:rsid w:val="00EE3279"/>
    <w:rsid w:val="00EF7DA2"/>
    <w:rsid w:val="00F1458B"/>
    <w:rsid w:val="00F420FD"/>
    <w:rsid w:val="00F42ED1"/>
    <w:rsid w:val="00F62411"/>
    <w:rsid w:val="00F700C8"/>
    <w:rsid w:val="00F72A55"/>
    <w:rsid w:val="00F75BB1"/>
    <w:rsid w:val="00F767A1"/>
    <w:rsid w:val="00F8486E"/>
    <w:rsid w:val="00F96B4C"/>
    <w:rsid w:val="00FC0C9C"/>
    <w:rsid w:val="00FC2A59"/>
    <w:rsid w:val="00FC693F"/>
    <w:rsid w:val="00FF2F21"/>
    <w:rsid w:val="00FF4864"/>
    <w:rsid w:val="00FF5FA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4985D4E"/>
  <w14:defaultImageDpi w14:val="300"/>
  <w15:docId w15:val="{837B3CBE-5832-4529-A846-FE239D444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693F"/>
    <w:rPr>
      <w:rFonts w:ascii="Times New Roman" w:eastAsia="Times New Roman" w:hAnsi="Times New Roman"/>
      <w:sz w:val="26"/>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3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ormalWeb">
    <w:name w:val="Normal (Web)"/>
    <w:basedOn w:val="Normal"/>
    <w:uiPriority w:val="99"/>
    <w:unhideWhenUsed/>
    <w:rsid w:val="00544B0C"/>
    <w:pPr>
      <w:spacing w:before="100" w:beforeAutospacing="1" w:after="100" w:afterAutospacing="1" w:line="240" w:lineRule="auto"/>
    </w:pPr>
    <w:rPr>
      <w:rFonts w:cs="Times New Roman"/>
      <w:sz w:val="24"/>
      <w:szCs w:val="24"/>
    </w:rPr>
  </w:style>
  <w:style w:type="character" w:customStyle="1" w:styleId="fontstyle01">
    <w:name w:val="fontstyle01"/>
    <w:basedOn w:val="DefaultParagraphFont"/>
    <w:rsid w:val="00E71966"/>
    <w:rPr>
      <w:rFonts w:ascii="TimesNewRomanPSMT" w:hAnsi="TimesNewRomanPSMT" w:hint="default"/>
      <w:b w:val="0"/>
      <w:bCs w:val="0"/>
      <w:i w:val="0"/>
      <w:iCs w:val="0"/>
      <w:color w:val="000000"/>
      <w:sz w:val="28"/>
      <w:szCs w:val="28"/>
    </w:rPr>
  </w:style>
  <w:style w:type="character" w:customStyle="1" w:styleId="text">
    <w:name w:val="text"/>
    <w:rsid w:val="00344474"/>
  </w:style>
  <w:style w:type="character" w:customStyle="1" w:styleId="Vnbnnidung2">
    <w:name w:val="Văn bản nội dung (2)_"/>
    <w:basedOn w:val="DefaultParagraphFont"/>
    <w:link w:val="Vnbnnidung20"/>
    <w:rsid w:val="003F0E99"/>
    <w:rPr>
      <w:rFonts w:ascii="Times New Roman" w:eastAsia="Times New Roman" w:hAnsi="Times New Roman" w:cs="Times New Roman"/>
      <w:sz w:val="26"/>
      <w:szCs w:val="26"/>
      <w:shd w:val="clear" w:color="auto" w:fill="FFFFFF"/>
    </w:rPr>
  </w:style>
  <w:style w:type="paragraph" w:customStyle="1" w:styleId="Vnbnnidung20">
    <w:name w:val="Văn bản nội dung (2)"/>
    <w:basedOn w:val="Normal"/>
    <w:link w:val="Vnbnnidung2"/>
    <w:rsid w:val="003F0E99"/>
    <w:pPr>
      <w:widowControl w:val="0"/>
      <w:shd w:val="clear" w:color="auto" w:fill="FFFFFF"/>
      <w:spacing w:before="480" w:after="0" w:line="367" w:lineRule="exact"/>
      <w:jc w:val="both"/>
    </w:pPr>
    <w:rPr>
      <w:rFonts w:cs="Times New Roman"/>
      <w:szCs w:val="26"/>
    </w:rPr>
  </w:style>
  <w:style w:type="character" w:customStyle="1" w:styleId="Vnbnnidung2Innghing">
    <w:name w:val="Văn bản nội dung (2) + In nghiêng"/>
    <w:basedOn w:val="Vnbnnidung2"/>
    <w:rsid w:val="003F0E99"/>
    <w:rPr>
      <w:rFonts w:ascii="Times New Roman" w:eastAsia="Times New Roman" w:hAnsi="Times New Roman" w:cs="Times New Roman"/>
      <w:b w:val="0"/>
      <w:bCs w:val="0"/>
      <w:i/>
      <w:iCs/>
      <w:smallCaps w:val="0"/>
      <w:strike w:val="0"/>
      <w:color w:val="000000"/>
      <w:spacing w:val="0"/>
      <w:w w:val="100"/>
      <w:position w:val="0"/>
      <w:sz w:val="26"/>
      <w:szCs w:val="26"/>
      <w:u w:val="none"/>
      <w:shd w:val="clear" w:color="auto" w:fill="FFFFFF"/>
      <w:lang w:val="vi-VN" w:eastAsia="vi-VN" w:bidi="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5733">
      <w:bodyDiv w:val="1"/>
      <w:marLeft w:val="0"/>
      <w:marRight w:val="0"/>
      <w:marTop w:val="0"/>
      <w:marBottom w:val="0"/>
      <w:divBdr>
        <w:top w:val="none" w:sz="0" w:space="0" w:color="auto"/>
        <w:left w:val="none" w:sz="0" w:space="0" w:color="auto"/>
        <w:bottom w:val="none" w:sz="0" w:space="0" w:color="auto"/>
        <w:right w:val="none" w:sz="0" w:space="0" w:color="auto"/>
      </w:divBdr>
    </w:div>
    <w:div w:id="31685950">
      <w:bodyDiv w:val="1"/>
      <w:marLeft w:val="0"/>
      <w:marRight w:val="0"/>
      <w:marTop w:val="0"/>
      <w:marBottom w:val="0"/>
      <w:divBdr>
        <w:top w:val="none" w:sz="0" w:space="0" w:color="auto"/>
        <w:left w:val="none" w:sz="0" w:space="0" w:color="auto"/>
        <w:bottom w:val="none" w:sz="0" w:space="0" w:color="auto"/>
        <w:right w:val="none" w:sz="0" w:space="0" w:color="auto"/>
      </w:divBdr>
    </w:div>
    <w:div w:id="54789965">
      <w:bodyDiv w:val="1"/>
      <w:marLeft w:val="0"/>
      <w:marRight w:val="0"/>
      <w:marTop w:val="0"/>
      <w:marBottom w:val="0"/>
      <w:divBdr>
        <w:top w:val="none" w:sz="0" w:space="0" w:color="auto"/>
        <w:left w:val="none" w:sz="0" w:space="0" w:color="auto"/>
        <w:bottom w:val="none" w:sz="0" w:space="0" w:color="auto"/>
        <w:right w:val="none" w:sz="0" w:space="0" w:color="auto"/>
      </w:divBdr>
    </w:div>
    <w:div w:id="162207131">
      <w:bodyDiv w:val="1"/>
      <w:marLeft w:val="0"/>
      <w:marRight w:val="0"/>
      <w:marTop w:val="0"/>
      <w:marBottom w:val="0"/>
      <w:divBdr>
        <w:top w:val="none" w:sz="0" w:space="0" w:color="auto"/>
        <w:left w:val="none" w:sz="0" w:space="0" w:color="auto"/>
        <w:bottom w:val="none" w:sz="0" w:space="0" w:color="auto"/>
        <w:right w:val="none" w:sz="0" w:space="0" w:color="auto"/>
      </w:divBdr>
    </w:div>
    <w:div w:id="249779424">
      <w:bodyDiv w:val="1"/>
      <w:marLeft w:val="0"/>
      <w:marRight w:val="0"/>
      <w:marTop w:val="0"/>
      <w:marBottom w:val="0"/>
      <w:divBdr>
        <w:top w:val="none" w:sz="0" w:space="0" w:color="auto"/>
        <w:left w:val="none" w:sz="0" w:space="0" w:color="auto"/>
        <w:bottom w:val="none" w:sz="0" w:space="0" w:color="auto"/>
        <w:right w:val="none" w:sz="0" w:space="0" w:color="auto"/>
      </w:divBdr>
    </w:div>
    <w:div w:id="370425413">
      <w:bodyDiv w:val="1"/>
      <w:marLeft w:val="0"/>
      <w:marRight w:val="0"/>
      <w:marTop w:val="0"/>
      <w:marBottom w:val="0"/>
      <w:divBdr>
        <w:top w:val="none" w:sz="0" w:space="0" w:color="auto"/>
        <w:left w:val="none" w:sz="0" w:space="0" w:color="auto"/>
        <w:bottom w:val="none" w:sz="0" w:space="0" w:color="auto"/>
        <w:right w:val="none" w:sz="0" w:space="0" w:color="auto"/>
      </w:divBdr>
    </w:div>
    <w:div w:id="539363037">
      <w:bodyDiv w:val="1"/>
      <w:marLeft w:val="0"/>
      <w:marRight w:val="0"/>
      <w:marTop w:val="0"/>
      <w:marBottom w:val="0"/>
      <w:divBdr>
        <w:top w:val="none" w:sz="0" w:space="0" w:color="auto"/>
        <w:left w:val="none" w:sz="0" w:space="0" w:color="auto"/>
        <w:bottom w:val="none" w:sz="0" w:space="0" w:color="auto"/>
        <w:right w:val="none" w:sz="0" w:space="0" w:color="auto"/>
      </w:divBdr>
    </w:div>
    <w:div w:id="1220898607">
      <w:bodyDiv w:val="1"/>
      <w:marLeft w:val="0"/>
      <w:marRight w:val="0"/>
      <w:marTop w:val="0"/>
      <w:marBottom w:val="0"/>
      <w:divBdr>
        <w:top w:val="none" w:sz="0" w:space="0" w:color="auto"/>
        <w:left w:val="none" w:sz="0" w:space="0" w:color="auto"/>
        <w:bottom w:val="none" w:sz="0" w:space="0" w:color="auto"/>
        <w:right w:val="none" w:sz="0" w:space="0" w:color="auto"/>
      </w:divBdr>
    </w:div>
    <w:div w:id="1227450953">
      <w:bodyDiv w:val="1"/>
      <w:marLeft w:val="0"/>
      <w:marRight w:val="0"/>
      <w:marTop w:val="0"/>
      <w:marBottom w:val="0"/>
      <w:divBdr>
        <w:top w:val="none" w:sz="0" w:space="0" w:color="auto"/>
        <w:left w:val="none" w:sz="0" w:space="0" w:color="auto"/>
        <w:bottom w:val="none" w:sz="0" w:space="0" w:color="auto"/>
        <w:right w:val="none" w:sz="0" w:space="0" w:color="auto"/>
      </w:divBdr>
    </w:div>
    <w:div w:id="1275479095">
      <w:bodyDiv w:val="1"/>
      <w:marLeft w:val="0"/>
      <w:marRight w:val="0"/>
      <w:marTop w:val="0"/>
      <w:marBottom w:val="0"/>
      <w:divBdr>
        <w:top w:val="none" w:sz="0" w:space="0" w:color="auto"/>
        <w:left w:val="none" w:sz="0" w:space="0" w:color="auto"/>
        <w:bottom w:val="none" w:sz="0" w:space="0" w:color="auto"/>
        <w:right w:val="none" w:sz="0" w:space="0" w:color="auto"/>
      </w:divBdr>
    </w:div>
    <w:div w:id="1349940126">
      <w:bodyDiv w:val="1"/>
      <w:marLeft w:val="0"/>
      <w:marRight w:val="0"/>
      <w:marTop w:val="0"/>
      <w:marBottom w:val="0"/>
      <w:divBdr>
        <w:top w:val="none" w:sz="0" w:space="0" w:color="auto"/>
        <w:left w:val="none" w:sz="0" w:space="0" w:color="auto"/>
        <w:bottom w:val="none" w:sz="0" w:space="0" w:color="auto"/>
        <w:right w:val="none" w:sz="0" w:space="0" w:color="auto"/>
      </w:divBdr>
    </w:div>
    <w:div w:id="1509557942">
      <w:bodyDiv w:val="1"/>
      <w:marLeft w:val="0"/>
      <w:marRight w:val="0"/>
      <w:marTop w:val="0"/>
      <w:marBottom w:val="0"/>
      <w:divBdr>
        <w:top w:val="none" w:sz="0" w:space="0" w:color="auto"/>
        <w:left w:val="none" w:sz="0" w:space="0" w:color="auto"/>
        <w:bottom w:val="none" w:sz="0" w:space="0" w:color="auto"/>
        <w:right w:val="none" w:sz="0" w:space="0" w:color="auto"/>
      </w:divBdr>
    </w:div>
    <w:div w:id="1516114395">
      <w:bodyDiv w:val="1"/>
      <w:marLeft w:val="0"/>
      <w:marRight w:val="0"/>
      <w:marTop w:val="0"/>
      <w:marBottom w:val="0"/>
      <w:divBdr>
        <w:top w:val="none" w:sz="0" w:space="0" w:color="auto"/>
        <w:left w:val="none" w:sz="0" w:space="0" w:color="auto"/>
        <w:bottom w:val="none" w:sz="0" w:space="0" w:color="auto"/>
        <w:right w:val="none" w:sz="0" w:space="0" w:color="auto"/>
      </w:divBdr>
    </w:div>
    <w:div w:id="1528060620">
      <w:bodyDiv w:val="1"/>
      <w:marLeft w:val="0"/>
      <w:marRight w:val="0"/>
      <w:marTop w:val="0"/>
      <w:marBottom w:val="0"/>
      <w:divBdr>
        <w:top w:val="none" w:sz="0" w:space="0" w:color="auto"/>
        <w:left w:val="none" w:sz="0" w:space="0" w:color="auto"/>
        <w:bottom w:val="none" w:sz="0" w:space="0" w:color="auto"/>
        <w:right w:val="none" w:sz="0" w:space="0" w:color="auto"/>
      </w:divBdr>
    </w:div>
    <w:div w:id="1854031154">
      <w:bodyDiv w:val="1"/>
      <w:marLeft w:val="0"/>
      <w:marRight w:val="0"/>
      <w:marTop w:val="0"/>
      <w:marBottom w:val="0"/>
      <w:divBdr>
        <w:top w:val="none" w:sz="0" w:space="0" w:color="auto"/>
        <w:left w:val="none" w:sz="0" w:space="0" w:color="auto"/>
        <w:bottom w:val="none" w:sz="0" w:space="0" w:color="auto"/>
        <w:right w:val="none" w:sz="0" w:space="0" w:color="auto"/>
      </w:divBdr>
    </w:div>
    <w:div w:id="1921790806">
      <w:bodyDiv w:val="1"/>
      <w:marLeft w:val="0"/>
      <w:marRight w:val="0"/>
      <w:marTop w:val="0"/>
      <w:marBottom w:val="0"/>
      <w:divBdr>
        <w:top w:val="none" w:sz="0" w:space="0" w:color="auto"/>
        <w:left w:val="none" w:sz="0" w:space="0" w:color="auto"/>
        <w:bottom w:val="none" w:sz="0" w:space="0" w:color="auto"/>
        <w:right w:val="none" w:sz="0" w:space="0" w:color="auto"/>
      </w:divBdr>
    </w:div>
    <w:div w:id="1948583664">
      <w:bodyDiv w:val="1"/>
      <w:marLeft w:val="0"/>
      <w:marRight w:val="0"/>
      <w:marTop w:val="0"/>
      <w:marBottom w:val="0"/>
      <w:divBdr>
        <w:top w:val="none" w:sz="0" w:space="0" w:color="auto"/>
        <w:left w:val="none" w:sz="0" w:space="0" w:color="auto"/>
        <w:bottom w:val="none" w:sz="0" w:space="0" w:color="auto"/>
        <w:right w:val="none" w:sz="0" w:space="0" w:color="auto"/>
      </w:divBdr>
    </w:div>
    <w:div w:id="20039701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2BB73D-984D-4358-A714-BB95736CC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539</TotalTime>
  <Pages>11</Pages>
  <Words>4439</Words>
  <Characters>25306</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29686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
  <cp:lastModifiedBy>Windows 10</cp:lastModifiedBy>
  <cp:revision>23</cp:revision>
  <dcterms:created xsi:type="dcterms:W3CDTF">2026-04-09T09:40:00Z</dcterms:created>
  <dcterms:modified xsi:type="dcterms:W3CDTF">2026-05-14T09:40:00Z</dcterms:modified>
  <cp:category/>
</cp:coreProperties>
</file>