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2ECDC1" w14:textId="77777777" w:rsidR="009409DF" w:rsidRPr="009409DF" w:rsidRDefault="009409DF" w:rsidP="009409DF">
      <w:pPr>
        <w:autoSpaceDE w:val="0"/>
        <w:autoSpaceDN w:val="0"/>
        <w:adjustRightInd w:val="0"/>
        <w:spacing w:after="0" w:line="240" w:lineRule="auto"/>
        <w:jc w:val="center"/>
        <w:rPr>
          <w:b/>
          <w:bCs/>
          <w:color w:val="000000"/>
          <w:spacing w:val="-10"/>
          <w:szCs w:val="26"/>
          <w:lang w:val="en"/>
        </w:rPr>
      </w:pPr>
      <w:r w:rsidRPr="009409DF">
        <w:rPr>
          <w:b/>
          <w:bCs/>
          <w:color w:val="000000"/>
          <w:spacing w:val="-10"/>
          <w:szCs w:val="26"/>
          <w:lang w:val="en"/>
        </w:rPr>
        <w:t>CỘNG HOÀ XÃ HỘI CHỦ NGHĨA VIỆT NAM</w:t>
      </w:r>
    </w:p>
    <w:p w14:paraId="0CF9F2C2" w14:textId="140DBA1F" w:rsidR="009409DF" w:rsidRPr="009409DF" w:rsidRDefault="009409DF" w:rsidP="009409DF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r w:rsidRPr="009409DF">
        <w:rPr>
          <w:b/>
          <w:bCs/>
          <w:color w:val="000000"/>
          <w:sz w:val="28"/>
          <w:szCs w:val="28"/>
          <w:lang w:val="en"/>
        </w:rPr>
        <w:t>Độc lập - Tự do - Hạnh phúc</w:t>
      </w:r>
      <w:r w:rsidRPr="009409DF">
        <w:rPr>
          <w:rFonts w:cs="Times New Roman"/>
          <w:b/>
          <w:sz w:val="28"/>
          <w:szCs w:val="28"/>
        </w:rPr>
        <w:t xml:space="preserve"> </w:t>
      </w:r>
    </w:p>
    <w:p w14:paraId="6F30209F" w14:textId="6DA9FB98" w:rsidR="009409DF" w:rsidRPr="00D16D5F" w:rsidRDefault="007E285E" w:rsidP="009409DF">
      <w:pPr>
        <w:jc w:val="center"/>
        <w:rPr>
          <w:rFonts w:cs="Times New Roman"/>
          <w:b/>
          <w:sz w:val="18"/>
          <w:szCs w:val="32"/>
        </w:rPr>
      </w:pPr>
      <w:r w:rsidRPr="00BE356F">
        <w:rPr>
          <w:noProof/>
          <w:color w:val="000000"/>
          <w:sz w:val="16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6C908F16" wp14:editId="1B458481">
                <wp:simplePos x="0" y="0"/>
                <wp:positionH relativeFrom="column">
                  <wp:posOffset>1943100</wp:posOffset>
                </wp:positionH>
                <wp:positionV relativeFrom="paragraph">
                  <wp:posOffset>29845</wp:posOffset>
                </wp:positionV>
                <wp:extent cx="1874520" cy="0"/>
                <wp:effectExtent l="0" t="0" r="30480" b="19050"/>
                <wp:wrapNone/>
                <wp:docPr id="44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745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52885D" id="Straight Connector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53pt,2.35pt" to="300.6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"/>
            </w:pict>
          </mc:Fallback>
        </mc:AlternateContent>
      </w:r>
    </w:p>
    <w:p w14:paraId="6AFF621B" w14:textId="1BF0D8F1" w:rsidR="00D16D5F" w:rsidRDefault="007E285E" w:rsidP="00D16D5F">
      <w:pPr>
        <w:spacing w:after="0" w:line="240" w:lineRule="auto"/>
        <w:ind w:left="720" w:firstLine="720"/>
        <w:jc w:val="center"/>
        <w:rPr>
          <w:rFonts w:cs="Times New Roman"/>
          <w:b/>
          <w:sz w:val="28"/>
          <w:szCs w:val="32"/>
        </w:rPr>
      </w:pPr>
      <w:r>
        <w:rPr>
          <w:i/>
          <w:color w:val="000000"/>
        </w:rPr>
        <w:t xml:space="preserve">      </w:t>
      </w:r>
      <w:r>
        <w:rPr>
          <w:i/>
          <w:color w:val="000000"/>
        </w:rPr>
        <w:tab/>
      </w:r>
      <w:r>
        <w:rPr>
          <w:i/>
          <w:color w:val="000000"/>
        </w:rPr>
        <w:tab/>
        <w:t>Tam Hưng</w:t>
      </w:r>
      <w:r w:rsidR="00D16D5F" w:rsidRPr="00482AD1">
        <w:rPr>
          <w:i/>
          <w:color w:val="000000"/>
        </w:rPr>
        <w:t xml:space="preserve">, ngày </w:t>
      </w:r>
      <w:r w:rsidR="00D16D5F">
        <w:rPr>
          <w:i/>
          <w:color w:val="000000"/>
        </w:rPr>
        <w:t xml:space="preserve">     </w:t>
      </w:r>
      <w:r w:rsidR="00D16D5F" w:rsidRPr="00482AD1">
        <w:rPr>
          <w:i/>
          <w:color w:val="000000"/>
        </w:rPr>
        <w:t xml:space="preserve"> tháng </w:t>
      </w:r>
      <w:r w:rsidR="00D16D5F">
        <w:rPr>
          <w:i/>
          <w:color w:val="000000"/>
        </w:rPr>
        <w:t xml:space="preserve">    </w:t>
      </w:r>
      <w:r w:rsidR="00D16D5F" w:rsidRPr="00482AD1">
        <w:rPr>
          <w:i/>
          <w:color w:val="000000"/>
        </w:rPr>
        <w:t xml:space="preserve"> năm 202</w:t>
      </w:r>
      <w:r w:rsidR="00BA5E87">
        <w:rPr>
          <w:i/>
          <w:color w:val="000000"/>
        </w:rPr>
        <w:t>6</w:t>
      </w:r>
    </w:p>
    <w:p w14:paraId="561C8963" w14:textId="77777777" w:rsidR="00D16D5F" w:rsidRPr="00F35BE4" w:rsidRDefault="00D16D5F" w:rsidP="009409DF">
      <w:pPr>
        <w:spacing w:after="0" w:line="240" w:lineRule="auto"/>
        <w:jc w:val="center"/>
        <w:rPr>
          <w:rFonts w:cs="Times New Roman"/>
          <w:b/>
          <w:sz w:val="18"/>
          <w:szCs w:val="32"/>
        </w:rPr>
      </w:pPr>
    </w:p>
    <w:p w14:paraId="23DD5603" w14:textId="224F4526" w:rsidR="009409DF" w:rsidRPr="009409DF" w:rsidRDefault="00D90B16" w:rsidP="009409DF">
      <w:pPr>
        <w:spacing w:after="0" w:line="240" w:lineRule="auto"/>
        <w:jc w:val="center"/>
        <w:rPr>
          <w:rFonts w:cs="Times New Roman"/>
          <w:b/>
          <w:sz w:val="28"/>
          <w:szCs w:val="32"/>
        </w:rPr>
      </w:pPr>
      <w:r w:rsidRPr="009409DF">
        <w:rPr>
          <w:rFonts w:cs="Times New Roman"/>
          <w:b/>
          <w:sz w:val="28"/>
          <w:szCs w:val="32"/>
        </w:rPr>
        <w:t xml:space="preserve">BÀI TUYÊN TRUYỀN </w:t>
      </w:r>
    </w:p>
    <w:p w14:paraId="4B93C02E" w14:textId="07A0EF49" w:rsidR="009409DF" w:rsidRDefault="00505BA3" w:rsidP="003B4C1A">
      <w:pPr>
        <w:spacing w:after="0" w:line="240" w:lineRule="auto"/>
        <w:jc w:val="center"/>
        <w:rPr>
          <w:rFonts w:cs="Times New Roman"/>
          <w:b/>
          <w:bCs/>
          <w:sz w:val="28"/>
          <w:szCs w:val="32"/>
          <w:shd w:val="clear" w:color="auto" w:fill="FFFFFF"/>
        </w:rPr>
      </w:pPr>
      <w:r w:rsidRPr="009409DF">
        <w:rPr>
          <w:rFonts w:cs="Times New Roman"/>
          <w:b/>
          <w:bCs/>
          <w:sz w:val="28"/>
          <w:szCs w:val="32"/>
          <w:shd w:val="clear" w:color="auto" w:fill="FFFFFF"/>
        </w:rPr>
        <w:t xml:space="preserve">MỘT SỐ QUY ĐỊNH </w:t>
      </w:r>
      <w:bookmarkStart w:id="0" w:name="loai_1_name"/>
      <w:r w:rsidR="003B4C1A" w:rsidRPr="003B4C1A">
        <w:rPr>
          <w:rFonts w:cs="Times New Roman"/>
          <w:b/>
          <w:bCs/>
          <w:sz w:val="28"/>
          <w:szCs w:val="32"/>
          <w:shd w:val="clear" w:color="auto" w:fill="FFFFFF"/>
          <w:lang w:val="vi-VN"/>
        </w:rPr>
        <w:t>QUẢN LÝ, SỬ DỤNG NGHĨA TRANG TRÊN ĐỊA BÀN</w:t>
      </w:r>
      <w:bookmarkEnd w:id="0"/>
      <w:r w:rsidR="003B4C1A">
        <w:rPr>
          <w:rFonts w:cs="Times New Roman"/>
          <w:b/>
          <w:bCs/>
          <w:sz w:val="28"/>
          <w:szCs w:val="32"/>
          <w:shd w:val="clear" w:color="auto" w:fill="FFFFFF"/>
        </w:rPr>
        <w:t xml:space="preserve"> XÃ TAM HƯNG</w:t>
      </w:r>
    </w:p>
    <w:p w14:paraId="11DB7C8E" w14:textId="77777777" w:rsidR="003B4C1A" w:rsidRPr="003B4C1A" w:rsidRDefault="003B4C1A" w:rsidP="003B4C1A">
      <w:pPr>
        <w:spacing w:after="0" w:line="240" w:lineRule="auto"/>
        <w:jc w:val="center"/>
        <w:rPr>
          <w:b/>
          <w:bCs/>
          <w:color w:val="000000"/>
          <w:sz w:val="22"/>
          <w:szCs w:val="32"/>
          <w:shd w:val="clear" w:color="auto" w:fill="FFFFFF"/>
        </w:rPr>
      </w:pPr>
    </w:p>
    <w:p w14:paraId="209B2898" w14:textId="6B843FE2" w:rsidR="00207FB4" w:rsidRPr="00D16D5F" w:rsidRDefault="00207FB4" w:rsidP="009409DF">
      <w:pPr>
        <w:pStyle w:val="NormalWeb"/>
        <w:shd w:val="clear" w:color="auto" w:fill="FFFFFF"/>
        <w:spacing w:before="0" w:beforeAutospacing="0" w:after="160" w:afterAutospacing="0"/>
        <w:ind w:left="720" w:firstLine="720"/>
        <w:jc w:val="both"/>
        <w:rPr>
          <w:color w:val="333333"/>
          <w:sz w:val="28"/>
          <w:szCs w:val="28"/>
        </w:rPr>
      </w:pPr>
      <w:r w:rsidRPr="00D16D5F">
        <w:rPr>
          <w:b/>
          <w:bCs/>
          <w:color w:val="000000"/>
          <w:sz w:val="28"/>
          <w:szCs w:val="28"/>
          <w:shd w:val="clear" w:color="auto" w:fill="FFFFFF"/>
        </w:rPr>
        <w:t>Kính thưa toàn thể nhân dân!</w:t>
      </w:r>
    </w:p>
    <w:p w14:paraId="237B4912" w14:textId="61164E28" w:rsidR="00207FB4" w:rsidRPr="00BA5E87" w:rsidRDefault="00BA5E87" w:rsidP="00763DC4">
      <w:pPr>
        <w:pStyle w:val="NormalWeb"/>
        <w:shd w:val="clear" w:color="auto" w:fill="FFFFFF"/>
        <w:spacing w:beforeLines="60" w:before="144" w:beforeAutospacing="0" w:after="0" w:afterAutospacing="0"/>
        <w:ind w:firstLine="720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Nhằm </w:t>
      </w:r>
      <w:r w:rsidR="00207FB4" w:rsidRPr="007E14C8">
        <w:rPr>
          <w:color w:val="000000"/>
          <w:sz w:val="28"/>
          <w:szCs w:val="28"/>
          <w:shd w:val="clear" w:color="auto" w:fill="FFFFFF"/>
        </w:rPr>
        <w:t>tăng cường công tác quản lý</w:t>
      </w:r>
      <w:r w:rsidR="00826C0C" w:rsidRPr="00826C0C">
        <w:rPr>
          <w:color w:val="000000"/>
          <w:sz w:val="28"/>
          <w:szCs w:val="28"/>
          <w:shd w:val="clear" w:color="auto" w:fill="FFFFFF"/>
          <w:lang w:val="vi-VN"/>
        </w:rPr>
        <w:t>, sử dụng nghĩa trang</w:t>
      </w:r>
      <w:r>
        <w:rPr>
          <w:color w:val="000000"/>
          <w:sz w:val="28"/>
          <w:szCs w:val="28"/>
          <w:shd w:val="clear" w:color="auto" w:fill="FFFFFF"/>
        </w:rPr>
        <w:t xml:space="preserve"> trên địa bàn;</w:t>
      </w:r>
      <w:r w:rsidR="00826C0C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Đ</w:t>
      </w:r>
      <w:r w:rsidR="00826C0C">
        <w:rPr>
          <w:color w:val="000000"/>
          <w:sz w:val="28"/>
          <w:szCs w:val="28"/>
          <w:shd w:val="clear" w:color="auto" w:fill="FFFFFF"/>
        </w:rPr>
        <w:t xml:space="preserve">ồng thời </w:t>
      </w:r>
      <w:r>
        <w:rPr>
          <w:color w:val="000000"/>
          <w:sz w:val="28"/>
          <w:szCs w:val="28"/>
          <w:shd w:val="clear" w:color="auto" w:fill="FFFFFF"/>
        </w:rPr>
        <w:t>nâng cao hiệu quả</w:t>
      </w:r>
      <w:r w:rsidR="00826C0C" w:rsidRPr="00826C0C">
        <w:rPr>
          <w:color w:val="000000"/>
          <w:sz w:val="28"/>
          <w:szCs w:val="28"/>
          <w:shd w:val="clear" w:color="auto" w:fill="FFFFFF"/>
        </w:rPr>
        <w:t xml:space="preserve"> công tác quản lý đất đai, trật tự đô thị, bảo vệ môi trường</w:t>
      </w:r>
      <w:r w:rsidR="00826C0C">
        <w:rPr>
          <w:color w:val="000000"/>
          <w:sz w:val="28"/>
          <w:szCs w:val="28"/>
          <w:shd w:val="clear" w:color="auto" w:fill="FFFFFF"/>
        </w:rPr>
        <w:t xml:space="preserve"> </w:t>
      </w:r>
      <w:r w:rsidR="00826C0C" w:rsidRPr="00826C0C">
        <w:rPr>
          <w:color w:val="000000"/>
          <w:sz w:val="28"/>
          <w:szCs w:val="28"/>
          <w:shd w:val="clear" w:color="auto" w:fill="FFFFFF"/>
        </w:rPr>
        <w:t>sinh thái và thực hiện lộ trình xây dựng Thủ đô theo hướng hiện đại, văn minh.</w:t>
      </w:r>
      <w:r w:rsidR="00826C0C">
        <w:rPr>
          <w:color w:val="000000"/>
          <w:sz w:val="28"/>
          <w:szCs w:val="28"/>
          <w:shd w:val="clear" w:color="auto" w:fill="FFFFFF"/>
        </w:rPr>
        <w:t xml:space="preserve"> </w:t>
      </w:r>
      <w:r w:rsidR="00C35898">
        <w:rPr>
          <w:color w:val="000000"/>
          <w:sz w:val="28"/>
          <w:szCs w:val="28"/>
          <w:shd w:val="clear" w:color="auto" w:fill="FFFFFF"/>
        </w:rPr>
        <w:t xml:space="preserve">Căn cứ Quy định Quản lý nghĩa trang trên địa bàn thành phố Hà Nội được UBND thành phố phê duyệt tại Quyết định số 30/2017/QĐ-UBND ngày 11/9/2017. </w:t>
      </w:r>
      <w:r w:rsidR="00990D27" w:rsidRPr="00522E41">
        <w:rPr>
          <w:color w:val="000000"/>
          <w:spacing w:val="-2"/>
          <w:sz w:val="28"/>
          <w:szCs w:val="28"/>
          <w:shd w:val="clear" w:color="auto" w:fill="FFFFFF"/>
        </w:rPr>
        <w:t>UBND xã</w:t>
      </w:r>
      <w:r w:rsidR="00207FB4" w:rsidRPr="00522E41">
        <w:rPr>
          <w:color w:val="000000"/>
          <w:spacing w:val="-2"/>
          <w:sz w:val="28"/>
          <w:szCs w:val="28"/>
          <w:shd w:val="clear" w:color="auto" w:fill="FFFFFF"/>
        </w:rPr>
        <w:t xml:space="preserve"> </w:t>
      </w:r>
      <w:r w:rsidR="0019627B" w:rsidRPr="00522E41">
        <w:rPr>
          <w:color w:val="000000"/>
          <w:spacing w:val="-2"/>
          <w:sz w:val="28"/>
          <w:szCs w:val="28"/>
          <w:shd w:val="clear" w:color="auto" w:fill="FFFFFF"/>
        </w:rPr>
        <w:t xml:space="preserve">Tam Hưng </w:t>
      </w:r>
      <w:r w:rsidR="00207FB4" w:rsidRPr="00522E41">
        <w:rPr>
          <w:color w:val="000000"/>
          <w:spacing w:val="-2"/>
          <w:sz w:val="28"/>
          <w:szCs w:val="28"/>
          <w:shd w:val="clear" w:color="auto" w:fill="FFFFFF"/>
        </w:rPr>
        <w:t xml:space="preserve">thông tin, </w:t>
      </w:r>
      <w:r>
        <w:rPr>
          <w:color w:val="000000"/>
          <w:spacing w:val="-2"/>
          <w:sz w:val="28"/>
          <w:szCs w:val="28"/>
          <w:shd w:val="clear" w:color="auto" w:fill="FFFFFF"/>
        </w:rPr>
        <w:t>tuyên truy</w:t>
      </w:r>
      <w:r w:rsidR="00C35898">
        <w:rPr>
          <w:color w:val="000000"/>
          <w:spacing w:val="-2"/>
          <w:sz w:val="28"/>
          <w:szCs w:val="28"/>
          <w:shd w:val="clear" w:color="auto" w:fill="FFFFFF"/>
        </w:rPr>
        <w:t>ề</w:t>
      </w:r>
      <w:r>
        <w:rPr>
          <w:color w:val="000000"/>
          <w:spacing w:val="-2"/>
          <w:sz w:val="28"/>
          <w:szCs w:val="28"/>
          <w:shd w:val="clear" w:color="auto" w:fill="FFFFFF"/>
        </w:rPr>
        <w:t xml:space="preserve">n tới </w:t>
      </w:r>
      <w:r w:rsidR="00207FB4" w:rsidRPr="00522E41">
        <w:rPr>
          <w:color w:val="000000"/>
          <w:spacing w:val="-2"/>
          <w:sz w:val="28"/>
          <w:szCs w:val="28"/>
          <w:shd w:val="clear" w:color="auto" w:fill="FFFFFF"/>
        </w:rPr>
        <w:t xml:space="preserve">toàn thể nhân dân </w:t>
      </w:r>
      <w:r>
        <w:rPr>
          <w:color w:val="000000"/>
          <w:spacing w:val="-2"/>
          <w:sz w:val="28"/>
          <w:szCs w:val="28"/>
          <w:shd w:val="clear" w:color="auto" w:fill="FFFFFF"/>
        </w:rPr>
        <w:t>một số</w:t>
      </w:r>
      <w:r w:rsidR="00207FB4" w:rsidRPr="00522E41">
        <w:rPr>
          <w:color w:val="000000"/>
          <w:spacing w:val="-2"/>
          <w:sz w:val="28"/>
          <w:szCs w:val="28"/>
          <w:shd w:val="clear" w:color="auto" w:fill="FFFFFF"/>
        </w:rPr>
        <w:t xml:space="preserve"> nội dung cơ bản về </w:t>
      </w:r>
      <w:r w:rsidR="00207FB4" w:rsidRPr="00522E41">
        <w:rPr>
          <w:b/>
          <w:bCs/>
          <w:i/>
          <w:iCs/>
          <w:color w:val="000000"/>
          <w:spacing w:val="-2"/>
          <w:sz w:val="28"/>
          <w:szCs w:val="28"/>
          <w:shd w:val="clear" w:color="auto" w:fill="FFFFFF"/>
        </w:rPr>
        <w:t>“</w:t>
      </w:r>
      <w:r>
        <w:rPr>
          <w:b/>
          <w:bCs/>
          <w:i/>
          <w:iCs/>
          <w:color w:val="000000"/>
          <w:spacing w:val="-2"/>
          <w:sz w:val="28"/>
          <w:szCs w:val="28"/>
          <w:shd w:val="clear" w:color="auto" w:fill="FFFFFF"/>
        </w:rPr>
        <w:t>Q</w:t>
      </w:r>
      <w:r w:rsidR="00826C0C">
        <w:rPr>
          <w:b/>
          <w:bCs/>
          <w:i/>
          <w:iCs/>
          <w:color w:val="000000"/>
          <w:spacing w:val="-2"/>
          <w:sz w:val="28"/>
          <w:szCs w:val="28"/>
          <w:shd w:val="clear" w:color="auto" w:fill="FFFFFF"/>
        </w:rPr>
        <w:t>uản lý, sử dụng nghĩa trang trên địa bàn xã Tam Hư</w:t>
      </w:r>
      <w:r w:rsidR="000620F5">
        <w:rPr>
          <w:b/>
          <w:bCs/>
          <w:i/>
          <w:iCs/>
          <w:color w:val="000000"/>
          <w:spacing w:val="-2"/>
          <w:sz w:val="28"/>
          <w:szCs w:val="28"/>
          <w:shd w:val="clear" w:color="auto" w:fill="FFFFFF"/>
        </w:rPr>
        <w:t>ng</w:t>
      </w:r>
      <w:r w:rsidR="00207FB4" w:rsidRPr="00522E41">
        <w:rPr>
          <w:b/>
          <w:bCs/>
          <w:i/>
          <w:iCs/>
          <w:color w:val="000000"/>
          <w:spacing w:val="-2"/>
          <w:sz w:val="28"/>
          <w:szCs w:val="28"/>
          <w:shd w:val="clear" w:color="auto" w:fill="FFFFFF"/>
        </w:rPr>
        <w:t>”</w:t>
      </w:r>
      <w:r>
        <w:rPr>
          <w:b/>
          <w:bCs/>
          <w:i/>
          <w:iCs/>
          <w:color w:val="000000"/>
          <w:spacing w:val="-2"/>
          <w:sz w:val="28"/>
          <w:szCs w:val="28"/>
          <w:shd w:val="clear" w:color="auto" w:fill="FFFFFF"/>
        </w:rPr>
        <w:t xml:space="preserve">, </w:t>
      </w:r>
      <w:r w:rsidRPr="00BA5E87">
        <w:rPr>
          <w:color w:val="000000"/>
          <w:spacing w:val="-2"/>
          <w:sz w:val="28"/>
          <w:szCs w:val="28"/>
          <w:shd w:val="clear" w:color="auto" w:fill="FFFFFF"/>
        </w:rPr>
        <w:t>cụ thể như sau:</w:t>
      </w:r>
    </w:p>
    <w:p w14:paraId="0F46039E" w14:textId="6DAAD38D" w:rsidR="000620F5" w:rsidRPr="00A57C94" w:rsidRDefault="000620F5" w:rsidP="00763DC4">
      <w:pPr>
        <w:spacing w:beforeLines="60" w:before="144" w:after="0" w:line="240" w:lineRule="auto"/>
        <w:ind w:firstLine="720"/>
        <w:jc w:val="both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I</w:t>
      </w:r>
      <w:r w:rsidRPr="00A57C94">
        <w:rPr>
          <w:rFonts w:cs="Times New Roman"/>
          <w:b/>
          <w:sz w:val="28"/>
          <w:szCs w:val="28"/>
        </w:rPr>
        <w:t>. Nguyên tắc quản lý và sử dụng nghĩa trang</w:t>
      </w:r>
    </w:p>
    <w:p w14:paraId="0C057C4C" w14:textId="2FC137AA" w:rsidR="000620F5" w:rsidRDefault="000620F5" w:rsidP="00763DC4">
      <w:pPr>
        <w:spacing w:beforeLines="60" w:before="144" w:after="0" w:line="240" w:lineRule="auto"/>
        <w:ind w:firstLine="720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 xml:space="preserve">1. Việc </w:t>
      </w:r>
      <w:r w:rsidR="00BA5E87">
        <w:rPr>
          <w:rFonts w:cs="Times New Roman"/>
          <w:sz w:val="28"/>
          <w:szCs w:val="28"/>
        </w:rPr>
        <w:t xml:space="preserve">mai </w:t>
      </w:r>
      <w:r w:rsidRPr="005E7569">
        <w:rPr>
          <w:rFonts w:cs="Times New Roman"/>
          <w:sz w:val="28"/>
          <w:szCs w:val="28"/>
        </w:rPr>
        <w:t>táng người chết phải được thực hiện trong các nghĩa trang</w:t>
      </w:r>
      <w:r w:rsidR="00BA5E87">
        <w:rPr>
          <w:rFonts w:cs="Times New Roman"/>
          <w:sz w:val="28"/>
          <w:szCs w:val="28"/>
        </w:rPr>
        <w:t xml:space="preserve"> đã được quy hoạch</w:t>
      </w:r>
      <w:r w:rsidRPr="005E7569">
        <w:rPr>
          <w:rFonts w:cs="Times New Roman"/>
          <w:sz w:val="28"/>
          <w:szCs w:val="28"/>
        </w:rPr>
        <w:t xml:space="preserve">. </w:t>
      </w:r>
      <w:r w:rsidRPr="0040321E">
        <w:rPr>
          <w:rFonts w:cs="Times New Roman"/>
          <w:sz w:val="28"/>
          <w:szCs w:val="28"/>
        </w:rPr>
        <w:t xml:space="preserve">Trường hợp đặc biệt </w:t>
      </w:r>
      <w:r w:rsidR="005B236F">
        <w:rPr>
          <w:rFonts w:cs="Times New Roman"/>
          <w:sz w:val="28"/>
          <w:szCs w:val="28"/>
        </w:rPr>
        <w:t>(</w:t>
      </w:r>
      <w:r w:rsidRPr="0040321E">
        <w:rPr>
          <w:rFonts w:cs="Times New Roman"/>
          <w:sz w:val="28"/>
          <w:szCs w:val="28"/>
        </w:rPr>
        <w:t>thiên tai, thảm họa, dịch bệnh và trường hợp khác) phải</w:t>
      </w:r>
      <w:r w:rsidR="00BA5E87">
        <w:rPr>
          <w:rFonts w:cs="Times New Roman"/>
          <w:sz w:val="28"/>
          <w:szCs w:val="28"/>
        </w:rPr>
        <w:t xml:space="preserve"> mai</w:t>
      </w:r>
      <w:r w:rsidRPr="0040321E">
        <w:rPr>
          <w:rFonts w:cs="Times New Roman"/>
          <w:sz w:val="28"/>
          <w:szCs w:val="28"/>
        </w:rPr>
        <w:t xml:space="preserve"> táng người chết ngoài khu vực nghĩa trang</w:t>
      </w:r>
      <w:r>
        <w:rPr>
          <w:rFonts w:cs="Times New Roman"/>
          <w:sz w:val="28"/>
          <w:szCs w:val="28"/>
        </w:rPr>
        <w:t xml:space="preserve"> phải</w:t>
      </w:r>
      <w:r w:rsidRPr="0040321E">
        <w:rPr>
          <w:rFonts w:cs="Times New Roman"/>
          <w:sz w:val="28"/>
          <w:szCs w:val="28"/>
        </w:rPr>
        <w:t xml:space="preserve"> được sự chấp thuận</w:t>
      </w:r>
      <w:r w:rsidRPr="005E7569">
        <w:rPr>
          <w:rFonts w:cs="Times New Roman"/>
          <w:sz w:val="28"/>
          <w:szCs w:val="28"/>
        </w:rPr>
        <w:t xml:space="preserve"> chấp thuận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>của cấp có thẩm quyền.</w:t>
      </w:r>
    </w:p>
    <w:p w14:paraId="497E366B" w14:textId="2A9AEE91" w:rsidR="000620F5" w:rsidRDefault="000620F5" w:rsidP="00763DC4">
      <w:pPr>
        <w:spacing w:beforeLines="60" w:before="144" w:after="0" w:line="240" w:lineRule="auto"/>
        <w:ind w:firstLine="720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 xml:space="preserve">2. Việc </w:t>
      </w:r>
      <w:r w:rsidR="005B236F">
        <w:rPr>
          <w:rFonts w:cs="Times New Roman"/>
          <w:sz w:val="28"/>
          <w:szCs w:val="28"/>
        </w:rPr>
        <w:t xml:space="preserve">mai </w:t>
      </w:r>
      <w:r w:rsidRPr="005E7569">
        <w:rPr>
          <w:rFonts w:cs="Times New Roman"/>
          <w:sz w:val="28"/>
          <w:szCs w:val="28"/>
        </w:rPr>
        <w:t>táng người chết trong các nghĩa trang phải phù hợp với phong tục, tập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>quán, truyền thống văn hóa, nếp sống văn minh hiện đại</w:t>
      </w:r>
      <w:r w:rsidR="00C35898">
        <w:rPr>
          <w:rFonts w:cs="Times New Roman"/>
          <w:sz w:val="28"/>
          <w:szCs w:val="28"/>
        </w:rPr>
        <w:t xml:space="preserve">, </w:t>
      </w:r>
      <w:r w:rsidR="00C35898" w:rsidRPr="00C35898">
        <w:rPr>
          <w:rFonts w:cs="Times New Roman"/>
          <w:sz w:val="28"/>
          <w:szCs w:val="28"/>
        </w:rPr>
        <w:t>tiết kiệm đất</w:t>
      </w:r>
      <w:r w:rsidR="00C35898">
        <w:rPr>
          <w:rFonts w:cs="Times New Roman"/>
          <w:sz w:val="28"/>
          <w:szCs w:val="28"/>
        </w:rPr>
        <w:t xml:space="preserve">, </w:t>
      </w:r>
      <w:r w:rsidR="00C35898" w:rsidRPr="00C35898">
        <w:rPr>
          <w:rFonts w:cs="Times New Roman"/>
          <w:sz w:val="28"/>
          <w:szCs w:val="28"/>
        </w:rPr>
        <w:t>giảm thiểu ô nhiễm môi trường</w:t>
      </w:r>
      <w:r w:rsidR="00C35898"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>và tuân thủ các quy định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 xml:space="preserve">hiện hành </w:t>
      </w:r>
      <w:r>
        <w:rPr>
          <w:rFonts w:cs="Times New Roman"/>
          <w:sz w:val="28"/>
          <w:szCs w:val="28"/>
        </w:rPr>
        <w:t>của Nhà nước và Thành phố</w:t>
      </w:r>
      <w:r w:rsidRPr="005E7569">
        <w:rPr>
          <w:rFonts w:cs="Times New Roman"/>
          <w:sz w:val="28"/>
          <w:szCs w:val="28"/>
        </w:rPr>
        <w:t>.</w:t>
      </w:r>
    </w:p>
    <w:p w14:paraId="09FA734D" w14:textId="0429A826" w:rsidR="000620F5" w:rsidRPr="005E7569" w:rsidRDefault="000620F5" w:rsidP="00763DC4">
      <w:pPr>
        <w:spacing w:beforeLines="60" w:before="144" w:after="0" w:line="240" w:lineRule="auto"/>
        <w:ind w:firstLine="720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3</w:t>
      </w:r>
      <w:r w:rsidRPr="00AA3F05">
        <w:rPr>
          <w:rFonts w:cs="Times New Roman"/>
          <w:sz w:val="28"/>
          <w:szCs w:val="28"/>
        </w:rPr>
        <w:t xml:space="preserve">. </w:t>
      </w:r>
      <w:r>
        <w:rPr>
          <w:rFonts w:cs="Times New Roman"/>
          <w:sz w:val="28"/>
          <w:szCs w:val="28"/>
        </w:rPr>
        <w:t>N</w:t>
      </w:r>
      <w:r w:rsidRPr="00AA3F05">
        <w:rPr>
          <w:rFonts w:cs="Times New Roman"/>
          <w:sz w:val="28"/>
          <w:szCs w:val="28"/>
        </w:rPr>
        <w:t>ghĩa trang cấp xã phục vụ nhu cầu</w:t>
      </w:r>
      <w:r w:rsidR="006F416A">
        <w:rPr>
          <w:rFonts w:cs="Times New Roman"/>
          <w:sz w:val="28"/>
          <w:szCs w:val="28"/>
        </w:rPr>
        <w:t xml:space="preserve"> mai tang của</w:t>
      </w:r>
      <w:r w:rsidRPr="00AA3F05">
        <w:rPr>
          <w:rFonts w:cs="Times New Roman"/>
          <w:sz w:val="28"/>
          <w:szCs w:val="28"/>
        </w:rPr>
        <w:t xml:space="preserve"> nhân dân </w:t>
      </w:r>
      <w:r w:rsidR="006F416A">
        <w:rPr>
          <w:rFonts w:cs="Times New Roman"/>
          <w:sz w:val="28"/>
          <w:szCs w:val="28"/>
        </w:rPr>
        <w:t xml:space="preserve">đang </w:t>
      </w:r>
      <w:r w:rsidRPr="00AA3F05">
        <w:rPr>
          <w:rFonts w:cs="Times New Roman"/>
          <w:sz w:val="28"/>
          <w:szCs w:val="28"/>
        </w:rPr>
        <w:t>sinh sống trên địa bàn và những người có nguồn gốc tại địa phương.</w:t>
      </w:r>
    </w:p>
    <w:p w14:paraId="68260EF0" w14:textId="11272AC9" w:rsidR="000620F5" w:rsidRDefault="000620F5" w:rsidP="00763DC4">
      <w:pPr>
        <w:spacing w:beforeLines="60" w:before="144" w:after="0" w:line="240" w:lineRule="auto"/>
        <w:ind w:firstLine="720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4</w:t>
      </w:r>
      <w:r w:rsidRPr="005E7569">
        <w:rPr>
          <w:rFonts w:cs="Times New Roman"/>
          <w:sz w:val="28"/>
          <w:szCs w:val="28"/>
        </w:rPr>
        <w:t>. Việc sử dụng đất</w:t>
      </w:r>
      <w:r w:rsidR="00F7550C">
        <w:rPr>
          <w:rFonts w:cs="Times New Roman"/>
          <w:sz w:val="28"/>
          <w:szCs w:val="28"/>
        </w:rPr>
        <w:t xml:space="preserve"> và </w:t>
      </w:r>
      <w:r w:rsidRPr="005E7569">
        <w:rPr>
          <w:rFonts w:cs="Times New Roman"/>
          <w:sz w:val="28"/>
          <w:szCs w:val="28"/>
        </w:rPr>
        <w:t>xây dựng nghĩa trang phải đúng mục đích và theo quy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>hoạch được cấp có thẩm quyền phê duyệt.</w:t>
      </w:r>
    </w:p>
    <w:p w14:paraId="7A322A18" w14:textId="561622A8" w:rsidR="00F56AF6" w:rsidRPr="00875D1E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II. </w:t>
      </w:r>
      <w:r w:rsidRPr="00875D1E">
        <w:rPr>
          <w:rFonts w:cs="Times New Roman"/>
          <w:b/>
          <w:sz w:val="28"/>
          <w:szCs w:val="28"/>
        </w:rPr>
        <w:t>Các hành vi nghiêm cấm</w:t>
      </w:r>
    </w:p>
    <w:p w14:paraId="7185E569" w14:textId="315E3292" w:rsidR="00F56AF6" w:rsidRPr="005133EA" w:rsidRDefault="00F56AF6" w:rsidP="00763DC4">
      <w:pPr>
        <w:shd w:val="clear" w:color="auto" w:fill="FFFFFF"/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133EA">
        <w:rPr>
          <w:rFonts w:cs="Times New Roman"/>
          <w:sz w:val="28"/>
          <w:szCs w:val="28"/>
        </w:rPr>
        <w:t xml:space="preserve">1. </w:t>
      </w:r>
      <w:r w:rsidR="00AD6671">
        <w:rPr>
          <w:rFonts w:cs="Times New Roman"/>
          <w:sz w:val="28"/>
          <w:szCs w:val="28"/>
        </w:rPr>
        <w:t>Mai t</w:t>
      </w:r>
      <w:r w:rsidRPr="005133EA">
        <w:rPr>
          <w:rFonts w:cs="Times New Roman"/>
          <w:sz w:val="28"/>
          <w:szCs w:val="28"/>
        </w:rPr>
        <w:t>áng người chết ngoài nghĩa trang đã được UBND cấp xác định vị trí, ranh giới</w:t>
      </w:r>
      <w:r>
        <w:rPr>
          <w:rFonts w:cs="Times New Roman"/>
          <w:sz w:val="28"/>
          <w:szCs w:val="28"/>
        </w:rPr>
        <w:t>, phạm vi quy hoạch đã được cấp có thẩm quyền phê duyệt</w:t>
      </w:r>
      <w:r w:rsidRPr="005133EA">
        <w:rPr>
          <w:rFonts w:cs="Times New Roman"/>
          <w:sz w:val="28"/>
          <w:szCs w:val="28"/>
        </w:rPr>
        <w:t>.</w:t>
      </w:r>
    </w:p>
    <w:p w14:paraId="38BECF60" w14:textId="7BF4306A" w:rsidR="00F56AF6" w:rsidRPr="005133EA" w:rsidRDefault="00F56AF6" w:rsidP="00763DC4">
      <w:pPr>
        <w:shd w:val="clear" w:color="auto" w:fill="FFFFFF"/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133EA">
        <w:rPr>
          <w:rFonts w:cs="Times New Roman"/>
          <w:sz w:val="28"/>
          <w:szCs w:val="28"/>
        </w:rPr>
        <w:t>2. Mua bán, chuyển nhượng quyền sử dụng đất gắn với hạ tầng cho phần mộ trong nghĩa trang không thông qua đơn vị</w:t>
      </w:r>
      <w:r w:rsidR="00432899">
        <w:rPr>
          <w:rFonts w:cs="Times New Roman"/>
          <w:sz w:val="28"/>
          <w:szCs w:val="28"/>
        </w:rPr>
        <w:t xml:space="preserve"> hoặc </w:t>
      </w:r>
      <w:r w:rsidRPr="005133EA">
        <w:rPr>
          <w:rFonts w:cs="Times New Roman"/>
          <w:sz w:val="28"/>
          <w:szCs w:val="28"/>
        </w:rPr>
        <w:t>cá nhân quản lý nghĩa trang</w:t>
      </w:r>
      <w:r w:rsidR="00432899">
        <w:rPr>
          <w:rFonts w:cs="Times New Roman"/>
          <w:sz w:val="28"/>
          <w:szCs w:val="28"/>
        </w:rPr>
        <w:t xml:space="preserve"> theo quy định</w:t>
      </w:r>
      <w:r w:rsidRPr="005133EA">
        <w:rPr>
          <w:rFonts w:cs="Times New Roman"/>
          <w:sz w:val="28"/>
          <w:szCs w:val="28"/>
        </w:rPr>
        <w:t>.</w:t>
      </w:r>
    </w:p>
    <w:p w14:paraId="0B2674D0" w14:textId="77777777" w:rsidR="00F56AF6" w:rsidRPr="005133EA" w:rsidRDefault="00F56AF6" w:rsidP="00763DC4">
      <w:pPr>
        <w:shd w:val="clear" w:color="auto" w:fill="FFFFFF"/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133EA">
        <w:rPr>
          <w:rFonts w:cs="Times New Roman"/>
          <w:sz w:val="28"/>
          <w:szCs w:val="28"/>
        </w:rPr>
        <w:t>3. Phá hoại các công trình xây dựng trong nghĩa trang.</w:t>
      </w:r>
    </w:p>
    <w:p w14:paraId="5D5C085B" w14:textId="77777777" w:rsidR="00F56AF6" w:rsidRPr="00763DC4" w:rsidRDefault="00F56AF6" w:rsidP="00763DC4">
      <w:pPr>
        <w:shd w:val="clear" w:color="auto" w:fill="FFFFFF"/>
        <w:spacing w:beforeLines="60" w:before="144" w:after="0" w:line="240" w:lineRule="auto"/>
        <w:ind w:firstLine="567"/>
        <w:jc w:val="both"/>
        <w:rPr>
          <w:rFonts w:cs="Times New Roman"/>
          <w:spacing w:val="6"/>
          <w:sz w:val="28"/>
          <w:szCs w:val="28"/>
        </w:rPr>
      </w:pPr>
      <w:r w:rsidRPr="00763DC4">
        <w:rPr>
          <w:rFonts w:cs="Times New Roman"/>
          <w:spacing w:val="6"/>
          <w:sz w:val="28"/>
          <w:szCs w:val="28"/>
        </w:rPr>
        <w:t>4. Xây dựng mộ, bia mộ và các công trình trong nghĩa trang không đúng quy định.</w:t>
      </w:r>
    </w:p>
    <w:p w14:paraId="2EB97F20" w14:textId="6040CECA" w:rsidR="00F56AF6" w:rsidRPr="005E7569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lastRenderedPageBreak/>
        <w:t>5</w:t>
      </w:r>
      <w:r w:rsidRPr="005E7569">
        <w:rPr>
          <w:rFonts w:cs="Times New Roman"/>
          <w:sz w:val="28"/>
          <w:szCs w:val="28"/>
        </w:rPr>
        <w:t>. Xâm phạm phần</w:t>
      </w:r>
      <w:r w:rsidR="005277CA">
        <w:rPr>
          <w:rFonts w:cs="Times New Roman"/>
          <w:sz w:val="28"/>
          <w:szCs w:val="28"/>
        </w:rPr>
        <w:t xml:space="preserve"> mộ,</w:t>
      </w:r>
      <w:r w:rsidRPr="005E7569">
        <w:rPr>
          <w:rFonts w:cs="Times New Roman"/>
          <w:sz w:val="28"/>
          <w:szCs w:val="28"/>
        </w:rPr>
        <w:t xml:space="preserve"> lăng mộ của gia đình</w:t>
      </w:r>
      <w:r w:rsidR="00D6757F">
        <w:rPr>
          <w:rFonts w:cs="Times New Roman"/>
          <w:sz w:val="28"/>
          <w:szCs w:val="28"/>
        </w:rPr>
        <w:t xml:space="preserve"> hoặc </w:t>
      </w:r>
      <w:r w:rsidRPr="005E7569">
        <w:rPr>
          <w:rFonts w:cs="Times New Roman"/>
          <w:sz w:val="28"/>
          <w:szCs w:val="28"/>
        </w:rPr>
        <w:t>dòng họ khác.</w:t>
      </w:r>
    </w:p>
    <w:p w14:paraId="1D4EAFF7" w14:textId="50FD4CFA" w:rsidR="00F56AF6" w:rsidRPr="005E7569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6</w:t>
      </w:r>
      <w:r w:rsidRPr="005E7569">
        <w:rPr>
          <w:rFonts w:cs="Times New Roman"/>
          <w:sz w:val="28"/>
          <w:szCs w:val="28"/>
        </w:rPr>
        <w:t>. Vi phạm quy định, nội quy của nghĩa trang.</w:t>
      </w:r>
    </w:p>
    <w:p w14:paraId="6EC15930" w14:textId="6A1E1506" w:rsidR="00F56AF6" w:rsidRPr="005E7569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7</w:t>
      </w:r>
      <w:r w:rsidRPr="005E7569">
        <w:rPr>
          <w:rFonts w:cs="Times New Roman"/>
          <w:sz w:val="28"/>
          <w:szCs w:val="28"/>
        </w:rPr>
        <w:t xml:space="preserve">. </w:t>
      </w:r>
      <w:r w:rsidR="00D6757F">
        <w:rPr>
          <w:rFonts w:cs="Times New Roman"/>
          <w:sz w:val="28"/>
          <w:szCs w:val="28"/>
        </w:rPr>
        <w:t>Lấn chiếm đất</w:t>
      </w:r>
      <w:r w:rsidRPr="005E7569">
        <w:rPr>
          <w:rFonts w:cs="Times New Roman"/>
          <w:sz w:val="28"/>
          <w:szCs w:val="28"/>
        </w:rPr>
        <w:t xml:space="preserve"> </w:t>
      </w:r>
      <w:r w:rsidR="00470C23">
        <w:rPr>
          <w:rFonts w:cs="Times New Roman"/>
          <w:sz w:val="28"/>
          <w:szCs w:val="28"/>
        </w:rPr>
        <w:t>n</w:t>
      </w:r>
      <w:r w:rsidRPr="005E7569">
        <w:rPr>
          <w:rFonts w:cs="Times New Roman"/>
          <w:sz w:val="28"/>
          <w:szCs w:val="28"/>
        </w:rPr>
        <w:t xml:space="preserve">ghĩa trang làm </w:t>
      </w:r>
      <w:r w:rsidR="00470C23">
        <w:rPr>
          <w:rFonts w:cs="Times New Roman"/>
          <w:sz w:val="28"/>
          <w:szCs w:val="28"/>
        </w:rPr>
        <w:t xml:space="preserve">khu </w:t>
      </w:r>
      <w:r w:rsidR="00477896">
        <w:rPr>
          <w:rFonts w:cs="Times New Roman"/>
          <w:sz w:val="28"/>
          <w:szCs w:val="28"/>
        </w:rPr>
        <w:t>chôn cất riêng của gia đình, dòng tộc khi chưa được cơ quan có thẩm quyền cho phép.</w:t>
      </w:r>
    </w:p>
    <w:p w14:paraId="0A878B10" w14:textId="4E2C75A3" w:rsidR="00F56AF6" w:rsidRPr="005133EA" w:rsidRDefault="00F56AF6" w:rsidP="00763DC4">
      <w:pPr>
        <w:shd w:val="clear" w:color="auto" w:fill="FFFFFF"/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8</w:t>
      </w:r>
      <w:r w:rsidRPr="005133EA">
        <w:rPr>
          <w:rFonts w:cs="Times New Roman"/>
          <w:sz w:val="28"/>
          <w:szCs w:val="28"/>
        </w:rPr>
        <w:t>. Thu phí, lệ phí</w:t>
      </w:r>
      <w:r w:rsidR="006D3F38">
        <w:rPr>
          <w:rFonts w:cs="Times New Roman"/>
          <w:sz w:val="28"/>
          <w:szCs w:val="28"/>
        </w:rPr>
        <w:t xml:space="preserve"> hoặc </w:t>
      </w:r>
      <w:r w:rsidRPr="005133EA">
        <w:rPr>
          <w:rFonts w:cs="Times New Roman"/>
          <w:sz w:val="28"/>
          <w:szCs w:val="28"/>
        </w:rPr>
        <w:t>kinh doanh các dịch vụ nghĩa trang trái quy định của pháp luật.</w:t>
      </w:r>
    </w:p>
    <w:p w14:paraId="0CEEABC6" w14:textId="2DF56730" w:rsidR="00F56AF6" w:rsidRPr="005133EA" w:rsidRDefault="00F56AF6" w:rsidP="00763DC4">
      <w:pPr>
        <w:shd w:val="clear" w:color="auto" w:fill="FFFFFF"/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9</w:t>
      </w:r>
      <w:r w:rsidRPr="005133EA">
        <w:rPr>
          <w:rFonts w:cs="Times New Roman"/>
          <w:sz w:val="28"/>
          <w:szCs w:val="28"/>
        </w:rPr>
        <w:t>. Lợi dụng chức vụ, quyền hạn</w:t>
      </w:r>
      <w:r w:rsidR="006D3F38">
        <w:rPr>
          <w:rFonts w:cs="Times New Roman"/>
          <w:sz w:val="28"/>
          <w:szCs w:val="28"/>
        </w:rPr>
        <w:t xml:space="preserve"> để</w:t>
      </w:r>
      <w:r w:rsidRPr="005133EA">
        <w:rPr>
          <w:rFonts w:cs="Times New Roman"/>
          <w:sz w:val="28"/>
          <w:szCs w:val="28"/>
        </w:rPr>
        <w:t xml:space="preserve"> trục lợi hoặc gây khó khăn cho người có nhu cầu sử dụng các dịch vụ nghĩa trang.</w:t>
      </w:r>
    </w:p>
    <w:p w14:paraId="3B407EEE" w14:textId="6C22BE93" w:rsidR="00F56AF6" w:rsidRPr="005133EA" w:rsidRDefault="00F56AF6" w:rsidP="00763DC4">
      <w:pPr>
        <w:shd w:val="clear" w:color="auto" w:fill="FFFFFF"/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10</w:t>
      </w:r>
      <w:r w:rsidRPr="005133EA">
        <w:rPr>
          <w:rFonts w:cs="Times New Roman"/>
          <w:sz w:val="28"/>
          <w:szCs w:val="28"/>
        </w:rPr>
        <w:t xml:space="preserve">. Cung cấp thông tin không trung thực làm </w:t>
      </w:r>
      <w:r w:rsidR="00AE2BAA">
        <w:rPr>
          <w:rFonts w:cs="Times New Roman"/>
          <w:sz w:val="28"/>
          <w:szCs w:val="28"/>
        </w:rPr>
        <w:t>ảnh hưởng</w:t>
      </w:r>
      <w:r w:rsidRPr="005133EA">
        <w:rPr>
          <w:rFonts w:cs="Times New Roman"/>
          <w:sz w:val="28"/>
          <w:szCs w:val="28"/>
        </w:rPr>
        <w:t xml:space="preserve"> đến quyền và lợi ích hợp pháp của các tổ chức, cá nhân trong việc cung cấp và sử dụng dịch vụ nghĩa trang.</w:t>
      </w:r>
    </w:p>
    <w:p w14:paraId="34524C8D" w14:textId="6F279637" w:rsidR="00F56AF6" w:rsidRPr="005133EA" w:rsidRDefault="00F56AF6" w:rsidP="00763DC4">
      <w:pPr>
        <w:shd w:val="clear" w:color="auto" w:fill="FFFFFF"/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11</w:t>
      </w:r>
      <w:r w:rsidRPr="005133EA">
        <w:rPr>
          <w:rFonts w:cs="Times New Roman"/>
          <w:sz w:val="28"/>
          <w:szCs w:val="28"/>
        </w:rPr>
        <w:t xml:space="preserve">. Không chấp hành các quyết định của cơ quan có thẩm quyền về </w:t>
      </w:r>
      <w:r w:rsidR="00AE2BAA">
        <w:rPr>
          <w:rFonts w:cs="Times New Roman"/>
          <w:sz w:val="28"/>
          <w:szCs w:val="28"/>
        </w:rPr>
        <w:t xml:space="preserve">việc </w:t>
      </w:r>
      <w:r w:rsidRPr="005133EA">
        <w:rPr>
          <w:rFonts w:cs="Times New Roman"/>
          <w:sz w:val="28"/>
          <w:szCs w:val="28"/>
        </w:rPr>
        <w:t>đóng cửa nghĩa trang, di chuyển nghĩa trang</w:t>
      </w:r>
      <w:r w:rsidR="002C52C6">
        <w:rPr>
          <w:rFonts w:cs="Times New Roman"/>
          <w:sz w:val="28"/>
          <w:szCs w:val="28"/>
        </w:rPr>
        <w:t xml:space="preserve"> hoặc </w:t>
      </w:r>
      <w:r w:rsidRPr="005133EA">
        <w:rPr>
          <w:rFonts w:cs="Times New Roman"/>
          <w:sz w:val="28"/>
          <w:szCs w:val="28"/>
        </w:rPr>
        <w:t xml:space="preserve">di </w:t>
      </w:r>
      <w:r w:rsidR="002C52C6">
        <w:rPr>
          <w:rFonts w:cs="Times New Roman"/>
          <w:sz w:val="28"/>
          <w:szCs w:val="28"/>
        </w:rPr>
        <w:t>dời</w:t>
      </w:r>
      <w:r w:rsidRPr="005133EA">
        <w:rPr>
          <w:rFonts w:cs="Times New Roman"/>
          <w:sz w:val="28"/>
          <w:szCs w:val="28"/>
        </w:rPr>
        <w:t xml:space="preserve"> các mộ phần riêng lẻ.</w:t>
      </w:r>
    </w:p>
    <w:p w14:paraId="348B78BC" w14:textId="23C6D075" w:rsidR="00F56AF6" w:rsidRPr="00BA0A83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III.</w:t>
      </w:r>
      <w:r w:rsidRPr="00BA0A83">
        <w:rPr>
          <w:rFonts w:cs="Times New Roman"/>
          <w:b/>
          <w:sz w:val="28"/>
          <w:szCs w:val="28"/>
        </w:rPr>
        <w:t xml:space="preserve"> Vệ sinh trong các hoạt động an táng và vệ sinh môi trường trong nghĩa trang.</w:t>
      </w:r>
    </w:p>
    <w:p w14:paraId="65A38C60" w14:textId="1A8EB71E" w:rsidR="00F56AF6" w:rsidRPr="005E7569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>1. Người quản trang</w:t>
      </w:r>
      <w:r w:rsidR="006E446B">
        <w:rPr>
          <w:rFonts w:cs="Times New Roman"/>
          <w:sz w:val="28"/>
          <w:szCs w:val="28"/>
        </w:rPr>
        <w:t xml:space="preserve"> (Trưởng thôn)</w:t>
      </w:r>
      <w:r w:rsidR="00F21A8F">
        <w:rPr>
          <w:rFonts w:cs="Times New Roman"/>
          <w:sz w:val="28"/>
          <w:szCs w:val="28"/>
        </w:rPr>
        <w:t xml:space="preserve"> có trách nhiệm</w:t>
      </w:r>
      <w:r w:rsidRPr="005E7569">
        <w:rPr>
          <w:rFonts w:cs="Times New Roman"/>
          <w:sz w:val="28"/>
          <w:szCs w:val="28"/>
        </w:rPr>
        <w:t xml:space="preserve"> tổ chức vệ sinh môi trường khu vực nghĩa trang</w:t>
      </w:r>
      <w:r w:rsidR="002A34D3">
        <w:rPr>
          <w:rFonts w:cs="Times New Roman"/>
          <w:sz w:val="28"/>
          <w:szCs w:val="28"/>
        </w:rPr>
        <w:t xml:space="preserve">; Thực hiện việc dọn </w:t>
      </w:r>
      <w:r w:rsidRPr="005E7569">
        <w:rPr>
          <w:rFonts w:cs="Times New Roman"/>
          <w:sz w:val="28"/>
          <w:szCs w:val="28"/>
        </w:rPr>
        <w:t>vệ sinh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>sạch sẽ ngay sau mỗi lần tổ chức mai t</w:t>
      </w:r>
      <w:r w:rsidR="00AD5731">
        <w:rPr>
          <w:rFonts w:cs="Times New Roman"/>
          <w:sz w:val="28"/>
          <w:szCs w:val="28"/>
        </w:rPr>
        <w:t>áng</w:t>
      </w:r>
      <w:r w:rsidRPr="005E7569">
        <w:rPr>
          <w:rFonts w:cs="Times New Roman"/>
          <w:sz w:val="28"/>
          <w:szCs w:val="28"/>
        </w:rPr>
        <w:t xml:space="preserve">, cát táng. </w:t>
      </w:r>
      <w:r w:rsidR="00AD5731">
        <w:rPr>
          <w:rFonts w:cs="Times New Roman"/>
          <w:sz w:val="28"/>
          <w:szCs w:val="28"/>
        </w:rPr>
        <w:t>Định kỳ í</w:t>
      </w:r>
      <w:r w:rsidRPr="005E7569">
        <w:rPr>
          <w:rFonts w:cs="Times New Roman"/>
          <w:sz w:val="28"/>
          <w:szCs w:val="28"/>
        </w:rPr>
        <w:t xml:space="preserve">t nhất </w:t>
      </w:r>
      <w:r w:rsidR="00AD5731">
        <w:rPr>
          <w:rFonts w:cs="Times New Roman"/>
          <w:sz w:val="28"/>
          <w:szCs w:val="28"/>
        </w:rPr>
        <w:t>0</w:t>
      </w:r>
      <w:r w:rsidRPr="005E7569">
        <w:rPr>
          <w:rFonts w:cs="Times New Roman"/>
          <w:sz w:val="28"/>
          <w:szCs w:val="28"/>
        </w:rPr>
        <w:t>3 tháng</w:t>
      </w:r>
      <w:r w:rsidR="006E0C57">
        <w:rPr>
          <w:rFonts w:cs="Times New Roman"/>
          <w:sz w:val="28"/>
          <w:szCs w:val="28"/>
        </w:rPr>
        <w:t>/</w:t>
      </w:r>
      <w:r w:rsidRPr="005E7569">
        <w:rPr>
          <w:rFonts w:cs="Times New Roman"/>
          <w:sz w:val="28"/>
          <w:szCs w:val="28"/>
        </w:rPr>
        <w:t xml:space="preserve"> lần phải tổ chức</w:t>
      </w:r>
      <w:r>
        <w:rPr>
          <w:rFonts w:cs="Times New Roman"/>
          <w:sz w:val="28"/>
          <w:szCs w:val="28"/>
        </w:rPr>
        <w:t xml:space="preserve"> </w:t>
      </w:r>
      <w:r w:rsidR="006E0C57">
        <w:rPr>
          <w:rFonts w:cs="Times New Roman"/>
          <w:sz w:val="28"/>
          <w:szCs w:val="28"/>
        </w:rPr>
        <w:t>tổng</w:t>
      </w:r>
      <w:r w:rsidRPr="005E7569">
        <w:rPr>
          <w:rFonts w:cs="Times New Roman"/>
          <w:sz w:val="28"/>
          <w:szCs w:val="28"/>
        </w:rPr>
        <w:t xml:space="preserve"> vệ sinh khuôn viên và khu vực nghĩa trang.</w:t>
      </w:r>
    </w:p>
    <w:p w14:paraId="4E4D3509" w14:textId="1C9EABF2" w:rsidR="00F56AF6" w:rsidRPr="005E7569" w:rsidRDefault="00F56AF6" w:rsidP="00D821B3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 xml:space="preserve">2. Các hộ gia đình khi tiến hành mai </w:t>
      </w:r>
      <w:r w:rsidR="00D821B3">
        <w:rPr>
          <w:rFonts w:cs="Times New Roman"/>
          <w:sz w:val="28"/>
          <w:szCs w:val="28"/>
        </w:rPr>
        <w:t>táng hoặc</w:t>
      </w:r>
      <w:r w:rsidRPr="005E7569">
        <w:rPr>
          <w:rFonts w:cs="Times New Roman"/>
          <w:sz w:val="28"/>
          <w:szCs w:val="28"/>
        </w:rPr>
        <w:t xml:space="preserve"> </w:t>
      </w:r>
      <w:r w:rsidR="00D821B3">
        <w:rPr>
          <w:rFonts w:cs="Times New Roman"/>
          <w:sz w:val="28"/>
          <w:szCs w:val="28"/>
        </w:rPr>
        <w:t>cải</w:t>
      </w:r>
      <w:r w:rsidRPr="005E7569">
        <w:rPr>
          <w:rFonts w:cs="Times New Roman"/>
          <w:sz w:val="28"/>
          <w:szCs w:val="28"/>
        </w:rPr>
        <w:t xml:space="preserve"> táng phải</w:t>
      </w:r>
      <w:r w:rsidR="00D821B3">
        <w:rPr>
          <w:rFonts w:cs="Times New Roman"/>
          <w:sz w:val="28"/>
          <w:szCs w:val="28"/>
        </w:rPr>
        <w:t xml:space="preserve"> thu gom toàn bộ vật </w:t>
      </w:r>
      <w:r w:rsidRPr="005E7569">
        <w:rPr>
          <w:rFonts w:cs="Times New Roman"/>
          <w:sz w:val="28"/>
          <w:szCs w:val="28"/>
        </w:rPr>
        <w:t>liệu như: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>gỗ ván, quần áo</w:t>
      </w:r>
      <w:r w:rsidR="008E248F">
        <w:rPr>
          <w:rFonts w:cs="Times New Roman"/>
          <w:sz w:val="28"/>
          <w:szCs w:val="28"/>
        </w:rPr>
        <w:t>, đồ tùy táng</w:t>
      </w:r>
      <w:r w:rsidRPr="005E7569">
        <w:rPr>
          <w:rFonts w:cs="Times New Roman"/>
          <w:sz w:val="28"/>
          <w:szCs w:val="28"/>
        </w:rPr>
        <w:t xml:space="preserve"> </w:t>
      </w:r>
      <w:r w:rsidR="008E248F">
        <w:rPr>
          <w:rFonts w:cs="Times New Roman"/>
          <w:sz w:val="28"/>
          <w:szCs w:val="28"/>
        </w:rPr>
        <w:t>…</w:t>
      </w:r>
      <w:r w:rsidRPr="005E7569">
        <w:rPr>
          <w:rFonts w:cs="Times New Roman"/>
          <w:sz w:val="28"/>
          <w:szCs w:val="28"/>
        </w:rPr>
        <w:t xml:space="preserve">... </w:t>
      </w:r>
      <w:r w:rsidR="008E248F">
        <w:rPr>
          <w:rFonts w:cs="Times New Roman"/>
          <w:sz w:val="28"/>
          <w:szCs w:val="28"/>
        </w:rPr>
        <w:t>đưa lên khỏi huyệt mộ</w:t>
      </w:r>
      <w:r w:rsidRPr="005E7569">
        <w:rPr>
          <w:rFonts w:cs="Times New Roman"/>
          <w:sz w:val="28"/>
          <w:szCs w:val="28"/>
        </w:rPr>
        <w:t xml:space="preserve">, </w:t>
      </w:r>
      <w:r w:rsidR="007A04E1">
        <w:rPr>
          <w:rFonts w:cs="Times New Roman"/>
          <w:sz w:val="28"/>
          <w:szCs w:val="28"/>
        </w:rPr>
        <w:t>tập kết đúng nơi quy định và san lấp, hoàn trả mặt bằng</w:t>
      </w:r>
      <w:r w:rsidR="00CA41A9">
        <w:rPr>
          <w:rFonts w:cs="Times New Roman"/>
          <w:sz w:val="28"/>
          <w:szCs w:val="28"/>
        </w:rPr>
        <w:t xml:space="preserve"> khu vực mộ sau khi thực hiện xong</w:t>
      </w:r>
      <w:r w:rsidRPr="005E7569">
        <w:rPr>
          <w:rFonts w:cs="Times New Roman"/>
          <w:sz w:val="28"/>
          <w:szCs w:val="28"/>
        </w:rPr>
        <w:t>.</w:t>
      </w:r>
    </w:p>
    <w:p w14:paraId="02F88545" w14:textId="0D66F5AC" w:rsidR="00F56AF6" w:rsidRPr="005E7569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 xml:space="preserve">3. </w:t>
      </w:r>
      <w:r w:rsidR="00CA41A9">
        <w:rPr>
          <w:rFonts w:cs="Times New Roman"/>
          <w:sz w:val="28"/>
          <w:szCs w:val="28"/>
        </w:rPr>
        <w:t>X</w:t>
      </w:r>
      <w:r w:rsidRPr="005E7569">
        <w:rPr>
          <w:rFonts w:cs="Times New Roman"/>
          <w:sz w:val="28"/>
          <w:szCs w:val="28"/>
        </w:rPr>
        <w:t xml:space="preserve">ử lý vật liệu, rác thải sau khi mai táng, cát táng do </w:t>
      </w:r>
      <w:r w:rsidR="00CA41A9">
        <w:rPr>
          <w:rFonts w:cs="Times New Roman"/>
          <w:sz w:val="28"/>
          <w:szCs w:val="28"/>
        </w:rPr>
        <w:t>B</w:t>
      </w:r>
      <w:r w:rsidRPr="005E7569">
        <w:rPr>
          <w:rFonts w:cs="Times New Roman"/>
          <w:sz w:val="28"/>
          <w:szCs w:val="28"/>
        </w:rPr>
        <w:t>an quản trang</w:t>
      </w:r>
      <w:r w:rsidR="006E446B">
        <w:rPr>
          <w:rFonts w:cs="Times New Roman"/>
          <w:sz w:val="28"/>
          <w:szCs w:val="28"/>
        </w:rPr>
        <w:t xml:space="preserve"> (Trưởng thôn)</w:t>
      </w:r>
      <w:r w:rsidRPr="005E7569">
        <w:rPr>
          <w:rFonts w:cs="Times New Roman"/>
          <w:sz w:val="28"/>
          <w:szCs w:val="28"/>
        </w:rPr>
        <w:t xml:space="preserve"> </w:t>
      </w:r>
      <w:r w:rsidR="00CA41A9">
        <w:rPr>
          <w:rFonts w:cs="Times New Roman"/>
          <w:sz w:val="28"/>
          <w:szCs w:val="28"/>
        </w:rPr>
        <w:t xml:space="preserve">tổ chức </w:t>
      </w:r>
      <w:r w:rsidRPr="005E7569">
        <w:rPr>
          <w:rFonts w:cs="Times New Roman"/>
          <w:sz w:val="28"/>
          <w:szCs w:val="28"/>
        </w:rPr>
        <w:t>thực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 xml:space="preserve">hiện sau khi hoàn thành việc </w:t>
      </w:r>
      <w:r w:rsidR="00CA41A9">
        <w:rPr>
          <w:rFonts w:cs="Times New Roman"/>
          <w:sz w:val="28"/>
          <w:szCs w:val="28"/>
        </w:rPr>
        <w:t xml:space="preserve">an </w:t>
      </w:r>
      <w:r w:rsidRPr="005E7569">
        <w:rPr>
          <w:rFonts w:cs="Times New Roman"/>
          <w:sz w:val="28"/>
          <w:szCs w:val="28"/>
        </w:rPr>
        <w:t>táng.</w:t>
      </w:r>
    </w:p>
    <w:p w14:paraId="131D6A3B" w14:textId="67429EF3" w:rsidR="00F56AF6" w:rsidRPr="00BA0A83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IV.</w:t>
      </w:r>
      <w:r w:rsidRPr="00BA0A83">
        <w:rPr>
          <w:rFonts w:cs="Times New Roman"/>
          <w:b/>
          <w:sz w:val="28"/>
          <w:szCs w:val="28"/>
        </w:rPr>
        <w:t xml:space="preserve"> Sử dụng đất trong nghĩa trang</w:t>
      </w:r>
    </w:p>
    <w:p w14:paraId="6A811BD2" w14:textId="7D4E08E8" w:rsidR="00F56AF6" w:rsidRPr="005E7569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>1. Việc sử dụng đất trong nghĩa trang phải theo đúng quy hoạch, theo vị trí khu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>mộ, hàng mộ và phần mộ</w:t>
      </w:r>
      <w:r w:rsidR="00C8601A">
        <w:rPr>
          <w:rFonts w:cs="Times New Roman"/>
          <w:sz w:val="28"/>
          <w:szCs w:val="28"/>
        </w:rPr>
        <w:t xml:space="preserve"> đã được xác định; Bảo đảm sử dụng </w:t>
      </w:r>
      <w:r w:rsidRPr="005E7569">
        <w:rPr>
          <w:rFonts w:cs="Times New Roman"/>
          <w:sz w:val="28"/>
          <w:szCs w:val="28"/>
        </w:rPr>
        <w:t>đúng mục đích, đúng đối tượng.</w:t>
      </w:r>
    </w:p>
    <w:p w14:paraId="76153595" w14:textId="561F4462" w:rsidR="00F56AF6" w:rsidRPr="005E7569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 xml:space="preserve">2. Việc giao đất mai táng trong nghĩa trang </w:t>
      </w:r>
      <w:r w:rsidR="00657D8B">
        <w:rPr>
          <w:rFonts w:cs="Times New Roman"/>
          <w:sz w:val="28"/>
          <w:szCs w:val="28"/>
        </w:rPr>
        <w:t xml:space="preserve">được </w:t>
      </w:r>
      <w:r w:rsidRPr="005E7569">
        <w:rPr>
          <w:rFonts w:cs="Times New Roman"/>
          <w:sz w:val="28"/>
          <w:szCs w:val="28"/>
        </w:rPr>
        <w:t>thực hiện lần lượt theo khu, hàng có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>trật tự đã định trước, không được tự ý lựa chọn khu đất mai táng.</w:t>
      </w:r>
    </w:p>
    <w:p w14:paraId="26B57D5B" w14:textId="77777777" w:rsidR="00F56AF6" w:rsidRPr="005E7569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>3. Không được giao đất mai táng cho các đối tượng chưa có nhu cầu.</w:t>
      </w:r>
    </w:p>
    <w:p w14:paraId="1B96D903" w14:textId="77777777" w:rsidR="00F56AF6" w:rsidRPr="005E7569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>4. Không giao đất cho các đối tượng không có hộ khẩu thường trú tại địa phương.</w:t>
      </w:r>
    </w:p>
    <w:p w14:paraId="05101079" w14:textId="4334E24A" w:rsidR="00F56AF6" w:rsidRPr="005E7569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 xml:space="preserve">Trường hợp người chết có quê quán tại xã </w:t>
      </w:r>
      <w:r>
        <w:rPr>
          <w:rFonts w:cs="Times New Roman"/>
          <w:sz w:val="28"/>
          <w:szCs w:val="28"/>
        </w:rPr>
        <w:t>Tam Hưng</w:t>
      </w:r>
      <w:r w:rsidRPr="005E7569">
        <w:rPr>
          <w:rFonts w:cs="Times New Roman"/>
          <w:sz w:val="28"/>
          <w:szCs w:val="28"/>
        </w:rPr>
        <w:t xml:space="preserve"> nhưng cư trú ở địa phương khác,</w:t>
      </w:r>
      <w:r w:rsidR="004D0545">
        <w:rPr>
          <w:rFonts w:cs="Times New Roman"/>
          <w:sz w:val="28"/>
          <w:szCs w:val="28"/>
        </w:rPr>
        <w:t xml:space="preserve"> nếu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 xml:space="preserve">có nhu cầu mai táng tại nghĩa trang trên địa bàn xã </w:t>
      </w:r>
      <w:r>
        <w:rPr>
          <w:rFonts w:cs="Times New Roman"/>
          <w:sz w:val="28"/>
          <w:szCs w:val="28"/>
        </w:rPr>
        <w:t>Tam Hưng</w:t>
      </w:r>
      <w:r w:rsidRPr="005E7569">
        <w:rPr>
          <w:rFonts w:cs="Times New Roman"/>
          <w:sz w:val="28"/>
          <w:szCs w:val="28"/>
        </w:rPr>
        <w:t xml:space="preserve"> thì thân nhân phải </w:t>
      </w:r>
      <w:r w:rsidR="00047CD3">
        <w:rPr>
          <w:rFonts w:cs="Times New Roman"/>
          <w:sz w:val="28"/>
          <w:szCs w:val="28"/>
        </w:rPr>
        <w:t xml:space="preserve">làm </w:t>
      </w:r>
      <w:r w:rsidRPr="005E7569">
        <w:rPr>
          <w:rFonts w:cs="Times New Roman"/>
          <w:sz w:val="28"/>
          <w:szCs w:val="28"/>
        </w:rPr>
        <w:t>đơn</w:t>
      </w:r>
      <w:r w:rsidR="00047CD3">
        <w:rPr>
          <w:rFonts w:cs="Times New Roman"/>
          <w:sz w:val="28"/>
          <w:szCs w:val="28"/>
        </w:rPr>
        <w:t xml:space="preserve"> đề nghị</w:t>
      </w:r>
      <w:r w:rsidRPr="005E7569">
        <w:rPr>
          <w:rFonts w:cs="Times New Roman"/>
          <w:sz w:val="28"/>
          <w:szCs w:val="28"/>
        </w:rPr>
        <w:t xml:space="preserve"> gửi UBND xã. </w:t>
      </w:r>
      <w:r w:rsidR="00AE6BF4">
        <w:rPr>
          <w:rFonts w:cs="Times New Roman"/>
          <w:sz w:val="28"/>
          <w:szCs w:val="28"/>
        </w:rPr>
        <w:t>Sau khi</w:t>
      </w:r>
      <w:r w:rsidRPr="005E7569">
        <w:rPr>
          <w:rFonts w:cs="Times New Roman"/>
          <w:sz w:val="28"/>
          <w:szCs w:val="28"/>
        </w:rPr>
        <w:t xml:space="preserve"> được UBND xã </w:t>
      </w:r>
      <w:r w:rsidR="00AE6BF4">
        <w:rPr>
          <w:rFonts w:cs="Times New Roman"/>
          <w:sz w:val="28"/>
          <w:szCs w:val="28"/>
        </w:rPr>
        <w:t>chấp</w:t>
      </w:r>
      <w:r w:rsidRPr="005E7569">
        <w:rPr>
          <w:rFonts w:cs="Times New Roman"/>
          <w:sz w:val="28"/>
          <w:szCs w:val="28"/>
        </w:rPr>
        <w:t xml:space="preserve"> </w:t>
      </w:r>
      <w:r w:rsidR="00AE6BF4">
        <w:rPr>
          <w:rFonts w:cs="Times New Roman"/>
          <w:sz w:val="28"/>
          <w:szCs w:val="28"/>
        </w:rPr>
        <w:lastRenderedPageBreak/>
        <w:t>thuận</w:t>
      </w:r>
      <w:r w:rsidRPr="005E7569">
        <w:rPr>
          <w:rFonts w:cs="Times New Roman"/>
          <w:sz w:val="28"/>
          <w:szCs w:val="28"/>
        </w:rPr>
        <w:t xml:space="preserve"> thì mới được thực hiện</w:t>
      </w:r>
      <w:r w:rsidR="00AE6BF4">
        <w:rPr>
          <w:rFonts w:cs="Times New Roman"/>
          <w:sz w:val="28"/>
          <w:szCs w:val="28"/>
        </w:rPr>
        <w:t>.</w:t>
      </w:r>
      <w:r w:rsidRPr="005E7569">
        <w:rPr>
          <w:rFonts w:cs="Times New Roman"/>
          <w:sz w:val="28"/>
          <w:szCs w:val="28"/>
        </w:rPr>
        <w:t xml:space="preserve"> </w:t>
      </w:r>
      <w:r w:rsidR="00AE6BF4">
        <w:rPr>
          <w:rFonts w:cs="Times New Roman"/>
          <w:sz w:val="28"/>
          <w:szCs w:val="28"/>
        </w:rPr>
        <w:t>G</w:t>
      </w:r>
      <w:r w:rsidRPr="005E7569">
        <w:rPr>
          <w:rFonts w:cs="Times New Roman"/>
          <w:sz w:val="28"/>
          <w:szCs w:val="28"/>
        </w:rPr>
        <w:t>ia đình thân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 xml:space="preserve">nhân phải thực hiện </w:t>
      </w:r>
      <w:r w:rsidR="00FE2B16">
        <w:rPr>
          <w:rFonts w:cs="Times New Roman"/>
          <w:sz w:val="28"/>
          <w:szCs w:val="28"/>
        </w:rPr>
        <w:t xml:space="preserve">các nghĩa vụ liên quan đến </w:t>
      </w:r>
      <w:r w:rsidR="00915E13">
        <w:rPr>
          <w:rFonts w:cs="Times New Roman"/>
          <w:sz w:val="28"/>
          <w:szCs w:val="28"/>
        </w:rPr>
        <w:t xml:space="preserve">dịch vụ vệ sinh môi trường, dịch vụ an táng và các khoản đóng góp </w:t>
      </w:r>
      <w:r w:rsidR="008773CC">
        <w:rPr>
          <w:rFonts w:cs="Times New Roman"/>
          <w:sz w:val="28"/>
          <w:szCs w:val="28"/>
        </w:rPr>
        <w:t>theo hương ước của thôn.</w:t>
      </w:r>
    </w:p>
    <w:p w14:paraId="5454B744" w14:textId="6482DFC2" w:rsidR="00F56AF6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>5. Phần đất nơi huyệt mộ sau khi cải táng phải để tối thiểu là 12 tháng mới được</w:t>
      </w:r>
      <w:r>
        <w:rPr>
          <w:rFonts w:cs="Times New Roman"/>
          <w:sz w:val="28"/>
          <w:szCs w:val="28"/>
        </w:rPr>
        <w:t xml:space="preserve"> </w:t>
      </w:r>
      <w:r w:rsidRPr="005E7569">
        <w:rPr>
          <w:rFonts w:cs="Times New Roman"/>
          <w:sz w:val="28"/>
          <w:szCs w:val="28"/>
        </w:rPr>
        <w:t xml:space="preserve">sử dụng </w:t>
      </w:r>
      <w:r w:rsidR="008773CC">
        <w:rPr>
          <w:rFonts w:cs="Times New Roman"/>
          <w:sz w:val="28"/>
          <w:szCs w:val="28"/>
        </w:rPr>
        <w:t xml:space="preserve">lại </w:t>
      </w:r>
      <w:r w:rsidRPr="005E7569">
        <w:rPr>
          <w:rFonts w:cs="Times New Roman"/>
          <w:sz w:val="28"/>
          <w:szCs w:val="28"/>
        </w:rPr>
        <w:t>vào mục đích mai táng.</w:t>
      </w:r>
    </w:p>
    <w:p w14:paraId="4D433B2D" w14:textId="163EB644" w:rsidR="006E446B" w:rsidRDefault="00F56AF6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5E7569">
        <w:rPr>
          <w:rFonts w:cs="Times New Roman"/>
          <w:sz w:val="28"/>
          <w:szCs w:val="28"/>
        </w:rPr>
        <w:t xml:space="preserve">6. </w:t>
      </w:r>
      <w:r w:rsidRPr="00D31175">
        <w:rPr>
          <w:rFonts w:cs="Times New Roman"/>
          <w:sz w:val="28"/>
          <w:szCs w:val="28"/>
        </w:rPr>
        <w:t xml:space="preserve">Diện tích đất tối đa cho mỗi mộ hung táng </w:t>
      </w:r>
      <w:r w:rsidR="008F7F96">
        <w:rPr>
          <w:rFonts w:cs="Times New Roman"/>
          <w:sz w:val="28"/>
          <w:szCs w:val="28"/>
        </w:rPr>
        <w:t>hoặc</w:t>
      </w:r>
      <w:r w:rsidRPr="00D31175">
        <w:rPr>
          <w:rFonts w:cs="Times New Roman"/>
          <w:sz w:val="28"/>
          <w:szCs w:val="28"/>
        </w:rPr>
        <w:t xml:space="preserve"> chôn cất một lần không quá 5m</w:t>
      </w:r>
      <w:r w:rsidRPr="006E446B">
        <w:rPr>
          <w:rFonts w:cs="Times New Roman"/>
          <w:sz w:val="28"/>
          <w:szCs w:val="28"/>
          <w:vertAlign w:val="superscript"/>
        </w:rPr>
        <w:t>2</w:t>
      </w:r>
      <w:r w:rsidRPr="00D31175">
        <w:rPr>
          <w:rFonts w:cs="Times New Roman"/>
          <w:sz w:val="28"/>
          <w:szCs w:val="28"/>
        </w:rPr>
        <w:t>, đối với mộ cải táng không quá 3m</w:t>
      </w:r>
      <w:r w:rsidRPr="006E446B">
        <w:rPr>
          <w:rFonts w:cs="Times New Roman"/>
          <w:sz w:val="28"/>
          <w:szCs w:val="28"/>
          <w:vertAlign w:val="superscript"/>
        </w:rPr>
        <w:t>2</w:t>
      </w:r>
      <w:r w:rsidRPr="005E7569">
        <w:rPr>
          <w:rFonts w:cs="Times New Roman"/>
          <w:sz w:val="28"/>
          <w:szCs w:val="28"/>
        </w:rPr>
        <w:t xml:space="preserve">. </w:t>
      </w:r>
    </w:p>
    <w:p w14:paraId="65F58D16" w14:textId="77777777" w:rsidR="006E446B" w:rsidRDefault="006E446B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6E446B">
        <w:rPr>
          <w:rFonts w:cs="Times New Roman"/>
          <w:sz w:val="28"/>
          <w:szCs w:val="28"/>
        </w:rPr>
        <w:t>Việc xây dựng mộ phần vượt quá diện tích quy định hoặc sai quy hoạch là</w:t>
      </w:r>
      <w:r>
        <w:rPr>
          <w:rFonts w:cs="Times New Roman"/>
          <w:sz w:val="28"/>
          <w:szCs w:val="28"/>
        </w:rPr>
        <w:t xml:space="preserve"> </w:t>
      </w:r>
      <w:r w:rsidRPr="006E446B">
        <w:rPr>
          <w:rFonts w:cs="Times New Roman"/>
          <w:sz w:val="28"/>
          <w:szCs w:val="28"/>
        </w:rPr>
        <w:t>hành vi vi phạm pháp luật và sẽ bị xử lý theo quy định về quản lý công trình</w:t>
      </w:r>
      <w:r>
        <w:rPr>
          <w:rFonts w:cs="Times New Roman"/>
          <w:sz w:val="28"/>
          <w:szCs w:val="28"/>
        </w:rPr>
        <w:t xml:space="preserve"> </w:t>
      </w:r>
      <w:r w:rsidRPr="006E446B">
        <w:rPr>
          <w:rFonts w:cs="Times New Roman"/>
          <w:sz w:val="28"/>
          <w:szCs w:val="28"/>
        </w:rPr>
        <w:t>hạ</w:t>
      </w:r>
      <w:r>
        <w:rPr>
          <w:rFonts w:cs="Times New Roman"/>
          <w:sz w:val="28"/>
          <w:szCs w:val="28"/>
        </w:rPr>
        <w:t xml:space="preserve"> </w:t>
      </w:r>
      <w:r w:rsidRPr="006E446B">
        <w:rPr>
          <w:rFonts w:cs="Times New Roman"/>
          <w:sz w:val="28"/>
          <w:szCs w:val="28"/>
        </w:rPr>
        <w:t>tầng kỹ thuật đô thị.</w:t>
      </w:r>
    </w:p>
    <w:p w14:paraId="6AC6CC57" w14:textId="42E5EEE8" w:rsidR="006E446B" w:rsidRPr="006E446B" w:rsidRDefault="006E446B" w:rsidP="00763DC4">
      <w:pPr>
        <w:spacing w:beforeLines="60" w:before="144" w:after="0" w:line="240" w:lineRule="auto"/>
        <w:ind w:firstLine="567"/>
        <w:jc w:val="both"/>
        <w:rPr>
          <w:rFonts w:cs="Times New Roman"/>
          <w:b/>
          <w:bCs/>
          <w:sz w:val="28"/>
          <w:szCs w:val="28"/>
        </w:rPr>
      </w:pPr>
      <w:r w:rsidRPr="006E446B">
        <w:rPr>
          <w:rFonts w:cs="Times New Roman"/>
          <w:b/>
          <w:bCs/>
          <w:sz w:val="28"/>
          <w:szCs w:val="28"/>
        </w:rPr>
        <w:t>Kính thưa nhân dân!</w:t>
      </w:r>
    </w:p>
    <w:p w14:paraId="22C09FAD" w14:textId="69A6EEF0" w:rsidR="006E446B" w:rsidRDefault="006E446B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6E446B">
        <w:rPr>
          <w:rFonts w:cs="Times New Roman"/>
          <w:sz w:val="28"/>
          <w:szCs w:val="28"/>
        </w:rPr>
        <w:t xml:space="preserve">Việc chấp hành nghiêm các quy định về </w:t>
      </w:r>
      <w:r w:rsidR="005C7F1B">
        <w:rPr>
          <w:rFonts w:cs="Times New Roman"/>
          <w:sz w:val="28"/>
          <w:szCs w:val="28"/>
        </w:rPr>
        <w:t xml:space="preserve">mai </w:t>
      </w:r>
      <w:r w:rsidRPr="006E446B">
        <w:rPr>
          <w:rFonts w:cs="Times New Roman"/>
          <w:sz w:val="28"/>
          <w:szCs w:val="28"/>
        </w:rPr>
        <w:t>táng không chỉ thể hiện ý thức</w:t>
      </w:r>
      <w:r>
        <w:rPr>
          <w:rFonts w:cs="Times New Roman"/>
          <w:sz w:val="28"/>
          <w:szCs w:val="28"/>
        </w:rPr>
        <w:t xml:space="preserve"> </w:t>
      </w:r>
      <w:r w:rsidR="005C7F1B">
        <w:rPr>
          <w:rFonts w:cs="Times New Roman"/>
          <w:sz w:val="28"/>
          <w:szCs w:val="28"/>
        </w:rPr>
        <w:t>chấp hành</w:t>
      </w:r>
      <w:r w:rsidRPr="006E446B">
        <w:rPr>
          <w:rFonts w:cs="Times New Roman"/>
          <w:sz w:val="28"/>
          <w:szCs w:val="28"/>
        </w:rPr>
        <w:t xml:space="preserve"> pháp luật mà còn là trách nhiệm, nghĩa vụ của mỗi công dân trong</w:t>
      </w:r>
      <w:r>
        <w:rPr>
          <w:rFonts w:cs="Times New Roman"/>
          <w:sz w:val="28"/>
          <w:szCs w:val="28"/>
        </w:rPr>
        <w:t xml:space="preserve"> </w:t>
      </w:r>
      <w:r w:rsidRPr="006E446B">
        <w:rPr>
          <w:rFonts w:cs="Times New Roman"/>
          <w:sz w:val="28"/>
          <w:szCs w:val="28"/>
        </w:rPr>
        <w:t xml:space="preserve">việc </w:t>
      </w:r>
      <w:r w:rsidR="00A21C8E">
        <w:rPr>
          <w:rFonts w:cs="Times New Roman"/>
          <w:sz w:val="28"/>
          <w:szCs w:val="28"/>
        </w:rPr>
        <w:t>bảo vệ môi trường sống và xây dựng nếp sống Văn minh</w:t>
      </w:r>
      <w:r w:rsidRPr="006E446B">
        <w:rPr>
          <w:rFonts w:cs="Times New Roman"/>
          <w:sz w:val="28"/>
          <w:szCs w:val="28"/>
        </w:rPr>
        <w:t>.</w:t>
      </w:r>
    </w:p>
    <w:p w14:paraId="626520E4" w14:textId="284C31BF" w:rsidR="006E446B" w:rsidRPr="005E7569" w:rsidRDefault="006E446B" w:rsidP="00763DC4">
      <w:pPr>
        <w:spacing w:beforeLines="60" w:before="144" w:after="0" w:line="240" w:lineRule="auto"/>
        <w:ind w:firstLine="567"/>
        <w:jc w:val="both"/>
        <w:rPr>
          <w:rFonts w:cs="Times New Roman"/>
          <w:sz w:val="28"/>
          <w:szCs w:val="28"/>
        </w:rPr>
      </w:pPr>
      <w:r w:rsidRPr="006E446B">
        <w:rPr>
          <w:rFonts w:cs="Times New Roman"/>
          <w:sz w:val="28"/>
          <w:szCs w:val="28"/>
        </w:rPr>
        <w:t xml:space="preserve">UBND xã Tam Hưng </w:t>
      </w:r>
      <w:r w:rsidR="00A21C8E">
        <w:rPr>
          <w:rFonts w:cs="Times New Roman"/>
          <w:sz w:val="28"/>
          <w:szCs w:val="28"/>
        </w:rPr>
        <w:t>đề nghị toàn thể</w:t>
      </w:r>
      <w:r w:rsidRPr="006E446B">
        <w:rPr>
          <w:rFonts w:cs="Times New Roman"/>
          <w:sz w:val="28"/>
          <w:szCs w:val="28"/>
        </w:rPr>
        <w:t xml:space="preserve"> nhân dân đồng thuận, ủng hộ và tích</w:t>
      </w:r>
      <w:r>
        <w:rPr>
          <w:rFonts w:cs="Times New Roman"/>
          <w:sz w:val="28"/>
          <w:szCs w:val="28"/>
        </w:rPr>
        <w:t xml:space="preserve"> </w:t>
      </w:r>
      <w:r w:rsidRPr="006E446B">
        <w:rPr>
          <w:rFonts w:cs="Times New Roman"/>
          <w:sz w:val="28"/>
          <w:szCs w:val="28"/>
        </w:rPr>
        <w:t>cực thực hiện nếp sống văn minh trong việc tang lễ, góp phần xây dựng xã Tam</w:t>
      </w:r>
      <w:r>
        <w:rPr>
          <w:rFonts w:cs="Times New Roman"/>
          <w:sz w:val="28"/>
          <w:szCs w:val="28"/>
        </w:rPr>
        <w:t xml:space="preserve"> </w:t>
      </w:r>
      <w:r w:rsidRPr="006E446B">
        <w:rPr>
          <w:rFonts w:cs="Times New Roman"/>
          <w:sz w:val="28"/>
          <w:szCs w:val="28"/>
        </w:rPr>
        <w:t>Hưng ngày càng xanh – sạc</w:t>
      </w:r>
      <w:r w:rsidR="00C35898">
        <w:rPr>
          <w:rFonts w:cs="Times New Roman"/>
          <w:sz w:val="28"/>
          <w:szCs w:val="28"/>
        </w:rPr>
        <w:t>h</w:t>
      </w:r>
      <w:r w:rsidRPr="006E446B">
        <w:rPr>
          <w:rFonts w:cs="Times New Roman"/>
          <w:sz w:val="28"/>
          <w:szCs w:val="28"/>
        </w:rPr>
        <w:t xml:space="preserve"> </w:t>
      </w:r>
      <w:r w:rsidR="00C35898">
        <w:rPr>
          <w:rFonts w:cs="Times New Roman"/>
          <w:sz w:val="28"/>
          <w:szCs w:val="28"/>
        </w:rPr>
        <w:t xml:space="preserve">- </w:t>
      </w:r>
      <w:r w:rsidRPr="006E446B">
        <w:rPr>
          <w:rFonts w:cs="Times New Roman"/>
          <w:sz w:val="28"/>
          <w:szCs w:val="28"/>
        </w:rPr>
        <w:t xml:space="preserve">đẹp – </w:t>
      </w:r>
      <w:r w:rsidR="00C35898">
        <w:rPr>
          <w:rFonts w:cs="Times New Roman"/>
          <w:sz w:val="28"/>
          <w:szCs w:val="28"/>
        </w:rPr>
        <w:t>v</w:t>
      </w:r>
      <w:r w:rsidRPr="006E446B">
        <w:rPr>
          <w:rFonts w:cs="Times New Roman"/>
          <w:sz w:val="28"/>
          <w:szCs w:val="28"/>
        </w:rPr>
        <w:t>ăn minh.</w:t>
      </w:r>
    </w:p>
    <w:p w14:paraId="7B5781CD" w14:textId="3FCF7F2B" w:rsidR="00F56AF6" w:rsidRPr="005E7569" w:rsidRDefault="00F56AF6" w:rsidP="00F56AF6">
      <w:pPr>
        <w:spacing w:before="60" w:after="60" w:line="240" w:lineRule="auto"/>
        <w:jc w:val="both"/>
        <w:rPr>
          <w:rFonts w:cs="Times New Roman"/>
          <w:sz w:val="28"/>
          <w:szCs w:val="28"/>
        </w:rPr>
      </w:pPr>
    </w:p>
    <w:p w14:paraId="68CC219B" w14:textId="77777777" w:rsidR="00F56AF6" w:rsidRPr="005E7569" w:rsidRDefault="00F56AF6" w:rsidP="000620F5">
      <w:pPr>
        <w:spacing w:before="60" w:after="60" w:line="240" w:lineRule="auto"/>
        <w:ind w:firstLine="720"/>
        <w:jc w:val="both"/>
        <w:rPr>
          <w:rFonts w:cs="Times New Roman"/>
          <w:sz w:val="28"/>
          <w:szCs w:val="28"/>
        </w:rPr>
      </w:pPr>
    </w:p>
    <w:p w14:paraId="277846C3" w14:textId="10510553" w:rsidR="00972175" w:rsidRDefault="00972175" w:rsidP="000620F5">
      <w:pPr>
        <w:spacing w:before="60" w:after="0" w:line="240" w:lineRule="auto"/>
        <w:ind w:firstLine="567"/>
        <w:jc w:val="center"/>
      </w:pPr>
    </w:p>
    <w:sectPr w:rsidR="00972175" w:rsidSect="00BA0EEC">
      <w:headerReference w:type="default" r:id="rId8"/>
      <w:pgSz w:w="11907" w:h="16840" w:code="9"/>
      <w:pgMar w:top="1134" w:right="1134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372B7" w14:textId="77777777" w:rsidR="00BC53DF" w:rsidRDefault="00BC53DF" w:rsidP="00BA0EEC">
      <w:pPr>
        <w:spacing w:after="0" w:line="240" w:lineRule="auto"/>
      </w:pPr>
      <w:r>
        <w:separator/>
      </w:r>
    </w:p>
  </w:endnote>
  <w:endnote w:type="continuationSeparator" w:id="0">
    <w:p w14:paraId="2F05F5F1" w14:textId="77777777" w:rsidR="00BC53DF" w:rsidRDefault="00BC53DF" w:rsidP="00BA0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98EB06" w14:textId="77777777" w:rsidR="00BC53DF" w:rsidRDefault="00BC53DF" w:rsidP="00BA0EEC">
      <w:pPr>
        <w:spacing w:after="0" w:line="240" w:lineRule="auto"/>
      </w:pPr>
      <w:r>
        <w:separator/>
      </w:r>
    </w:p>
  </w:footnote>
  <w:footnote w:type="continuationSeparator" w:id="0">
    <w:p w14:paraId="6CC1DEF2" w14:textId="77777777" w:rsidR="00BC53DF" w:rsidRDefault="00BC53DF" w:rsidP="00BA0E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32657709"/>
      <w:docPartObj>
        <w:docPartGallery w:val="Page Numbers (Top of Page)"/>
        <w:docPartUnique/>
      </w:docPartObj>
    </w:sdtPr>
    <w:sdtEndPr>
      <w:rPr>
        <w:noProof/>
      </w:rPr>
    </w:sdtEndPr>
    <w:sdtContent>
      <w:p w14:paraId="1DFAB66D" w14:textId="6C5CC28D" w:rsidR="001A371A" w:rsidRDefault="001A371A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65DF3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0492CA43" w14:textId="77777777" w:rsidR="001A371A" w:rsidRDefault="001A371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7F24C58"/>
    <w:multiLevelType w:val="hybridMultilevel"/>
    <w:tmpl w:val="8EB08822"/>
    <w:lvl w:ilvl="0" w:tplc="BDE8EF5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48090019" w:tentative="1">
      <w:start w:val="1"/>
      <w:numFmt w:val="lowerLetter"/>
      <w:lvlText w:val="%2."/>
      <w:lvlJc w:val="left"/>
      <w:pPr>
        <w:ind w:left="1647" w:hanging="360"/>
      </w:pPr>
    </w:lvl>
    <w:lvl w:ilvl="2" w:tplc="4809001B" w:tentative="1">
      <w:start w:val="1"/>
      <w:numFmt w:val="lowerRoman"/>
      <w:lvlText w:val="%3."/>
      <w:lvlJc w:val="right"/>
      <w:pPr>
        <w:ind w:left="2367" w:hanging="180"/>
      </w:pPr>
    </w:lvl>
    <w:lvl w:ilvl="3" w:tplc="4809000F" w:tentative="1">
      <w:start w:val="1"/>
      <w:numFmt w:val="decimal"/>
      <w:lvlText w:val="%4."/>
      <w:lvlJc w:val="left"/>
      <w:pPr>
        <w:ind w:left="3087" w:hanging="360"/>
      </w:pPr>
    </w:lvl>
    <w:lvl w:ilvl="4" w:tplc="48090019" w:tentative="1">
      <w:start w:val="1"/>
      <w:numFmt w:val="lowerLetter"/>
      <w:lvlText w:val="%5."/>
      <w:lvlJc w:val="left"/>
      <w:pPr>
        <w:ind w:left="3807" w:hanging="360"/>
      </w:pPr>
    </w:lvl>
    <w:lvl w:ilvl="5" w:tplc="4809001B" w:tentative="1">
      <w:start w:val="1"/>
      <w:numFmt w:val="lowerRoman"/>
      <w:lvlText w:val="%6."/>
      <w:lvlJc w:val="right"/>
      <w:pPr>
        <w:ind w:left="4527" w:hanging="180"/>
      </w:pPr>
    </w:lvl>
    <w:lvl w:ilvl="6" w:tplc="4809000F" w:tentative="1">
      <w:start w:val="1"/>
      <w:numFmt w:val="decimal"/>
      <w:lvlText w:val="%7."/>
      <w:lvlJc w:val="left"/>
      <w:pPr>
        <w:ind w:left="5247" w:hanging="360"/>
      </w:pPr>
    </w:lvl>
    <w:lvl w:ilvl="7" w:tplc="48090019" w:tentative="1">
      <w:start w:val="1"/>
      <w:numFmt w:val="lowerLetter"/>
      <w:lvlText w:val="%8."/>
      <w:lvlJc w:val="left"/>
      <w:pPr>
        <w:ind w:left="5967" w:hanging="360"/>
      </w:pPr>
    </w:lvl>
    <w:lvl w:ilvl="8" w:tplc="4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6535577"/>
    <w:multiLevelType w:val="hybridMultilevel"/>
    <w:tmpl w:val="213C85AE"/>
    <w:lvl w:ilvl="0" w:tplc="41DC278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48090019" w:tentative="1">
      <w:start w:val="1"/>
      <w:numFmt w:val="lowerLetter"/>
      <w:lvlText w:val="%2."/>
      <w:lvlJc w:val="left"/>
      <w:pPr>
        <w:ind w:left="1647" w:hanging="360"/>
      </w:pPr>
    </w:lvl>
    <w:lvl w:ilvl="2" w:tplc="4809001B" w:tentative="1">
      <w:start w:val="1"/>
      <w:numFmt w:val="lowerRoman"/>
      <w:lvlText w:val="%3."/>
      <w:lvlJc w:val="right"/>
      <w:pPr>
        <w:ind w:left="2367" w:hanging="180"/>
      </w:pPr>
    </w:lvl>
    <w:lvl w:ilvl="3" w:tplc="4809000F" w:tentative="1">
      <w:start w:val="1"/>
      <w:numFmt w:val="decimal"/>
      <w:lvlText w:val="%4."/>
      <w:lvlJc w:val="left"/>
      <w:pPr>
        <w:ind w:left="3087" w:hanging="360"/>
      </w:pPr>
    </w:lvl>
    <w:lvl w:ilvl="4" w:tplc="48090019" w:tentative="1">
      <w:start w:val="1"/>
      <w:numFmt w:val="lowerLetter"/>
      <w:lvlText w:val="%5."/>
      <w:lvlJc w:val="left"/>
      <w:pPr>
        <w:ind w:left="3807" w:hanging="360"/>
      </w:pPr>
    </w:lvl>
    <w:lvl w:ilvl="5" w:tplc="4809001B" w:tentative="1">
      <w:start w:val="1"/>
      <w:numFmt w:val="lowerRoman"/>
      <w:lvlText w:val="%6."/>
      <w:lvlJc w:val="right"/>
      <w:pPr>
        <w:ind w:left="4527" w:hanging="180"/>
      </w:pPr>
    </w:lvl>
    <w:lvl w:ilvl="6" w:tplc="4809000F" w:tentative="1">
      <w:start w:val="1"/>
      <w:numFmt w:val="decimal"/>
      <w:lvlText w:val="%7."/>
      <w:lvlJc w:val="left"/>
      <w:pPr>
        <w:ind w:left="5247" w:hanging="360"/>
      </w:pPr>
    </w:lvl>
    <w:lvl w:ilvl="7" w:tplc="48090019" w:tentative="1">
      <w:start w:val="1"/>
      <w:numFmt w:val="lowerLetter"/>
      <w:lvlText w:val="%8."/>
      <w:lvlJc w:val="left"/>
      <w:pPr>
        <w:ind w:left="5967" w:hanging="360"/>
      </w:pPr>
    </w:lvl>
    <w:lvl w:ilvl="8" w:tplc="4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70D90F41"/>
    <w:multiLevelType w:val="hybridMultilevel"/>
    <w:tmpl w:val="8114547C"/>
    <w:lvl w:ilvl="0" w:tplc="4340807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48090019" w:tentative="1">
      <w:start w:val="1"/>
      <w:numFmt w:val="lowerLetter"/>
      <w:lvlText w:val="%2."/>
      <w:lvlJc w:val="left"/>
      <w:pPr>
        <w:ind w:left="1647" w:hanging="360"/>
      </w:pPr>
    </w:lvl>
    <w:lvl w:ilvl="2" w:tplc="4809001B" w:tentative="1">
      <w:start w:val="1"/>
      <w:numFmt w:val="lowerRoman"/>
      <w:lvlText w:val="%3."/>
      <w:lvlJc w:val="right"/>
      <w:pPr>
        <w:ind w:left="2367" w:hanging="180"/>
      </w:pPr>
    </w:lvl>
    <w:lvl w:ilvl="3" w:tplc="4809000F" w:tentative="1">
      <w:start w:val="1"/>
      <w:numFmt w:val="decimal"/>
      <w:lvlText w:val="%4."/>
      <w:lvlJc w:val="left"/>
      <w:pPr>
        <w:ind w:left="3087" w:hanging="360"/>
      </w:pPr>
    </w:lvl>
    <w:lvl w:ilvl="4" w:tplc="48090019" w:tentative="1">
      <w:start w:val="1"/>
      <w:numFmt w:val="lowerLetter"/>
      <w:lvlText w:val="%5."/>
      <w:lvlJc w:val="left"/>
      <w:pPr>
        <w:ind w:left="3807" w:hanging="360"/>
      </w:pPr>
    </w:lvl>
    <w:lvl w:ilvl="5" w:tplc="4809001B" w:tentative="1">
      <w:start w:val="1"/>
      <w:numFmt w:val="lowerRoman"/>
      <w:lvlText w:val="%6."/>
      <w:lvlJc w:val="right"/>
      <w:pPr>
        <w:ind w:left="4527" w:hanging="180"/>
      </w:pPr>
    </w:lvl>
    <w:lvl w:ilvl="6" w:tplc="4809000F" w:tentative="1">
      <w:start w:val="1"/>
      <w:numFmt w:val="decimal"/>
      <w:lvlText w:val="%7."/>
      <w:lvlJc w:val="left"/>
      <w:pPr>
        <w:ind w:left="5247" w:hanging="360"/>
      </w:pPr>
    </w:lvl>
    <w:lvl w:ilvl="7" w:tplc="48090019" w:tentative="1">
      <w:start w:val="1"/>
      <w:numFmt w:val="lowerLetter"/>
      <w:lvlText w:val="%8."/>
      <w:lvlJc w:val="left"/>
      <w:pPr>
        <w:ind w:left="5967" w:hanging="360"/>
      </w:pPr>
    </w:lvl>
    <w:lvl w:ilvl="8" w:tplc="48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285697883">
    <w:abstractNumId w:val="8"/>
  </w:num>
  <w:num w:numId="2" w16cid:durableId="1145513438">
    <w:abstractNumId w:val="6"/>
  </w:num>
  <w:num w:numId="3" w16cid:durableId="1573852139">
    <w:abstractNumId w:val="5"/>
  </w:num>
  <w:num w:numId="4" w16cid:durableId="2078898759">
    <w:abstractNumId w:val="4"/>
  </w:num>
  <w:num w:numId="5" w16cid:durableId="137379556">
    <w:abstractNumId w:val="7"/>
  </w:num>
  <w:num w:numId="6" w16cid:durableId="121465907">
    <w:abstractNumId w:val="3"/>
  </w:num>
  <w:num w:numId="7" w16cid:durableId="670718527">
    <w:abstractNumId w:val="2"/>
  </w:num>
  <w:num w:numId="8" w16cid:durableId="2002854317">
    <w:abstractNumId w:val="1"/>
  </w:num>
  <w:num w:numId="9" w16cid:durableId="1207184122">
    <w:abstractNumId w:val="0"/>
  </w:num>
  <w:num w:numId="10" w16cid:durableId="2086955353">
    <w:abstractNumId w:val="9"/>
  </w:num>
  <w:num w:numId="11" w16cid:durableId="2138058411">
    <w:abstractNumId w:val="10"/>
  </w:num>
  <w:num w:numId="12" w16cid:durableId="83233505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730"/>
    <w:rsid w:val="00004D11"/>
    <w:rsid w:val="00010D39"/>
    <w:rsid w:val="0001123B"/>
    <w:rsid w:val="000143D0"/>
    <w:rsid w:val="00023609"/>
    <w:rsid w:val="00034616"/>
    <w:rsid w:val="000402EB"/>
    <w:rsid w:val="00047CD3"/>
    <w:rsid w:val="0006063C"/>
    <w:rsid w:val="000620F5"/>
    <w:rsid w:val="00065F88"/>
    <w:rsid w:val="000B6B4F"/>
    <w:rsid w:val="000C283F"/>
    <w:rsid w:val="000E31B5"/>
    <w:rsid w:val="000E5A02"/>
    <w:rsid w:val="00114F7E"/>
    <w:rsid w:val="001256D7"/>
    <w:rsid w:val="00141A9E"/>
    <w:rsid w:val="00147BA0"/>
    <w:rsid w:val="0015074B"/>
    <w:rsid w:val="00155472"/>
    <w:rsid w:val="00166A67"/>
    <w:rsid w:val="00176FE3"/>
    <w:rsid w:val="0019627B"/>
    <w:rsid w:val="001A0677"/>
    <w:rsid w:val="001A371A"/>
    <w:rsid w:val="001C2295"/>
    <w:rsid w:val="001D2F1E"/>
    <w:rsid w:val="001D2F8A"/>
    <w:rsid w:val="001E44DD"/>
    <w:rsid w:val="001E5721"/>
    <w:rsid w:val="001F7AE7"/>
    <w:rsid w:val="002029A3"/>
    <w:rsid w:val="0020684C"/>
    <w:rsid w:val="00207FB4"/>
    <w:rsid w:val="002170F9"/>
    <w:rsid w:val="00243590"/>
    <w:rsid w:val="0025034F"/>
    <w:rsid w:val="00263265"/>
    <w:rsid w:val="00295ACB"/>
    <w:rsid w:val="0029639D"/>
    <w:rsid w:val="002A34D3"/>
    <w:rsid w:val="002C52C6"/>
    <w:rsid w:val="002D706D"/>
    <w:rsid w:val="002F24AE"/>
    <w:rsid w:val="002F4A24"/>
    <w:rsid w:val="00304B1A"/>
    <w:rsid w:val="00320B47"/>
    <w:rsid w:val="00326F90"/>
    <w:rsid w:val="00332B43"/>
    <w:rsid w:val="00334857"/>
    <w:rsid w:val="00354F23"/>
    <w:rsid w:val="00356924"/>
    <w:rsid w:val="003B4C1A"/>
    <w:rsid w:val="003C05F4"/>
    <w:rsid w:val="003C6DF4"/>
    <w:rsid w:val="003D4D95"/>
    <w:rsid w:val="003D4E7B"/>
    <w:rsid w:val="003E7456"/>
    <w:rsid w:val="003F788C"/>
    <w:rsid w:val="004039B2"/>
    <w:rsid w:val="00407D61"/>
    <w:rsid w:val="00413837"/>
    <w:rsid w:val="0043082E"/>
    <w:rsid w:val="00432899"/>
    <w:rsid w:val="0045472F"/>
    <w:rsid w:val="00457C99"/>
    <w:rsid w:val="0046159C"/>
    <w:rsid w:val="00466FD5"/>
    <w:rsid w:val="00470C23"/>
    <w:rsid w:val="00477896"/>
    <w:rsid w:val="004B27A7"/>
    <w:rsid w:val="004C564D"/>
    <w:rsid w:val="004D0545"/>
    <w:rsid w:val="004F02E9"/>
    <w:rsid w:val="00505BA3"/>
    <w:rsid w:val="005151DB"/>
    <w:rsid w:val="00522E41"/>
    <w:rsid w:val="005277CA"/>
    <w:rsid w:val="00552E4F"/>
    <w:rsid w:val="00560CC6"/>
    <w:rsid w:val="00575283"/>
    <w:rsid w:val="00584C27"/>
    <w:rsid w:val="005A34F4"/>
    <w:rsid w:val="005B236F"/>
    <w:rsid w:val="005C7F1B"/>
    <w:rsid w:val="005D5BD5"/>
    <w:rsid w:val="005E4E42"/>
    <w:rsid w:val="00611B12"/>
    <w:rsid w:val="006373D1"/>
    <w:rsid w:val="00641223"/>
    <w:rsid w:val="006477BC"/>
    <w:rsid w:val="00647DF9"/>
    <w:rsid w:val="00657D8B"/>
    <w:rsid w:val="00664501"/>
    <w:rsid w:val="00673DA8"/>
    <w:rsid w:val="00674266"/>
    <w:rsid w:val="00675B6A"/>
    <w:rsid w:val="0069204D"/>
    <w:rsid w:val="00692E5E"/>
    <w:rsid w:val="00695C56"/>
    <w:rsid w:val="006A3831"/>
    <w:rsid w:val="006B6649"/>
    <w:rsid w:val="006B6F33"/>
    <w:rsid w:val="006C0E0F"/>
    <w:rsid w:val="006D3C0C"/>
    <w:rsid w:val="006D3F38"/>
    <w:rsid w:val="006E0C57"/>
    <w:rsid w:val="006E446B"/>
    <w:rsid w:val="006F416A"/>
    <w:rsid w:val="00710A39"/>
    <w:rsid w:val="00740B53"/>
    <w:rsid w:val="00763DC4"/>
    <w:rsid w:val="007714B2"/>
    <w:rsid w:val="007723DA"/>
    <w:rsid w:val="007773D4"/>
    <w:rsid w:val="00782F1F"/>
    <w:rsid w:val="00785F22"/>
    <w:rsid w:val="00791438"/>
    <w:rsid w:val="00791E72"/>
    <w:rsid w:val="0079226C"/>
    <w:rsid w:val="007958E4"/>
    <w:rsid w:val="007A04E1"/>
    <w:rsid w:val="007C192D"/>
    <w:rsid w:val="007C480E"/>
    <w:rsid w:val="007C4FD7"/>
    <w:rsid w:val="007D4889"/>
    <w:rsid w:val="007D529E"/>
    <w:rsid w:val="007E14C8"/>
    <w:rsid w:val="007E285E"/>
    <w:rsid w:val="007E6289"/>
    <w:rsid w:val="007E7D45"/>
    <w:rsid w:val="007F3334"/>
    <w:rsid w:val="00806F55"/>
    <w:rsid w:val="008157AF"/>
    <w:rsid w:val="00823792"/>
    <w:rsid w:val="00826C0C"/>
    <w:rsid w:val="00857AAF"/>
    <w:rsid w:val="008612E2"/>
    <w:rsid w:val="0086687E"/>
    <w:rsid w:val="00873A2E"/>
    <w:rsid w:val="008773CC"/>
    <w:rsid w:val="00880F44"/>
    <w:rsid w:val="00894C5A"/>
    <w:rsid w:val="008A3867"/>
    <w:rsid w:val="008D321C"/>
    <w:rsid w:val="008D75A8"/>
    <w:rsid w:val="008E0B08"/>
    <w:rsid w:val="008E248F"/>
    <w:rsid w:val="008E702C"/>
    <w:rsid w:val="008F304A"/>
    <w:rsid w:val="008F7F96"/>
    <w:rsid w:val="00915E13"/>
    <w:rsid w:val="00932482"/>
    <w:rsid w:val="009409DF"/>
    <w:rsid w:val="00941531"/>
    <w:rsid w:val="00942F8F"/>
    <w:rsid w:val="00961944"/>
    <w:rsid w:val="00972175"/>
    <w:rsid w:val="0098351B"/>
    <w:rsid w:val="00990D27"/>
    <w:rsid w:val="009933BA"/>
    <w:rsid w:val="009B2928"/>
    <w:rsid w:val="009C205E"/>
    <w:rsid w:val="009D1920"/>
    <w:rsid w:val="009F127A"/>
    <w:rsid w:val="009F1329"/>
    <w:rsid w:val="009F3FD1"/>
    <w:rsid w:val="009F7A58"/>
    <w:rsid w:val="00A205D7"/>
    <w:rsid w:val="00A21C8E"/>
    <w:rsid w:val="00A365CA"/>
    <w:rsid w:val="00A40738"/>
    <w:rsid w:val="00A419E8"/>
    <w:rsid w:val="00A56E39"/>
    <w:rsid w:val="00A573E5"/>
    <w:rsid w:val="00A65DF3"/>
    <w:rsid w:val="00A964E1"/>
    <w:rsid w:val="00A96DB3"/>
    <w:rsid w:val="00AA1D8D"/>
    <w:rsid w:val="00AA288F"/>
    <w:rsid w:val="00AA39CF"/>
    <w:rsid w:val="00AB1989"/>
    <w:rsid w:val="00AB5AF2"/>
    <w:rsid w:val="00AC4077"/>
    <w:rsid w:val="00AC443D"/>
    <w:rsid w:val="00AD5731"/>
    <w:rsid w:val="00AD6671"/>
    <w:rsid w:val="00AE2BAA"/>
    <w:rsid w:val="00AE6BF4"/>
    <w:rsid w:val="00AF620D"/>
    <w:rsid w:val="00B01777"/>
    <w:rsid w:val="00B04387"/>
    <w:rsid w:val="00B24661"/>
    <w:rsid w:val="00B47730"/>
    <w:rsid w:val="00B47D1B"/>
    <w:rsid w:val="00B55539"/>
    <w:rsid w:val="00B6077F"/>
    <w:rsid w:val="00B940D1"/>
    <w:rsid w:val="00BA0EEC"/>
    <w:rsid w:val="00BA5E87"/>
    <w:rsid w:val="00BB09AC"/>
    <w:rsid w:val="00BB3640"/>
    <w:rsid w:val="00BC53DF"/>
    <w:rsid w:val="00BC653E"/>
    <w:rsid w:val="00BE69E7"/>
    <w:rsid w:val="00C06EBA"/>
    <w:rsid w:val="00C134F6"/>
    <w:rsid w:val="00C20696"/>
    <w:rsid w:val="00C35898"/>
    <w:rsid w:val="00C51013"/>
    <w:rsid w:val="00C52ACC"/>
    <w:rsid w:val="00C628B5"/>
    <w:rsid w:val="00C7203C"/>
    <w:rsid w:val="00C73855"/>
    <w:rsid w:val="00C8601A"/>
    <w:rsid w:val="00C86C43"/>
    <w:rsid w:val="00C94BFF"/>
    <w:rsid w:val="00C97411"/>
    <w:rsid w:val="00CA41A9"/>
    <w:rsid w:val="00CB0664"/>
    <w:rsid w:val="00CC0ED4"/>
    <w:rsid w:val="00CD0645"/>
    <w:rsid w:val="00CD64B2"/>
    <w:rsid w:val="00CE780C"/>
    <w:rsid w:val="00CF1B6B"/>
    <w:rsid w:val="00CF769C"/>
    <w:rsid w:val="00D047FB"/>
    <w:rsid w:val="00D04983"/>
    <w:rsid w:val="00D15233"/>
    <w:rsid w:val="00D16D5F"/>
    <w:rsid w:val="00D30B05"/>
    <w:rsid w:val="00D362D0"/>
    <w:rsid w:val="00D537D3"/>
    <w:rsid w:val="00D60CE9"/>
    <w:rsid w:val="00D6757F"/>
    <w:rsid w:val="00D821B3"/>
    <w:rsid w:val="00D90B16"/>
    <w:rsid w:val="00DB27C5"/>
    <w:rsid w:val="00DB36DE"/>
    <w:rsid w:val="00DC57EC"/>
    <w:rsid w:val="00DC7B64"/>
    <w:rsid w:val="00DE1EC2"/>
    <w:rsid w:val="00E04603"/>
    <w:rsid w:val="00E12DC3"/>
    <w:rsid w:val="00E2142F"/>
    <w:rsid w:val="00E237B2"/>
    <w:rsid w:val="00E32BE5"/>
    <w:rsid w:val="00E4649A"/>
    <w:rsid w:val="00E67C2D"/>
    <w:rsid w:val="00E8680C"/>
    <w:rsid w:val="00E961C2"/>
    <w:rsid w:val="00E97605"/>
    <w:rsid w:val="00EC32DE"/>
    <w:rsid w:val="00ED2D37"/>
    <w:rsid w:val="00EE70E5"/>
    <w:rsid w:val="00F013AF"/>
    <w:rsid w:val="00F16458"/>
    <w:rsid w:val="00F21A8F"/>
    <w:rsid w:val="00F23532"/>
    <w:rsid w:val="00F35BE4"/>
    <w:rsid w:val="00F37A69"/>
    <w:rsid w:val="00F463A2"/>
    <w:rsid w:val="00F527FC"/>
    <w:rsid w:val="00F56AF6"/>
    <w:rsid w:val="00F7550C"/>
    <w:rsid w:val="00FA6B3E"/>
    <w:rsid w:val="00FA7D15"/>
    <w:rsid w:val="00FB3964"/>
    <w:rsid w:val="00FC693F"/>
    <w:rsid w:val="00FE2B16"/>
    <w:rsid w:val="00FE5E2B"/>
    <w:rsid w:val="00FF7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1313774"/>
  <w14:defaultImageDpi w14:val="300"/>
  <w15:docId w15:val="{30C33078-470C-464F-AB41-30A7BD5D5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Times New Roman" w:eastAsia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NormalWeb">
    <w:name w:val="Normal (Web)"/>
    <w:basedOn w:val="Normal"/>
    <w:uiPriority w:val="99"/>
    <w:unhideWhenUsed/>
    <w:rsid w:val="00207FB4"/>
    <w:pPr>
      <w:spacing w:before="100" w:beforeAutospacing="1" w:after="100" w:afterAutospacing="1" w:line="240" w:lineRule="auto"/>
    </w:pPr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207FB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2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D4A2F41-98B1-46A0-8F13-C4BBA1476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783</Words>
  <Characters>4465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5238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Phuong_Arc</cp:lastModifiedBy>
  <cp:revision>36</cp:revision>
  <dcterms:created xsi:type="dcterms:W3CDTF">2026-03-13T05:02:00Z</dcterms:created>
  <dcterms:modified xsi:type="dcterms:W3CDTF">2026-03-16T11:32:00Z</dcterms:modified>
  <cp:category/>
</cp:coreProperties>
</file>